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рыболовстве и сохранении водных биологических ресурсов</w:t>
      </w:r>
    </w:p>
    <w:p>
      <w:pPr>
        <w:pStyle w:val="Heading3"/>
      </w:pPr>
      <w:r>
        <w:t>ОБЩИЕ ПОЛОЖЕНИЯ</w:t>
      </w:r>
    </w:p>
    <w:p>
      <w:r>
        <w:rPr>
          <w:b/>
        </w:rPr>
        <w:t>Статья 1. Основные понятия</w:t>
      </w:r>
    </w:p>
    <w:p>
      <w:r>
        <w:rPr>
          <w:b/>
        </w:rPr>
        <w:t xml:space="preserve">1. </w:t>
      </w:r>
      <w:r>
        <w:t>В настоящем Федеральном законе используются следующие основные понятия: (В редакции Федерального закона от 04.11.2014 № 343-ФЗ) 1) водные биологические ресурсы (далее - водные биоресурсы) - рыбы, водные беспозвоночные, водные млекопитающие, водоросли, другие водные животные и растения, находящиеся в состоянии естественной свободы;</w:t>
      </w:r>
    </w:p>
    <w:p>
      <w:r>
        <w:rPr>
          <w:b/>
        </w:rPr>
        <w:t xml:space="preserve">2. </w:t>
      </w:r>
      <w:r>
        <w:t>В настоящем Федеральном законе понятия "иностранный инвестор" и "группа лиц, в которую входит иностранный инвестор" используются в тех же значениях, что и в статье 1 и части 2 статьи 3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(Дополнение частью - Федеральный закон от 04.11.2014 № 343-ФЗ) (В редакции Федерального закона от 02.07.2021 № 339-ФЗ)</w:t>
      </w:r>
    </w:p>
    <w:p>
      <w:r>
        <w:rPr>
          <w:b/>
        </w:rPr>
        <w:t xml:space="preserve">3. </w:t>
      </w:r>
      <w:r>
        <w:t>В настоящем Федеральном законе понятие "группа лиц" используется в значении, указанном в статье 9 Федерального закона от 26 июля 2006 года № 135-ФЗ "О защите конкуренции". (Дополнение частью - Федеральный закон от 03.07.2016 № 349-ФЗ)</w:t>
      </w:r>
    </w:p>
    <w:p>
      <w:r>
        <w:rPr>
          <w:b/>
        </w:rPr>
        <w:t xml:space="preserve">1. </w:t>
      </w:r>
      <w:r>
        <w:t>анадромные виды рыб - виды рыб, воспроизводящихся в пресной воде водных объектов в Российской Федерации, совершающих затем миграции в море для нагула и возвращающихся для нереста в места своего воспроизведения</w:t>
      </w:r>
    </w:p>
    <w:p>
      <w:r>
        <w:rPr>
          <w:b/>
        </w:rPr>
        <w:t xml:space="preserve">1. </w:t>
      </w:r>
      <w:r>
        <w:t>катадромные виды рыб - виды рыб, воспроизводящихся в море и проводящих большую часть своего жизненного цикла во внутренних водах Российской Федерации и в территориальном море Российской Федерации</w:t>
      </w:r>
    </w:p>
    <w:p>
      <w:r>
        <w:rPr>
          <w:b/>
        </w:rPr>
        <w:t xml:space="preserve">1. </w:t>
      </w:r>
      <w:r>
        <w:t>трансграничные виды рыб и других водных животных - виды рыб и других водных животных, которые воспроизводятся и проводят большую часть своего жизненного цикла в исключительной экономической зоне Российской Федерации и могут временно мигрировать за пределы такой зоны и в прилегающий к такой зоне район открытого моря</w:t>
      </w:r>
    </w:p>
    <w:p>
      <w:r>
        <w:rPr>
          <w:b/>
        </w:rPr>
        <w:t xml:space="preserve">1. </w:t>
      </w:r>
      <w:r>
        <w:t>трансзональные виды рыб и других водных животных - виды рыб и других водных животных, обитающих в исключительной экономической зоне Российской Федерации и в прилегающих к ней исключительных экономических зонах иностранных государств</w:t>
      </w:r>
    </w:p>
    <w:p>
      <w:r>
        <w:rPr>
          <w:b/>
        </w:rPr>
        <w:t xml:space="preserve">1. </w:t>
      </w:r>
      <w:r>
        <w:t>далеко мигрирующие виды рыб и других водных животных - виды рыб и других водных животных, которые большую часть своего жизненного цикла проводят в открытом море и могут временно мигрировать в исключительную экономическую зону Российской Федерации</w:t>
      </w:r>
    </w:p>
    <w:p>
      <w:r>
        <w:rPr>
          <w:b/>
        </w:rPr>
        <w:t xml:space="preserve">1. </w:t>
      </w:r>
      <w:r>
        <w:t>сохранение водных биоресурсов - поддержание водных биоресурсов или их восстановление до уровней, при которых могут быть обеспечены максимальная устойчивая добыча (вылов) водных биоресурсов и их биологическое разнообразие, посредством осуществления на основе научных данных мер по изучению, охране, воспроизводству, рациональному использованию водных биоресурсов и охране среды их обитания</w:t>
      </w:r>
    </w:p>
    <w:p>
      <w:r>
        <w:rPr>
          <w:b/>
        </w:rPr>
        <w:t xml:space="preserve">1. </w:t>
      </w:r>
      <w:r>
        <w:t>добыча (вылов) водных биоресурсов - изъятие водных биоресурсов из среды их обитания</w:t>
      </w:r>
    </w:p>
    <w:p>
      <w:r>
        <w:rPr>
          <w:b/>
        </w:rPr>
        <w:t xml:space="preserve">1. </w:t>
      </w:r>
      <w:r>
        <w:t>рыболовство - деятельность по добыче (вылову) водных биоресурсов и в предусмотренных настоящим Федеральным законом случаях по приемке, обработке, перегрузке, транспортировке, хранению и выгрузке уловов водных биоресурсов, производству рыбной продукции; (В редакции федеральных законов от 03.12.2008 № 250-ФЗ, от 02.07.2021 № 338-ФЗ) 10) промышленное рыболовство - предпринимательская деятельность по поиску и добыче (вылову) водных биоресурсов, по приемке, обработке, перегрузке, транспортировке, хранению и выгрузке уловов водных биоресурсов, производству на судах рыбопромыслового флота рыбной продукции; (В редакции федеральных законов от 03.12.2008 № 250-ФЗ, от 02.07.2021 № 338-ФЗ) 101) прибрежное рыболовство - предпринимательская деятельность по поиску и добыче (вылову) водных биоресурсов, транспортировке, хранению уловов водных биологических ресурсов, а также рыбной продукции и выгрузке уловов водных биоресурсов в живом, свежем или охлажденном виде и живой, свежей или охлажденной рыбной продукции в морские порты Российской Федерации, в иные места выгрузки, установленные в соответствии с настоящим Федеральным законом; (Дополнение пунктом - Федеральный закон от 03.12.2008 № 250-ФЗ) (В редакции федеральных законов от 03.07.2016 № 349-ФЗ, от 02.07.2021 № 338-ФЗ) 11) (Пункт утратил силу - Федеральный закон от 06.12.2007 № 333-ФЗ) 12) общий допустимый улов водных биоресурсов - научно обоснованная величина годовой добычи (вылова) водных биоресурсов конкретного вида в определенных районах, установленная с учетом особенностей данного вида; (В редакции Федерального закона от 06.12.2007 № 333-ФЗ) 13) квота добычи (вылова) водных биоресурсов - часть общего допустимого улова водных биоресурсов, определяемая в целях осуществления рыболовства; (В редакции Федерального закона от 06.12.2007 № 333-ФЗ) 14) доля квоты добычи (вылова) водных биоресурсов - часть квоты добычи (вылова) водных биоресурсов, закрепляемая за лицами, у которых возникает право на добычу (вылов) водных биоресурсов, и выраженная в процентах; (В редакции федеральных законов от 06.12.2007 № 333-ФЗ; от 28.12.2010 № 420-ФЗ) 15) (Пункт утратил силу - Федеральный закон от 06.12.2007 № 333-ФЗ) 16) (Пункт утратил силу - Федеральный закон от 25.12.2018 № 475-ФЗ) 17) (Пункт утратил силу - Федеральный закон от 02.07.2013 № 148-ФЗ) 18) (Пункт утратил силу - Федеральный закон от 02.07.2013 № 148-ФЗ) 19) разрешение на добычу (вылов) водных биоресурсов - документ, удостоверяющий право на добычу (вылов) водных биоресурсов; (В редакции федеральных законов от 06.12.2007 № 333-ФЗ; от 28.12.2010 № 420-ФЗ) 20) рыбное хозяйство - виды деятельности по рыболовству и сохранению водных биоресурсов, производству и реализации рыбной продукции; (Дополнение пунктом - Федеральный закон от 03.12.2008 № 250-ФЗ) (В редакции федеральных законов от 28.12.2010 № 420-ФЗ, от 02.07.2013 № 148-ФЗ, от 02.07.2021 № 338-ФЗ) 21) уловы водных биоресурсов - водные биоресурсы, извлеченные (выловленные) из среды обитания. (Дополнение пунктом - Федеральный закон от 03.12.2008 № 250-ФЗ) (В редакции Федерального закона от 03.07.2016 № 349-ФЗ)</w:t>
      </w:r>
    </w:p>
    <w:p>
      <w:r>
        <w:rPr>
          <w:b/>
        </w:rPr>
        <w:t>Статья 2. Основные принципы законодательства о рыболовстве и сохранении водных биоресурсов</w:t>
      </w:r>
    </w:p>
    <w:p>
      <w:r>
        <w:t>(Наименование в редакции Федерального закона от 06.12.2007 № 333-ФЗ)</w:t>
      </w:r>
    </w:p>
    <w:p>
      <w:r>
        <w:rPr>
          <w:b/>
        </w:rPr>
        <w:t xml:space="preserve">1. </w:t>
      </w:r>
      <w:r>
        <w:t>Законодательство о рыболовстве и сохранении водных биоресурсов основывается на следующих принципах: (В редакции Федерального закона от 06.12.2007 № 333-ФЗ) 1) учет значения водных биоресурсов как основы жизни и деятельности человека, согласно которому регулирование отношений в области рыболовства и сохранения водных биоресурсов осуществляется исходя из представлений о них как о природном объекте, охраняемом в качестве важнейшей составной части природы, природном ресурсе, используемом человеком для потребления, в качестве основы осуществления хозяйственной и иной деятельности, и одновременно как об объекте права собственности и иных прав на водные биоресурсы;</w:t>
      </w:r>
    </w:p>
    <w:p>
      <w:r>
        <w:rPr>
          <w:b/>
        </w:rPr>
        <w:t xml:space="preserve">2. </w:t>
      </w:r>
      <w:r>
        <w:t>Иными федеральными законами могут быть установлены другие принципы законодательства о рыболовстве и сохранении водных биоресурсов, не противоречащие принципам, установленным настоящим Федеральным законом. (В редакции Федерального закона от 06.12.2007 № 333-ФЗ)</w:t>
      </w:r>
    </w:p>
    <w:p>
      <w:r>
        <w:rPr>
          <w:b/>
        </w:rPr>
        <w:t xml:space="preserve">1. </w:t>
      </w:r>
      <w:r>
        <w:t>приоритет сохранения водных биоресурсов и их рационального использования перед использованием водных биоресурсов в качестве объекта права собственности и иных прав, согласно которому владение, пользование и распоряжение водными биоресурсами осуществляются собственниками свободно, если это не наносит ущерб окружающей среде и состоянию водных биоресурсов</w:t>
      </w:r>
    </w:p>
    <w:p>
      <w:r>
        <w:rPr>
          <w:b/>
        </w:rPr>
        <w:t xml:space="preserve">1. </w:t>
      </w:r>
      <w:r>
        <w:t>приоритет сохранения особо ценных и ценных видов водных биоресурсов, согласно которому осуществление рыболовства в отношении особо ценных и ценных видов водных биоресурсов ограничивается или запрещается в порядке, установленном федеральными законами; (В редакции Федерального закона от 03.12.2008 № 250-ФЗ) 4) установление дифференцированного правового режима водных биоресурсов, согласно которому при определении правового режима указанных водных биоресурсов должны учитываться их биологические особенности, экономическое значение, доступность для использования, район добычи (вылова) и другие факторы; (В редакции федеральных законов от 06.12.2007 № 333-ФЗ; от 28.12.2010 № 420-ФЗ; от 02.05.2015 № 120-ФЗ) 5) участие граждан, общественных объединений, объединений юридических лиц (ассоциаций и союзов) в решении вопросов, касающихся рыболовства и сохранения водных биоресурсов, согласно которому граждане, общественные объединения, объединения юридических лиц (ассоциации и союзы) имеют право принимать участие в подготовке решений, реализация которых может оказать воздействие на состояние водных биоресурсов, а органы государственной власти, органы местного самоуправления, субъекты хозяйственной и иной деятельности обязаны обеспечить возможность такого участия в порядке и в формах, которые установлены законодательством; (В редакции Федерального закона от 06.12.2007 № 333-ФЗ) 6) учет интересов населения, для которого рыболовство является основой существования, в том числе коренных малочисленных народов Севера, Сибири и Дальнего Востока Российской Федерации, согласно которому им должен быть обеспечен доступ к водным биоресурсам для обеспечения жизнедеятельности населения; (В редакции федеральных законов от 06.12.2007 № 333-ФЗ; от 28.12.2010 № 420-ФЗ) 7) предоставление в пользование водных биоресурсов гласно и открыто, согласно которому информация о таком предоставлении, в том числе о распределении квот добычи (вылова) водных биоресурсов между лицами, у которых возникает право на добычу (вылов) указанных водных биоресурсов, общедоступна; (В редакции федеральных законов от 06.12.2007 № 333-ФЗ; от 28.12.2010 № 420-ФЗ) 71) определение объема добычи (вылова) водных биоресурсов с учетом экологических, социальных и экономических факторов, в том числе информации о производстве и реализации рыбной продукции; (Дополнение пунктом - Федеральный закон от 03.12.2008 № 250-ФЗ) (В редакции Федерального закона от 02.07.2021 № 338-ФЗ) 8) (Пункт утратил силу - Федеральный закон от 06.12.2007 № 333-ФЗ) 9) платность использования водных биоресурсов, согласно которому любое использование указанных водных биоресурсов осуществляется за плату, за исключением случаев, предусмотренных федеральными законами. (В редакции федеральных законов от 06.12.2007 № 333-ФЗ; от 28.12.2010 № 420-ФЗ)</w:t>
      </w:r>
    </w:p>
    <w:p>
      <w:r>
        <w:rPr>
          <w:b/>
        </w:rPr>
        <w:t>Статья 3. Законодательство о рыболовстве и сохранении водных биоресурсов</w:t>
      </w:r>
    </w:p>
    <w:p>
      <w:r>
        <w:t>(Наименование в редакции Федерального закона от 06.12.2007 № 333-ФЗ)</w:t>
      </w:r>
    </w:p>
    <w:p>
      <w:r>
        <w:rPr>
          <w:b/>
        </w:rPr>
        <w:t xml:space="preserve">1. </w:t>
      </w:r>
      <w:r>
        <w:t>Законодательство о рыболовстве и сохранении водных биоресурсов состоит из настоящего Федерального закона, других федеральных законов и законов субъектов Российской Федерации. (В редакции Федерального закона от 06.12.2007 № 333-ФЗ)</w:t>
      </w:r>
    </w:p>
    <w:p>
      <w:r>
        <w:rPr>
          <w:b/>
        </w:rPr>
        <w:t xml:space="preserve">2. </w:t>
      </w:r>
      <w:r>
        <w:t>Отношения в области рыболовства и сохранения водных биоресурсов могут регулироваться также указами Президента Российской Федерации</w:t>
      </w:r>
    </w:p>
    <w:p>
      <w:r>
        <w:rPr>
          <w:b/>
        </w:rPr>
        <w:t xml:space="preserve">3. </w:t>
      </w:r>
      <w:r>
        <w:t>Правительство Российской Федерации принимает постановления, регулирующие отношения в области рыболовства и сохранения водных биоресурсов, в пределах полномочий, определенных настоящим Федеральным законом, другими федеральными законами, а также нормативными указами Президента Российской Федерации</w:t>
      </w:r>
    </w:p>
    <w:p>
      <w:r>
        <w:rPr>
          <w:b/>
        </w:rPr>
        <w:t xml:space="preserve">4. </w:t>
      </w:r>
      <w:r>
        <w:t>Федеральные органы исполнительной власти могут издавать нормативные правовые акты, регулирующие отношения в области рыболовства и сохранения водных биоресурсов, в случаях и в пределах, которые предусмотрены федеральными законами, указами Президента Российской Федерации и постановлениями Правительства Российской Федерации</w:t>
      </w:r>
    </w:p>
    <w:p>
      <w:r>
        <w:rPr>
          <w:b/>
        </w:rPr>
        <w:t xml:space="preserve">5. </w:t>
      </w:r>
      <w:r>
        <w:t>На основании и во исполнение настоящего Федерального закона, других федеральных законов и иных нормативных правовых актов Российской Федерации, а также законов субъектов Российской Федерации исполнительные органы субъектов Российской Федерации в пределах своих полномочий могут издавать нормативные правовые акты, регулирующие отношения в области рыболовства и сохранения водных биоресурсов. (В редакции Федерального закона от 24.06.2025 № 165-ФЗ)</w:t>
      </w:r>
    </w:p>
    <w:p>
      <w:r>
        <w:rPr>
          <w:b/>
        </w:rPr>
        <w:t xml:space="preserve">6. </w:t>
      </w:r>
      <w:r>
        <w:t>На основании и во исполнение настоящего Федерального закона, других федеральных законов и иных нормативных правовых актов Российской Федерации, а также законов и иных нормативных правовых актов субъектов Российской Федерации органы местного самоуправления в пределах своих полномочий могут издавать нормативные правовые акты, регулирующие отношения в области рыболовства и сохранения водных биоресурсов</w:t>
      </w:r>
    </w:p>
    <w:p>
      <w:r>
        <w:rPr>
          <w:b/>
        </w:rPr>
        <w:t xml:space="preserve">7. </w:t>
      </w:r>
      <w:r>
        <w:t>Особенности правового регулирования отношений в области рыболовства и сохранения водных биоресурсов, возникающих в связи с функционированием территорий опережающего развития, определяются Федеральным законом "О территориях опережающего развития в Российской Федерации". (Дополнение частью - Федеральный закон от 31.12.2014 № 519-ФЗ) (В редакции Федерального закона от 14.07.2022 № 271-ФЗ)</w:t>
      </w:r>
    </w:p>
    <w:p>
      <w:r>
        <w:rPr>
          <w:b/>
        </w:rPr>
        <w:t>Статья 4. Международные договоры Российской Федерации в области рыболовства и сохранения водных биоресурсов</w:t>
      </w:r>
    </w:p>
    <w:p>
      <w:r>
        <w:rPr>
          <w:b/>
        </w:rPr>
        <w:t xml:space="preserve">1. </w:t>
      </w:r>
      <w:r>
        <w:t>Если международными договорами Российской Федерации в области рыболовства и сохранения водных биоресурсов установлены иные правила, чем те, которые предусмотрены законодательством о рыболовстве и сохранении водных биоресурсов, применяются правила этих международных договоров. (В редакции федеральных законов от 06.12.2007 № 333-ФЗ, от 08.12.2020 № 429-ФЗ)</w:t>
      </w:r>
    </w:p>
    <w:p>
      <w:r>
        <w:rPr>
          <w:b/>
        </w:rPr>
        <w:t xml:space="preserve">2. </w:t>
      </w:r>
      <w:r>
        <w:t>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частью - Федеральный закон от 08.12.2020 № 429-ФЗ)</w:t>
      </w:r>
    </w:p>
    <w:p>
      <w:r>
        <w:rPr>
          <w:b/>
        </w:rPr>
        <w:t>Статья 5. Отношения, регулируемые законодательством о водных биоресурсах</w:t>
      </w:r>
    </w:p>
    <w:p>
      <w:r>
        <w:rPr>
          <w:b/>
        </w:rPr>
        <w:t xml:space="preserve">1. </w:t>
      </w:r>
      <w:r>
        <w:t>Законодательством о рыболовстве и сохранении водных биоресурсов регулируются отношения, возникающие в области рыболовства и сохранения водных биоресурсов. (В редакции Федерального закона от 06.12.2007 № 333-ФЗ)</w:t>
      </w:r>
    </w:p>
    <w:p>
      <w:r>
        <w:rPr>
          <w:b/>
        </w:rPr>
        <w:t xml:space="preserve">2. </w:t>
      </w:r>
      <w:r>
        <w:t>Договорные обязательства и иные отношения, связанные с оборотом водных биоресурсов, регулируются гражданским законодательством, если иное не установлено настоящим Федеральным законом. (В редакции федеральных законов от 06.12.2007 № 333-ФЗ; от 28.12.2010 № 420-ФЗ)</w:t>
      </w:r>
    </w:p>
    <w:p>
      <w:r>
        <w:rPr>
          <w:b/>
        </w:rPr>
        <w:t>Статья 6. Сфера действия законодательства о рыболовстве и сохранении водных биоресурсов</w:t>
      </w:r>
    </w:p>
    <w:p>
      <w:r>
        <w:t>(Наименование в редакции Федерального закона от 06.12.2007 № 333-ФЗ) Действие законодательства о рыболовстве и сохранении водных биоресурсов распространяется на: (В редакции Федерального закона от 06.12.2007 № 333-ФЗ) 1) внутренние воды Российской Федерации, в том числе внутренние морские воды Российской Федерации, а также на территориальное море Российской Федерации, континентальный шельф Российской Федерации и исключительную экономическую зону Российской Федерации;</w:t>
      </w:r>
    </w:p>
    <w:p>
      <w:r>
        <w:t>суда, находящиеся в открытом море, плавающие под Государственным флагом Российской Федерации и приписанные к портам Российской Федерации, если иное не предусмотрено международным договором Российской Федерации; (В редакции федеральных законов от 06.12.2007 № 333-ФЗ; от 02.05.2015 № 120-ФЗ) 3) сухопутную территорию Российской Федерации, которая используется в целях рыболовства и сохранения водных биоресурсов</w:t>
      </w:r>
    </w:p>
    <w:p>
      <w:r>
        <w:rPr>
          <w:b/>
        </w:rPr>
        <w:t>Статья 7. Участники отношений в области рыболовства и сохранения водных биоресурсов</w:t>
      </w:r>
    </w:p>
    <w:p>
      <w:r>
        <w:rPr>
          <w:b/>
        </w:rPr>
        <w:t xml:space="preserve">1. </w:t>
      </w:r>
      <w:r>
        <w:t>Участниками отношений в области рыболовства и сохранения водных биоресурсов являются Российская Федерация, субъекты Российской Федерации, муниципальные образования, граждане и юридические лица</w:t>
      </w:r>
    </w:p>
    <w:p>
      <w:r>
        <w:rPr>
          <w:b/>
        </w:rPr>
        <w:t xml:space="preserve">2. </w:t>
      </w:r>
      <w:r>
        <w:t>От имени Российской Федерации, субъектов Российской Федерации и муниципальных образований в отношениях в области рыболовства и сохранения водных биоресурсов участвуют соответственно органы государственной власти Российской Федерации, органы государственной власти субъектов Российской Федерации, органы местного самоуправления в пределах своей компетенции, установленной нормативными правовыми актами, определяющими статус этих органов</w:t>
      </w:r>
    </w:p>
    <w:p>
      <w:r>
        <w:rPr>
          <w:b/>
        </w:rPr>
        <w:t>Статья 71</w:t>
      </w:r>
    </w:p>
    <w:p>
      <w:r>
        <w:t>(Дополнение статьей - Федеральный закон от 03.12.2008 № 250-ФЗ) (Утратила силу - Федеральный закон от 03.07.2016 № 349-ФЗ)</w:t>
      </w:r>
    </w:p>
    <w:p>
      <w:r>
        <w:rPr>
          <w:b/>
        </w:rPr>
        <w:t>Статья 72. Рыбохозяйственные мероприятия</w:t>
      </w:r>
    </w:p>
    <w:p>
      <w:r>
        <w:rPr>
          <w:b/>
        </w:rPr>
        <w:t xml:space="preserve">1. </w:t>
      </w:r>
      <w:r>
        <w:t>В целях развития рыбного хозяйства рыбохозяйственные мероприятия выполняются соответственно органами государственной власти и органами местного самоуправления в пределах их полномочий, а также лицами, осуществляющими рыболовство в соответствии с настоящим Федеральным законом. (В редакции федеральных законов от 28.12.2010 № 420-ФЗ; от 02.07.2013 № 148-ФЗ)</w:t>
      </w:r>
    </w:p>
    <w:p>
      <w:r>
        <w:rPr>
          <w:b/>
        </w:rPr>
        <w:t xml:space="preserve">2. </w:t>
      </w:r>
      <w:r>
        <w:t>Закупки товаров, работ, услуг органами, указанными в части 1 настоящей статьи, в целях выполнения рыбохозяйственных мероприятий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редакции Федерального закона от 28.12.2013 № 396-ФЗ) (Дополнение статьей - Федеральный закон от 03.12.2008 № 250-ФЗ)</w:t>
      </w:r>
    </w:p>
    <w:p>
      <w:r>
        <w:rPr>
          <w:b/>
        </w:rPr>
        <w:t>Статья 73. Научная деятельность в области рыболовства и сохранения водных биоресурсов</w:t>
      </w:r>
    </w:p>
    <w:p>
      <w:r>
        <w:rPr>
          <w:b/>
        </w:rPr>
        <w:t xml:space="preserve">1. </w:t>
      </w:r>
      <w:r>
        <w:t>Научная деятельность в области рыболовства и сохранения водных биоресурсов осуществляется в соответствии с Федеральным законом от 23 августа 1996 года № 127-ФЗ "О науке и государственной научно-технической политике" и настоящим Федеральным законом</w:t>
      </w:r>
    </w:p>
    <w:p>
      <w:r>
        <w:rPr>
          <w:b/>
        </w:rPr>
        <w:t xml:space="preserve">2. </w:t>
      </w:r>
      <w:r>
        <w:t>Научная деятельность в области рыболовства и сохранения водных биоресурсов может осуществляться как с изъятием, так и без изъятия водных биоресурсов из среды их обитания</w:t>
      </w:r>
    </w:p>
    <w:p>
      <w:r>
        <w:rPr>
          <w:b/>
        </w:rPr>
        <w:t xml:space="preserve">3. </w:t>
      </w:r>
      <w:r>
        <w:t>При осуществлении научной деятельности в области рыболовства и сохранения водных биоресурсов закупки товаров, работ, услуг для обеспечения государственных и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редакции Федерального закона от 28.12.2013 № 396-ФЗ) (Дополнение статьей - Федеральный закон от 28.12.2010 № 420-ФЗ)</w:t>
      </w:r>
    </w:p>
    <w:p>
      <w:r>
        <w:rPr>
          <w:b/>
        </w:rPr>
        <w:t>Статья 8</w:t>
      </w:r>
    </w:p>
    <w:p>
      <w:r>
        <w:t>(Статья утратила силу - Федеральный закон от 06.12.2007 № 333-ФЗ)</w:t>
      </w:r>
    </w:p>
    <w:p>
      <w:r>
        <w:rPr>
          <w:b/>
        </w:rPr>
        <w:t>Статья 9</w:t>
      </w:r>
    </w:p>
    <w:p>
      <w:r>
        <w:t>(Статья утратила силу - Федеральный закон от 06.12.2007 № 333-ФЗ)</w:t>
      </w:r>
    </w:p>
    <w:p>
      <w:pPr>
        <w:pStyle w:val="Heading3"/>
      </w:pPr>
      <w:r>
        <w:t>ПРАВА НА ВОДНЫЕ БИОРЕСУРСЫ</w:t>
      </w:r>
    </w:p>
    <w:p>
      <w:r>
        <w:rPr>
          <w:b/>
        </w:rPr>
        <w:t>Статья 10. Право собственности на водные биоресурсы</w:t>
      </w:r>
    </w:p>
    <w:p>
      <w:r>
        <w:rPr>
          <w:b/>
        </w:rPr>
        <w:t xml:space="preserve">1. </w:t>
      </w:r>
      <w:r>
        <w:t>Водные биоресурсы находятся в федеральной собственности, за исключением случаев, предусмотренных частью 2 настоящей статьи</w:t>
      </w:r>
    </w:p>
    <w:p>
      <w:r>
        <w:rPr>
          <w:b/>
        </w:rPr>
        <w:t xml:space="preserve">2. </w:t>
      </w:r>
      <w:r>
        <w:t>Водные биоресурсы, обитающие в прудах, обводненных карьерах, могут находиться в федеральной собственности, собственности субъектов Российской Федерации, муниципальной и частной собственности. (В редакции Федерального закона от 03.06.2006 № 73-ФЗ)</w:t>
      </w:r>
    </w:p>
    <w:p>
      <w:r>
        <w:rPr>
          <w:b/>
        </w:rPr>
        <w:t xml:space="preserve">3. </w:t>
      </w:r>
      <w:r>
        <w:t>Юридические лица и граждане, которые осуществляют рыболовство в порядке, предусмотренном настоящим Федеральным законом, приобретают право собственности на добытые (выловленные) водные биоресурсы в соответствии с гражданским законодательством. (Дополнение частью - Федеральный закон от 06.12.2007 № 333-ФЗ)</w:t>
      </w:r>
    </w:p>
    <w:p>
      <w:r>
        <w:rPr>
          <w:b/>
        </w:rPr>
        <w:t>Статья 11. Право на добычу (вылов) водных биоресурсов</w:t>
      </w:r>
    </w:p>
    <w:p>
      <w:r>
        <w:t>(Наименование в редакции Федерального закона от 28.12.2010 № 420-ФЗ)</w:t>
      </w:r>
    </w:p>
    <w:p>
      <w:r>
        <w:rPr>
          <w:b/>
        </w:rPr>
        <w:t xml:space="preserve">1. </w:t>
      </w:r>
      <w:r>
        <w:t>Право на добычу (вылов) водных биоресурсов возникает по основаниям, предусмотренным настоящим Федеральным законом. (В редакции федеральных законов от 28.12.2010 № 420-ФЗ; от 04.11.2014 № 343-ФЗ)</w:t>
      </w:r>
    </w:p>
    <w:p>
      <w:r>
        <w:rPr>
          <w:b/>
        </w:rPr>
        <w:t xml:space="preserve">2. </w:t>
      </w:r>
      <w:r>
        <w:t>Юридические лица, зарегистрированные в Российской Федерации в соответствии с Федеральным законом от 8 августа 2001 года № 129-ФЗ "О государственной регистрации юридических лиц и индивидуальных предпринимателей" и находящиеся под контролем иностранного инвестора или группы лиц, в которую входит иностранный инвестор, не вправе осуществлять добычу (вылов) водных биоресурсов, за исключением случая, предусмотренного частью 3 настоящей статьи. (Дополнение частью - Федеральный закон от 04.11.2014 № 343-ФЗ) (В редакции Федерального закона от 02.07.2021 № 339-ФЗ)</w:t>
      </w:r>
    </w:p>
    <w:p>
      <w:r>
        <w:rPr>
          <w:b/>
        </w:rPr>
        <w:t xml:space="preserve">3. </w:t>
      </w:r>
      <w:r>
        <w:t>Юридические лица, указанные в части 2 настоящей статьи, вправе осуществлять добычу (вылов) водных биоресурсов в случае, если право на добычу (вылов) водных биоресурсов у указанных лиц возникло с соблюдением требований, которые предусмотрены Федеральным законом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(Дополнение частью - Федеральный закон от 04.11.2014 № 343-ФЗ) (В редакции Федерального закона от 29.12.2022 № 577-ФЗ) (Статья в редакции Федерального закона от 06.12.2007 № 333-ФЗ)</w:t>
      </w:r>
    </w:p>
    <w:p>
      <w:r>
        <w:rPr>
          <w:b/>
        </w:rPr>
        <w:t>Статья 12. Ограничения права на добычу (вылов) водных биоресурсов</w:t>
      </w:r>
    </w:p>
    <w:p>
      <w:r>
        <w:t>(Наименование в редакции Федерального закона от 28.12.2010 № 420-ФЗ) Право на добычу (вылов) водных биоресурсов может быть ограничено в соответствии с федеральными законами и международными договорами Российской Федерации. (В редакции Федерального закона от 28.12.2010 № 420-ФЗ) (Статья в редакции Федерального закона от 06.12.2007 № 333-ФЗ)</w:t>
      </w:r>
    </w:p>
    <w:p>
      <w:r>
        <w:rPr>
          <w:b/>
        </w:rPr>
        <w:t>Статья 13. Прекращение права на добычу (вылов) водных биоресурсов</w:t>
      </w:r>
    </w:p>
    <w:p>
      <w:r>
        <w:t>(Наименование в редакции Федерального закона от 28.12.2010 № 420-ФЗ)</w:t>
      </w:r>
    </w:p>
    <w:p>
      <w:r>
        <w:rPr>
          <w:b/>
        </w:rPr>
        <w:t xml:space="preserve">1. </w:t>
      </w:r>
      <w:r>
        <w:t>Право на добычу (вылов) водных биоресурсов прекращается: (В редакции Федерального закона от 28.12.2010 № 420-ФЗ) 1) по истечении срока действия права на добычу (вылов) водных биоресурсов; (В редакции Федерального закона от 28.12.2010 № 420-ФЗ) 2) по соглашению между лицом, которому предоставлены в пользование водные биоресурсы, и уполномоченным органом государственной власти; (В редакции Федерального закона от 28.12.2010 № 420-ФЗ) 3) при отказе лица, которому предоставлены в пользование водные биоресурсы, от права на добычу (вылов) указанных водных биоресурсов; (В редакции Федерального закона от 28.12.2010 № 420-ФЗ) 4) при ликвидации юридического лица или в связи со смертью гражданина, которым водные биоресурсы были предоставлены в пользование; (В редакции Федерального закона от 28.12.2010 № 420-ФЗ) 5) в иных случаях, предусмотренных Гражданским кодексом Российской Федерации и другими федеральными законами</w:t>
      </w:r>
    </w:p>
    <w:p>
      <w:r>
        <w:rPr>
          <w:b/>
        </w:rPr>
        <w:t xml:space="preserve">2. </w:t>
      </w:r>
      <w:r>
        <w:t>Принудительное прекращение права на добычу (вылов) водных биоресурсов осуществляется в случаях, если: (В редакции Федерального закона от 28.12.2010 № 420-ФЗ) 1) возникает необходимость использования водных объектов для государственных нужд;</w:t>
      </w:r>
    </w:p>
    <w:p>
      <w:r>
        <w:rPr>
          <w:b/>
        </w:rPr>
        <w:t xml:space="preserve">3. </w:t>
      </w:r>
      <w:r>
        <w:t>(Часть утратила силу - Федеральный закон от 03.12.2008 № 250-ФЗ)</w:t>
      </w:r>
    </w:p>
    <w:p>
      <w:r>
        <w:rPr>
          <w:b/>
        </w:rPr>
        <w:t xml:space="preserve">4. </w:t>
      </w:r>
      <w:r>
        <w:t>(Часть утратила силу - Федеральный закон от 03.12.2008 № 250-ФЗ)</w:t>
      </w:r>
    </w:p>
    <w:p>
      <w:r>
        <w:rPr>
          <w:b/>
        </w:rPr>
        <w:t xml:space="preserve">5. </w:t>
      </w:r>
      <w:r>
        <w:t>Принудительное прекращение права на добычу (вылов) водных биоресурсов в случаях, указанных в пунктах 6 и 7 части 2 настоящей статьи, осуществляется в порядке, установленном Правительством Российской Федерации. При этом договор, на основании которого у лица возникло право на добычу (вылов) водных биоресурсов, подлежит расторжению в одностороннем порядке с даты получения указанным лицом уведомления, поступившего ему от органа государственной власти, являющегося стороной указанного договора. (Дополнение частью - Федеральный закон от 04.11.2014 № 343-ФЗ) (В редакции Федерального закона от 29.12.2022 № 577-ФЗ) (Статья в редакции Федерального закона от 06.12.2007 № 333-ФЗ)</w:t>
      </w:r>
    </w:p>
    <w:p>
      <w:r>
        <w:rPr>
          <w:b/>
        </w:rPr>
        <w:t xml:space="preserve">2. </w:t>
      </w:r>
      <w:r>
        <w:t>добыча (вылов) водных биоресурсов осуществляется в течение двух лет подряд в объеме менее семидесяти процентов квоты добычи (вылова) водных биоресурсов, распределяемой лицу, осуществляющему промышленное рыболовство и (или) прибрежное рыболовство, за исключением случаев:</w:t>
      </w:r>
    </w:p>
    <w:p>
      <w:r>
        <w:rPr>
          <w:b/>
        </w:rPr>
        <w:t xml:space="preserve">2. </w:t>
      </w:r>
      <w:r>
        <w:t>возникновения чрезвычайных ситуаций, в результате которых добыча (вылов) водных биоресурсов в течение года осуществлена в объеме менее семидесяти процентов распределенного общего допустимого улова применительно к соответствующей квоте добычи (вылова) водных биоресурсов</w:t>
      </w:r>
    </w:p>
    <w:p>
      <w:r>
        <w:rPr>
          <w:b/>
        </w:rPr>
        <w:t xml:space="preserve">2. </w:t>
      </w:r>
      <w:r>
        <w:t>установления ограничений рыболовства, предусмотренных пунктами 1 и 2 части 1 статьи 26 настоящего Федерального закона, в результате которых в отношении соответствующей квоты добычи (вылова) водных биоресурсов добыча (вылов) водных биоресурсов в течение года осуществлена в объеме менее семидесяти процентов распределенного общего допустимого улова применительно к такой квоте добычи (вылова) водных биоресурсов; (Пункт в редакции Федерального закона от 03.07.2016 № 349-ФЗ) 3) лицо, у которого имеется право на добычу (вылов) водных биоресурсов, в течение календарного года два раза или более нарушило правила рыболовства, в результате чего был причинен крупный ущерб водным биоресурсам, размер и порядок определения которого устанавливаются Правительством Российской Федерации; (В редакции федеральных законов от 28.12.2010 № 420-ФЗ, от 26.07.2019 № 243-ФЗ) 4) лицо, у которого имеется право на добычу (вылов) водных биоресурсов, не осуществило доставку уловов водных биоресурсов в морские порты Российской Федерации, а также в случаях и порядке, определяемых Правительством Российской Федерации, в иные места доставки в соответствии со статьей 19 настоящего Федерального закона; (Дополнение пунктом - Федеральный закон от 03.12.2008 № 250-ФЗ) (В редакции федеральных законов от 28.12.2010 № 420-ФЗ; от 06.12.2011 № 409-ФЗ) 5) лицо, у которого имеется право на добычу (вылов) водных биоресурсов, в течение календарного года без проведения согласования в установленном порядке осуществляло прекращение на сорок восемь и более часов работы технических средств контроля, предусмотренных статьей 434 настоящего Федерального закона; (Дополнение пунктом - Федеральный закон от 03.12.2008 № 250-ФЗ) (В редакции федеральных законов от 28.12.2010 № 420-ФЗ; от 03.07.2016 № 349-ФЗ) 6) над лицом, у которого имеется право на добычу (вылов) водных биоресурсов, установлен контроль иностранного инвестора или группы лиц, в которую входит иностранный инвестор, с нарушением требований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(Дополнение пунктом - Федеральный закон от 04.11.2014 № 343-ФЗ) (В редакции Федерального закона от 02.07.2021 № 339-ФЗ) 7) у лица, находящегося под контролем иностранного инвестора или группы лиц, в которую входит иностранный инвестор, право на добычу (вылов) водных биоресурсов возникло с нарушением требований, которые предусмотрены частью 7 статьи 7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(Дополнение пунктом - Федеральный закон от 04.11.2014 № 343-ФЗ) (В редакции Федерального закона от 29.12.2022 № 577-ФЗ) 8) лицо, у которого имеется право на добычу (вылов) водных биоресурсов, не осуществило выгрузку уловов водных биоресурсов, добытых (выловленных) при осуществлении прибрежного рыболовства, а также рыбной продукции, произведенной из таких уловов на судах рыбопромыслового флота, в соответствии с требованиями настоящего Федерального закона; (Дополнение пунктом - Федеральный закон от 03.07.2016 № 349-ФЗ) (В редакции Федерального закона от 02.07.2021 № 338-ФЗ) 9) имеются основания для досрочного расторжения договора о закреплении и предоставлении доли квоты добычи (вылова) водных биоресурсов на инвестиционные цели, указанные в части 4 статьи 337 настоящего Федерального закона; (Дополнение пунктом - Федеральный закон от 03.07.2016 № 349-ФЗ) 10) добыча (вылов) водных биоресурсов осуществляется лицом, имеющим право на такую добычу (вылов) водных биоресурсов, в течение двух лет подряд в объеме менее семидесяти процентов квоты добычи (вылова) водных биоресурсов, распределенной этому лицу, на судах рыбопромыслового флота, принадлежащих ему на праве собственности или используемых им на основании договора финансовой аренды (договора лизинга) или на основании договора фрахтования (бербоут-чартера или тайм-чартера) судов рыбопромыслового флота, принадлежащих на праве собственности лицам, входящим в одну группу лиц с этим лицом. Порядок представления сведений о группе лиц и сведений о переходе прав в группе лиц на рыбопромысловые суда, принадлежащие на праве собственности или используемые на основании договора финансовой аренды (договора лизинга), для получения права на добычу (вылов) водных биоресурсов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рыбного хозяйства; (Дополнение пунктом - Федеральный закон от 03.07.2016 № 349-ФЗ) (В редакции Федерального закона от 29.05.2024 № 101-ФЗ) 11) лицо, имеющее право на добычу (вылов) водных биоресурсов, не зарегистрировано на территории прибрежного субъекта Российской Федерации в соответствии с частью 4 статьи 20 настоящего Федерального закона; (Дополнение пунктом - Федеральный закон от 03.07.2016 № 349-ФЗ) 12) имеются основания для досрочного расторжения договора о закреплении и предоставлении доли квоты добычи (вылова) крабов в инвестиционных целях, указанные в части 6 статьи 338 настоящего Федерального закона; (Дополнение пунктом - Федеральный закон от 01.05.2019 № 86-ФЗ) (В редакции Федерального закона от 29.05.2024 № 101-ФЗ) 13) имеются основания, предусмотренные частью 6 статьи 32 настоящего Федерального закона. (Дополнение пунктом - Федеральный закон от 29.12.2022 № 577-ФЗ)</w:t>
      </w:r>
    </w:p>
    <w:p>
      <w:r>
        <w:rPr>
          <w:b/>
        </w:rPr>
        <w:t>Статья 14. Способы защиты права на добычу (вылов) водных биоресурсов</w:t>
      </w:r>
    </w:p>
    <w:p>
      <w:r>
        <w:t>(Наименование в редакции Федерального закона от 28.12.2010 № 420-ФЗ) Способы защиты права на добычу (вылов) водных биоресурсов определяются в соответствии с гражданским законодательством. (В редакции Федерального закона от 28.12.2010 № 420-ФЗ) (Статья в редакции Федерального закона от 06.12.2007 № 333-ФЗ)</w:t>
      </w:r>
    </w:p>
    <w:p>
      <w:r>
        <w:rPr>
          <w:b/>
        </w:rPr>
        <w:t>Статья 141. Защита конкуренции в области рыболовства и сохранения водных биоресурсов</w:t>
      </w:r>
    </w:p>
    <w:p>
      <w:r>
        <w:rPr>
          <w:b/>
        </w:rPr>
        <w:t xml:space="preserve">1. </w:t>
      </w:r>
      <w:r>
        <w:t>Не допускаются монополистическая деятельность и недобросовестная конкуренция в области рыболовства и сохранения водных биоресурсов</w:t>
      </w:r>
    </w:p>
    <w:p>
      <w:r>
        <w:rPr>
          <w:b/>
        </w:rPr>
        <w:t xml:space="preserve">2. </w:t>
      </w:r>
      <w:r>
        <w:t>Федеральным органам исполнительной власти, органам государственной власти субъектов Российской Федерации, органам местного самоуправления, а также осуществляющим функции указанных органов организациям запрещается принимать акты и (или) осуществлять действия (бездействие), заключать соглашения или осуществлять согласованные действия в области рыболовства и сохранения водных биоресурсов, которые приводят или могут привести к недопущению, ограничению или устранению конкуренции, в том числе путем создания более выгодных условий деятельности одним физическим лицам, юридическим лицам по сравнению с другими физическими лицами, юридическими лицами</w:t>
      </w:r>
    </w:p>
    <w:p>
      <w:r>
        <w:rPr>
          <w:b/>
        </w:rPr>
        <w:t xml:space="preserve">3. </w:t>
      </w:r>
      <w:r>
        <w:t>Государственный контроль за экономической концентрацией в области рыболовства и сохранения водных биоресурсов осуществляется в соответствии с Федеральным законом от 26 июля 2006 года № 135-ФЗ "О защите конкуренции"</w:t>
      </w:r>
    </w:p>
    <w:p>
      <w:r>
        <w:rPr>
          <w:b/>
        </w:rPr>
        <w:t xml:space="preserve">4. </w:t>
      </w:r>
      <w:r>
        <w:t>Правительство Российской Федерации вправе при определении требований к лицам, которые претендуют на заключение договоров, предусмотренных статьями 331, 337, 338 настоящего Федерального закона, устанавливать максимальный совокупный объем общего допустимого улова водных биоресурсов, утвержденного применительно к видам квот добычи (вылова) водных биоресурсов, указанных в пунктах 1, 11 - 14 части 1 статьи 30 настоящего Федерального закона, в отношении определенных видов водных биоресурсов во всех районах их добычи (вылова) в границах рыбохозяйственного бассейна в процентном соотношении от общего допустимого улова такого вида водных биоресурсов в районах добычи (вылова) в границах определенного рыбохозяйственного бассейна, который может быть распределен лицу или лицам, входящим в одну группу лиц с таким лицом, заключившим соответствующие договоры, предусмотренные статьями 331, 337, 338 настоящего Федерального закона. (Дополнение частью - Федеральный закон от 29.12.2022 № 644-ФЗ)</w:t>
      </w:r>
    </w:p>
    <w:p>
      <w:r>
        <w:rPr>
          <w:b/>
        </w:rPr>
        <w:t xml:space="preserve">5. </w:t>
      </w:r>
      <w:r>
        <w:t>Порядок представления сведений о группе лиц, указанной в части 4 настоящей статьи, устанавливается Правительством Российской Федерации. (Дополнение частью - Федеральный закон от 29.12.2022 № 644-ФЗ) (Дополнение статьей - Федеральный закон от 06.12.2007 № 333-ФЗ)</w:t>
      </w:r>
    </w:p>
    <w:p>
      <w:r>
        <w:rPr>
          <w:b/>
        </w:rPr>
        <w:t>Статья 142. Признаки нахождения юридического лица под контролем иностранного инвестора или группы лиц, в которую входит иностранный инвестор</w:t>
      </w:r>
    </w:p>
    <w:p>
      <w:r>
        <w:t>(Наименование в редакции Федерального закона от 02.07.2021 № 339-ФЗ) Юридическое лицо (контролируемое лицо) считается находящимся под контролем иностранного инвестора или группы лиц, в которую входит иностранный инвестор (контролирующее лицо), при наличии одного из следующих признаков: (В редакции Федерального закона от 02.07.2021 № 339-ФЗ) 1) контролирующее лицо имеет право прямо или косвенно распоряжаться (в том числе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двадцатью пятью и более процентами общего количества голосов, приходящихся на голосующие акции (доли), составляющие уставный капитал хозяйственного общества, либо двадцатью пятью и более процентами общего количества голосов общего числа членов кооператива или участников хозяйственного товарищества (в том числе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или сделки); (В редакции Федерального закона от 02.07.2021 № 339-ФЗ) 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том числе определять условия осуществления контролируемым лицом предпринимательской деятельности;</w:t>
      </w:r>
    </w:p>
    <w:p>
      <w:r>
        <w:t>контролирующее лицо имеет право назначать единоличный исполнительный орган и (или) двадцать пять и более процентов состава коллегиального исполнительного органа контролируемого лица и (или) имеет безусловную возможность избирать двадцать пять и более процентов состава совета директоров (наблюдательного совета) или иного коллегиального органа управления контролируемого лица; (В редакции Федерального закона от 02.07.2021 № 339-ФЗ) 4) контролирующее лицо осуществляет полномочия управляющей компании контролируемого лица</w:t>
      </w:r>
    </w:p>
    <w:p>
      <w:r>
        <w:t>контролирующее лицо имеет право прямо или косвенно распоряжаться (в том числе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пятьюдесятью и менее процентами общего количества голосов, приходящихся на голосующие акции (доли), составляющие уставный капитал хозяйственного общества, либо пятьюдесятью и менее процентами общего количества голосов членов кооператива или участников хозяйственного товарищества (в том числе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или сделки) - при условии, что соотношение количества голосов, которыми вправе распоряжаться контролирующее лицо, и количества голосов, приходящихся на голосующие акции (доли), составляющие уставный капитал контролируемого лица и принадлежащие другим акционерам (участникам) хозяйственного общества, либо количества голосов, принадлежащих другим членам кооператива или участникам хозяйственного товарищества, таково, что контролирующее лицо имеет возможность определять решения, принимаемые контролируемым лицом. (В редакции Федерального закона от 02.07.2021 № 339-ФЗ) (Дополнение статьей - Федеральный закон от 04.11.2014 № 343-ФЗ)</w:t>
      </w:r>
    </w:p>
    <w:p>
      <w:pPr>
        <w:pStyle w:val="Heading3"/>
      </w:pPr>
      <w:r>
        <w:t>РЫБОЛОВСТВО</w:t>
      </w:r>
    </w:p>
    <w:p>
      <w:r>
        <w:rPr>
          <w:b/>
        </w:rPr>
        <w:t>Статья 15. Виды водных биоресурсов, в отношении которых осуществляется рыболовство</w:t>
      </w:r>
    </w:p>
    <w:p>
      <w:r>
        <w:rPr>
          <w:b/>
        </w:rPr>
        <w:t xml:space="preserve">1. </w:t>
      </w:r>
      <w:r>
        <w:t>Рыболовство осуществляется в отношении видов водных биоресурсов, добыча (вылов) которых не запрещена</w:t>
      </w:r>
    </w:p>
    <w:p>
      <w:r>
        <w:rPr>
          <w:b/>
        </w:rPr>
        <w:t xml:space="preserve">2. </w:t>
      </w:r>
      <w:r>
        <w:t>Перечни видов водных биоресурсов, в отношении которых осуществляются промышленное рыболовство и (или) прибрежное рыболовство во внутренних морских водах Российской Федерации, в территориальном море Российской Федерации, на континентальном шельфе Российской Федерации, в исключительной экономической зоне Российской Федерации, Каспийском море (далее - морские воды), открытом море и районах действия международных договоров Российской Федерации в области рыболовства и сохранения водных биоресурсов (далее - районы действия международных договоров), утверждаются Правительством Российской Федерации. Перечень видов водных биоресурсов, в отношении которых осуществляется промышленное рыболовство во внутренних водах Российской Федерации, за исключением внутренних морских вод Российской Федерации,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рыбного хозяйства. (В редакции федеральных законов от 03.07.2016 № 349-ФЗ, от 29.05.2024 № 101-ФЗ)</w:t>
      </w:r>
    </w:p>
    <w:p>
      <w:r>
        <w:rPr>
          <w:b/>
        </w:rPr>
        <w:t xml:space="preserve">3. </w:t>
      </w:r>
      <w:r>
        <w:t>Перечень особо ценных и ценных видов водных биоресурсов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рыбного хозяйства. (В редакции Федерального закона от 29.05.2024 № 101-ФЗ) (Статья в редакции Федерального закона от 28.12.2010 № 420-ФЗ)</w:t>
      </w:r>
    </w:p>
    <w:p>
      <w:r>
        <w:rPr>
          <w:b/>
        </w:rPr>
        <w:t>Статья 16. Виды рыболовства</w:t>
      </w:r>
    </w:p>
    <w:p>
      <w:r>
        <w:rPr>
          <w:b/>
        </w:rPr>
        <w:t xml:space="preserve">1. </w:t>
      </w:r>
      <w:r>
        <w:t>Граждане и юридические лица могут осуществлять следующие виды рыболовства</w:t>
      </w:r>
    </w:p>
    <w:p>
      <w:r>
        <w:rPr>
          <w:b/>
        </w:rPr>
        <w:t xml:space="preserve">2. </w:t>
      </w:r>
      <w:r>
        <w:t>Водные биоресурсы могут использоваться для осуществления одного или нескольких видов рыболовства, предусмотренных частью 1 настоящей статьи, если иное не установлено федеральными законами. (В редакции Федерального закона от 06.12.2007 № 333-ФЗ)</w:t>
      </w:r>
    </w:p>
    <w:p>
      <w:r>
        <w:rPr>
          <w:b/>
        </w:rPr>
        <w:t xml:space="preserve">3. </w:t>
      </w:r>
      <w:r>
        <w:t>Рыболовство, представляющее собой предпринимательскую деятельность, осуществляется лицами, зарегистрированными в Российской Федерации в соответствии с Федеральным законом от 8 августа 2001 года № 129-ФЗ "О государственной регистрации юридических лиц и индивидуальных предпринимателей". (В редакции Федерального закона от 06.12.2007 № 333-ФЗ)</w:t>
      </w:r>
    </w:p>
    <w:p>
      <w:r>
        <w:rPr>
          <w:b/>
        </w:rPr>
        <w:t xml:space="preserve">4. </w:t>
      </w:r>
      <w:r>
        <w:t>Рыболовство, представляющее собой предпринимательскую деятельность, запрещается осуществлять иностранным лицам и указанным в части 3 настоящей статьи лицам с судов, принадлежащих иностранным лицам, если иное не предусмотрено настоящим Федеральным законом и другими федеральными законами. (Дополнение частью - Федеральный закон от 06.12.2007 № 333-ФЗ)</w:t>
      </w:r>
    </w:p>
    <w:p>
      <w:r>
        <w:rPr>
          <w:b/>
        </w:rPr>
        <w:t xml:space="preserve">5. </w:t>
      </w:r>
      <w:r>
        <w:t>Рыболовство осуществляется в отношении водных биоресурсов, общий допустимый улов которых устанавливается, или в отношении водных биоресурсов, общий допустимый улов которых не устанавливается. (Дополнение частью - Федеральный закон от 06.12.2007 № 333-ФЗ)</w:t>
      </w:r>
    </w:p>
    <w:p>
      <w:r>
        <w:rPr>
          <w:b/>
        </w:rPr>
        <w:t xml:space="preserve">6. </w:t>
      </w:r>
      <w:r>
        <w:t>Объем добычи (вылова) водных биоресурсов, общий допустимый улов которых не устанавливается, определяется по заявлению лица, у которого возникает право на добычу (вылов) водных биоресурсов. (Дополнение частью - Федеральный закон от 06.12.2007 № 333-ФЗ)</w:t>
      </w:r>
    </w:p>
    <w:p>
      <w:r>
        <w:rPr>
          <w:b/>
        </w:rPr>
        <w:t xml:space="preserve">1. </w:t>
      </w:r>
      <w:r>
        <w:t>промышленное рыболовство</w:t>
      </w:r>
    </w:p>
    <w:p>
      <w:r>
        <w:rPr>
          <w:b/>
        </w:rPr>
        <w:t xml:space="preserve">1. </w:t>
      </w:r>
      <w:r>
        <w:t>прибрежное рыболовство</w:t>
      </w:r>
    </w:p>
    <w:p>
      <w:r>
        <w:rPr>
          <w:b/>
        </w:rPr>
        <w:t xml:space="preserve">1. </w:t>
      </w:r>
      <w:r>
        <w:t>рыболовство в научно-исследовательских и контрольных целях</w:t>
      </w:r>
    </w:p>
    <w:p>
      <w:r>
        <w:rPr>
          <w:b/>
        </w:rPr>
        <w:t xml:space="preserve">1. </w:t>
      </w:r>
      <w:r>
        <w:t>рыболовство в учебных и культурно-просветительских целях</w:t>
      </w:r>
    </w:p>
    <w:p>
      <w:r>
        <w:rPr>
          <w:b/>
        </w:rPr>
        <w:t xml:space="preserve">1. </w:t>
      </w:r>
      <w:r>
        <w:t>рыболовство в целях аквакультуры (рыбоводства); (В редакции Федерального закона от 02.07.2013 № 148-ФЗ) 6) любительское рыболовство; (В редакции Федерального закона от 25.12.2018 № 475-ФЗ) 7) рыболовство в целях обеспечения ведения традиционного образа жизни и осуществления традиционной хозяйственной деятельности коренных малочисленных народов Севера, Сибири и Дальнего Востока Российской Федерации. (Часть в редакции Федерального закона от 03.12.2008 № 250-ФЗ)</w:t>
      </w:r>
    </w:p>
    <w:p>
      <w:r>
        <w:rPr>
          <w:b/>
        </w:rPr>
        <w:t>Статья 17. Рыбохозяйственные бассейны и водные объекты рыбохозяйственного значения</w:t>
      </w:r>
    </w:p>
    <w:p>
      <w:r>
        <w:rPr>
          <w:b/>
        </w:rPr>
        <w:t xml:space="preserve">1. </w:t>
      </w:r>
      <w:r>
        <w:t>Рыбохозяйственные бассейны включают в себя моря и озера с бассейнами впадающих в них рек, а также иные водные объекты рыбохозяйственного значения</w:t>
      </w:r>
    </w:p>
    <w:p>
      <w:r>
        <w:rPr>
          <w:b/>
        </w:rPr>
        <w:t xml:space="preserve">2. </w:t>
      </w:r>
      <w:r>
        <w:t>Устанавливаются следующие рыбохозяйственные бассейны</w:t>
      </w:r>
    </w:p>
    <w:p>
      <w:r>
        <w:rPr>
          <w:b/>
        </w:rPr>
        <w:t xml:space="preserve">3. </w:t>
      </w:r>
      <w:r>
        <w:t>Критерии и порядок отнесения водного объекта или его части к водным объектам рыбохозяйственного значения, порядок определения категорий водных объектов рыбохозяйственного значения устанавливаются Правительством Российской Федерации. (В редакции Федерального закона от 29.07.2017 № 225-ФЗ)</w:t>
      </w:r>
    </w:p>
    <w:p>
      <w:r>
        <w:rPr>
          <w:b/>
        </w:rPr>
        <w:t xml:space="preserve">4. </w:t>
      </w:r>
      <w:r>
        <w:t>(Часть утратила силу - Федеральный закон от 29.07.2017 № 225-ФЗ) (Статья в редакции Федерального закона от 06.12.2007 № 333-ФЗ)</w:t>
      </w:r>
    </w:p>
    <w:p>
      <w:r>
        <w:rPr>
          <w:b/>
        </w:rPr>
        <w:t xml:space="preserve">2. </w:t>
      </w:r>
      <w:r>
        <w:t>Азово-Черноморский</w:t>
      </w:r>
    </w:p>
    <w:p>
      <w:r>
        <w:rPr>
          <w:b/>
        </w:rPr>
        <w:t xml:space="preserve">2. </w:t>
      </w:r>
      <w:r>
        <w:t>Байкальский</w:t>
      </w:r>
    </w:p>
    <w:p>
      <w:r>
        <w:rPr>
          <w:b/>
        </w:rPr>
        <w:t xml:space="preserve">2. </w:t>
      </w:r>
      <w:r>
        <w:t>Волжско-Каспийский</w:t>
      </w:r>
    </w:p>
    <w:p>
      <w:r>
        <w:rPr>
          <w:b/>
        </w:rPr>
        <w:t xml:space="preserve">2. </w:t>
      </w:r>
      <w:r>
        <w:t>Восточно-Сибирский</w:t>
      </w:r>
    </w:p>
    <w:p>
      <w:r>
        <w:rPr>
          <w:b/>
        </w:rPr>
        <w:t xml:space="preserve">2. </w:t>
      </w:r>
      <w:r>
        <w:t>Дальневосточный</w:t>
      </w:r>
    </w:p>
    <w:p>
      <w:r>
        <w:rPr>
          <w:b/>
        </w:rPr>
        <w:t xml:space="preserve">2. </w:t>
      </w:r>
      <w:r>
        <w:t>Западно-Сибирский</w:t>
      </w:r>
    </w:p>
    <w:p>
      <w:r>
        <w:rPr>
          <w:b/>
        </w:rPr>
        <w:t xml:space="preserve">2. </w:t>
      </w:r>
      <w:r>
        <w:t>Западный</w:t>
      </w:r>
    </w:p>
    <w:p>
      <w:r>
        <w:rPr>
          <w:b/>
        </w:rPr>
        <w:t xml:space="preserve">2. </w:t>
      </w:r>
      <w:r>
        <w:t>Северный</w:t>
      </w:r>
    </w:p>
    <w:p>
      <w:r>
        <w:rPr>
          <w:b/>
        </w:rPr>
        <w:t>Статья 18. Рыболовный участок</w:t>
      </w:r>
    </w:p>
    <w:p>
      <w:r>
        <w:rPr>
          <w:b/>
        </w:rPr>
        <w:t xml:space="preserve">1. </w:t>
      </w:r>
      <w:r>
        <w:t>Рыболовный участок представляет собой водный объект или его часть</w:t>
      </w:r>
    </w:p>
    <w:p>
      <w:r>
        <w:rPr>
          <w:b/>
        </w:rPr>
        <w:t xml:space="preserve">2. </w:t>
      </w:r>
      <w:r>
        <w:t>Рыболовный участок выделяется для осуществления рыболовства в целях обеспечения ведения традиционного образа жизни и осуществления традиционной хозяйственной деятельности коренных малочисленных народов Севера, Сибири и Дальнего Востока Российской Федерации, а также для организации любительского рыболовства. Для осуществления промышленного рыболовства рыболовный участок выделяется во внутренних водах Российской Федерации, за исключением внутренних морских вод Российской Федерации. Для добычи (вылова) анадромных видов рыб, предусмотренной статьей 291 настоящего Федерального закона, рыболовный участок выделяется во внутренних водах Российской Федерации и в территориальном море Российской Федерации. (В редакции Федерального закона от 25.12.2018 № 475-ФЗ)</w:t>
      </w:r>
    </w:p>
    <w:p>
      <w:r>
        <w:rPr>
          <w:b/>
        </w:rPr>
        <w:t xml:space="preserve">3. </w:t>
      </w:r>
      <w:r>
        <w:t>Границы рыболовных участков определяются в соответствии с требованиями Водного кодекса Российской Федерации в порядке, установленном Правительством Российской Федерации</w:t>
      </w:r>
    </w:p>
    <w:p>
      <w:r>
        <w:rPr>
          <w:b/>
        </w:rPr>
        <w:t xml:space="preserve">4. </w:t>
      </w:r>
      <w:r>
        <w:t>Рыболовный участок выделяется для одной из указанных в настоящей статье целей</w:t>
      </w:r>
    </w:p>
    <w:p>
      <w:r>
        <w:rPr>
          <w:b/>
        </w:rPr>
        <w:t xml:space="preserve">5. </w:t>
      </w:r>
      <w:r>
        <w:t>Перечень рыболовных участков, выделенных во внутренних водах Российской Федерации, в том числе во внутренних морских водах Российской Федерации, и в территориальном море Российской Федерации, утверждается исполнительным органом субъекта Российской Федерации по согласованию с федеральным органом исполнительной власти, осуществляющим федеральный государственный контроль (надзор) в области рыболовства и сохранения водных биоресурсов во внутренних водах Российской Федерации, за исключением внутренних морских вод Российской Федерации, а также Каспийского и Азовского морей до определения их статуса, и оказание государственных услуг в сфере рыбохозяйственной деятельности (далее - федеральный орган исполнительной власти в области рыболовства). (В редакции федеральных законов от 29.05.2024 № 101-ФЗ, от 24.06.2025 № 165-ФЗ) (Статья в редакции Федерального закона от 03.07.2016 № 349-ФЗ)</w:t>
      </w:r>
    </w:p>
    <w:p>
      <w:r>
        <w:rPr>
          <w:b/>
        </w:rPr>
        <w:t>Статья 19. Промышленное рыболовство в морских водах, открытом море и районах действия международных договоров</w:t>
      </w:r>
    </w:p>
    <w:p>
      <w:r>
        <w:rPr>
          <w:b/>
        </w:rPr>
        <w:t xml:space="preserve">1. </w:t>
      </w:r>
      <w:r>
        <w:t>Промышленное рыболовство в морских водах, открытом море и районах действия международных договоров осуществляется юридическими лицами и индивидуальными предпринимателями, указанными в части 3 статьи 16 настоящего Федерального закона, с использованием или без использования судов рыбопромыслового флота</w:t>
      </w:r>
    </w:p>
    <w:p>
      <w:r>
        <w:rPr>
          <w:b/>
        </w:rPr>
        <w:t xml:space="preserve">2. </w:t>
      </w:r>
      <w:r>
        <w:t>Для осуществления промышленного рыболовства в морских водах и в районах действия международных договоров в отношении видов водных биоресурсов, общий допустимый улов которых устанавливается, указанные водные биоресурсы предоставляются в пользование на основании договоров, предусмотренных статьей 331 настоящего Федерального закона, за исключением случаев, установленных частью 3 настоящей статьи</w:t>
      </w:r>
    </w:p>
    <w:p>
      <w:r>
        <w:rPr>
          <w:b/>
        </w:rPr>
        <w:t xml:space="preserve">3. </w:t>
      </w:r>
      <w:r>
        <w:t>Для осуществления промышленного рыболовства в морских водах и в районах действия международных договоров в отношении видов водных биоресурсов, общий допустимый улов которых устанавливается и распределяется применительно к квотам добычи (вылова) водных биоресурсов, указанным в пунктах 11 и 13 части 1 статьи 30 настоящего Федерального закона, такие водные биоресурсы предоставляются в пользование на основании договоров, предусмотренных статьей 337 настоящего Федерального закона. (В редакции Федерального закона от 29.12.2022 № 644-ФЗ)</w:t>
      </w:r>
    </w:p>
    <w:p>
      <w:r>
        <w:rPr>
          <w:b/>
        </w:rPr>
        <w:t xml:space="preserve">31. </w:t>
      </w:r>
      <w:r>
        <w:t>Для осуществления промышленного рыболовства в морских водах в отношении видов водных биоресурсов, общий допустимый улов которых устанавливается и распределяется применительно к квотам добычи (вылова) водных биоресурсов, указанным в пунктах 12 и 14 части 1 статьи 30 настоящего Федерального закона, такие водные биоресурсы предоставляются в пользование на основании договоров, предусмотренных статьей 338 настоящего Федерального закона, заключенных по результатам аукционов, проводимых в соответствии со статьей 381 настоящего Федерального закона. (Дополнение частью - Федеральный закон от 01.05.2019 № 86-ФЗ) (В редакции Федерального закона от 29.12.2022 № 644-ФЗ)</w:t>
      </w:r>
    </w:p>
    <w:p>
      <w:r>
        <w:rPr>
          <w:b/>
        </w:rPr>
        <w:t xml:space="preserve">4. </w:t>
      </w:r>
      <w:r>
        <w:t>Для осуществления промышленного рыболовства в морских водах, открытом море и районах действия международных договоров в отношении видов водных биоресурсов, общий допустимый улов которых не устанавливается, такие водные биоресурсы предоставляются в пользование на основании договоров, предусмотренных статьей 334 настоящего Федерального закона, за исключением случаев осуществления промышленного рыболовства в отношении анадромных видов рыб, добыча (вылов) которых предусмотрена статьей 291 настоящего Федерального закона</w:t>
      </w:r>
    </w:p>
    <w:p>
      <w:r>
        <w:rPr>
          <w:b/>
        </w:rPr>
        <w:t xml:space="preserve">5. </w:t>
      </w:r>
      <w:r>
        <w:t>Уловы водных биоресурсов, добытых (выловленных) при осуществлении промышленного рыболовства в морских водах, и произведенная из них рыбная продукция подлежат доставке в морские порты Российской Федерации или в случаях и в порядке, которые определяются Правительством Российской Федерации, в иные места доставки. Уловы водных биоресурсов, добытых (выловленных) при осуществлении промышленного рыболовства в иных определенных Правительством Российской Федерации районах, и произведенная из них рыбная продукция подлежат доставке на территорию, установленную Правительством Российской Федерации. (В редакции Федерального закона от 02.07.2021 № 338-ФЗ)</w:t>
      </w:r>
    </w:p>
    <w:p>
      <w:r>
        <w:rPr>
          <w:b/>
        </w:rPr>
        <w:t xml:space="preserve">6. </w:t>
      </w:r>
      <w:r>
        <w:t>Порядок доставки указанных в части 5 настоящей статьи уловов водных биоресурсов и произведенной из них рыбной продукции в морские порты Российской Федерации, а также в случаях и в порядке, которые определяются Правительством Российской Федерации, в иные места доставки устанавливается Правительством Российской Федерации. (В редакции Федерального закона от 02.07.2021 № 338-ФЗ)</w:t>
      </w:r>
    </w:p>
    <w:p>
      <w:r>
        <w:rPr>
          <w:b/>
        </w:rPr>
        <w:t xml:space="preserve">7. </w:t>
      </w:r>
      <w:r>
        <w:t>Промышленное рыболовство с использованием судов, плавающих под Государственным флагом Российской Федерации в открытом море, осуществляется в соответствии с требованиями к рыболовству в открытом море, устанавливаемыми Правительством Российской Федерации в отношении юридических лиц и индивидуальных предпринимателей, осуществляющих рыболовство в открытом море с использованием судов, плавающих под Государственным флагом Российской Федерации</w:t>
      </w:r>
    </w:p>
    <w:p>
      <w:r>
        <w:rPr>
          <w:b/>
        </w:rPr>
        <w:t xml:space="preserve">8. </w:t>
      </w:r>
      <w:r>
        <w:t>Допускается осуществление промышленного рыболовства юридическими лицами и индивидуальными предпринимателями, зарегистрированными в Российской Федерации, в районах действия международных договоров за пределами континентального шельфа Российской Федерации и исключительной экономической зоны Российской Федерации на судах, плавающих под Государственным флагом Российской Федерации и принадлежащих указанным лицам на праве собственности, либо на судах, используемых на основании договоров финансовой аренды (договоров лизинга), или на судах, используемых на основании договоров фрахтования (бербоут-чартера и тайм-чартера), в том числе на судах, принадлежащих иностранным лицам. (Статья в редакции Федерального закона от 03.07.2016 № 349-ФЗ)</w:t>
      </w:r>
    </w:p>
    <w:p>
      <w:r>
        <w:rPr>
          <w:b/>
        </w:rPr>
        <w:t>Статья 191. Промышленное рыболовство во внутренних водных объектах</w:t>
      </w:r>
    </w:p>
    <w:p>
      <w:r>
        <w:rPr>
          <w:b/>
        </w:rPr>
        <w:t xml:space="preserve">1. </w:t>
      </w:r>
      <w:r>
        <w:t>Промышленное рыболовство во внутренних водах Российской Федерации, за исключением внутренних морских вод Российской Федерации (далее - внутренние водные объекты), осуществляется юридическими лицами и индивидуальными предпринимателями, указанными в части 3 статьи 16 настоящего Федерального закона, с использованием или без использования судов рыбопромыслового флота, а также с использованием или без использования рыболовных участков</w:t>
      </w:r>
    </w:p>
    <w:p>
      <w:r>
        <w:rPr>
          <w:b/>
        </w:rPr>
        <w:t xml:space="preserve">2. </w:t>
      </w:r>
      <w:r>
        <w:t>Промышленное рыболовство во внутренних водных объектах осуществляется в отношении видов водных биоресурсов, общий допустимый улов которых устанавливается, на основании договоров, предусмотренных статьей 331 настоящего Федерального закона, а в отношении видов водных биоресурсов, общий допустимый улов которых не устанавливается, - на основании договоров, предусмотренных статьей 334 настоящего Федерального закона, за исключением случаев, установленных настоящим Федеральным законом</w:t>
      </w:r>
    </w:p>
    <w:p>
      <w:r>
        <w:rPr>
          <w:b/>
        </w:rPr>
        <w:t xml:space="preserve">3. </w:t>
      </w:r>
      <w:r>
        <w:t>В случае утверждения исполнительным органом субъекта Российской Федерации перечня рыболовных участков во внутренних водных объектах в соответствии с частью 5 статьи 18 настоящего Федерального закона, в который включены рыболовные участки для осуществления промышленного рыболовства во внутреннем водном объекте, промышленное рыболовство в таком внутреннем водном объекте в отношении видов водных биоресурсов, общий допустимый улов которых устанавливается, осуществляется на основании договоров, предусмотренных статьями 331 и 333 настоящего Федерального закона, а в отношении водных биоресурсов, общий допустимый улов которых не устанавливается, - на основании договоров, предусмотренных статьей 333 настоящего Федерального закона, за исключением случаев, установленных настоящим Федеральным законом. (В редакции федеральных законов от 15.10.2020 № 331-ФЗ, от 24.06.2025 № 165-ФЗ) (Дополнение статьей - Федеральный закон от 03.07.2016 № 349-ФЗ)</w:t>
      </w:r>
    </w:p>
    <w:p>
      <w:r>
        <w:rPr>
          <w:b/>
        </w:rPr>
        <w:t>Статья 20. Прибрежное рыболовство в морских водах и в районах действия международных договоров</w:t>
      </w:r>
    </w:p>
    <w:p>
      <w:r>
        <w:t>(Наименование в редакции Федерального закона от 03.07.2016 № 349-ФЗ)</w:t>
      </w:r>
    </w:p>
    <w:p>
      <w:r>
        <w:rPr>
          <w:b/>
        </w:rPr>
        <w:t xml:space="preserve">1. </w:t>
      </w:r>
      <w:r>
        <w:t>Прибрежное рыболовство в морских водах и в районах действия международных договоров осуществляется с учетом требований части 4 настоящей статьи юридическими лицами и индивидуальными предпринимателями, указанными в части 3 статьи 16 настоящего Федерального закона, с использованием или без использования судов рыбопромыслового флота. (В редакции Федерального закона от 03.07.2016 № 349-ФЗ)</w:t>
      </w:r>
    </w:p>
    <w:p>
      <w:r>
        <w:rPr>
          <w:b/>
        </w:rPr>
        <w:t xml:space="preserve">2. </w:t>
      </w:r>
      <w:r>
        <w:t>Прибрежное рыболовство осуществляется в отношении видов водных биоресурсов, общий допустимый улов которых устанавливается. Такие водные биоресурсы предоставляются в пользование на основании договоров, предусмотренных статьей 331 настоящего Федерального закона, за исключением случаев, установленных частью 3 настоящей статьи. (В редакции Федерального закона от 03.07.2016 № 349-ФЗ)</w:t>
      </w:r>
    </w:p>
    <w:p>
      <w:r>
        <w:rPr>
          <w:b/>
        </w:rPr>
        <w:t xml:space="preserve">3. </w:t>
      </w:r>
      <w:r>
        <w:t>Для осуществления прибрежного рыболовства в отношении видов водных биоресурсов, общий допустимый улов которых устанавливается и распределяется применительно к квотам добычи (вылова) водных биоресурсов, указанным в пунктах 11 и 13 части 1 статьи 30 настоящего Федерального закона, такие водные биоресурсы предоставляются в пользование на основании договоров, предусмотренных статьей 337 настоящего Федерального закона. (В редакции федеральных законов от 03.07.2016 № 349-ФЗ, от 29.12.2022 № 644-ФЗ)</w:t>
      </w:r>
    </w:p>
    <w:p>
      <w:r>
        <w:rPr>
          <w:b/>
        </w:rPr>
        <w:t xml:space="preserve">31. </w:t>
      </w:r>
      <w:r>
        <w:t>Для осуществления прибрежного рыболовства в морских водах в отношении видов водных биоресурсов, общий допустимый улов которых устанавливается и распределяется применительно к квотам добычи (вылова) водных биоресурсов, указанным в пунктах 12 и 14 части 1 статьи 30 настоящего Федерального закона, такие водные биоресурсы предоставляются в пользование на основании договоров, предусмотренных статьей 338 настоящего Федерального закона, заключенных по результатам аукционов, проводимых в соответствии со статьей 381 настоящего Федерального закона. (Дополнение частью - Федеральный закон от 01.05.2019 № 86-ФЗ) (В редакции Федерального закона от 29.12.2022 № 644-ФЗ)</w:t>
      </w:r>
    </w:p>
    <w:p>
      <w:r>
        <w:rPr>
          <w:b/>
        </w:rPr>
        <w:t xml:space="preserve">4. </w:t>
      </w:r>
      <w:r>
        <w:t>Прибрежное рыболовство в морских водах осуществляется в границах рыбохозяйственного бассейна юридическими лицами или индивидуальными предпринимателями, зарегистрированными в любом прибрежном субъекте Российской Федерации, к территории которого прилегают внутренние морские воды Российской Федерации и (или) территориальное море Российской Федерации, включенные в такой рыбохозяйственный бассейн, а в районах действия международных договоров - юридическими лицами или индивидуальными предпринимателями, зарегистрированными в любом прибрежном субъекте Российской Федерации, к территории которого прилегают внутренние морские воды Российской Федерации и (или) территориальное море Российской Федерации. (Дополнение частью - Федеральный закон от 03.07.2016 № 349-ФЗ) (В редакции Федерального закона от 15.10.2020 № 331-ФЗ)</w:t>
      </w:r>
    </w:p>
    <w:p>
      <w:r>
        <w:rPr>
          <w:b/>
        </w:rPr>
        <w:t xml:space="preserve">5. </w:t>
      </w:r>
      <w:r>
        <w:t>Уловы водных биоресурсов, добытых (выловленных) при осуществлении прибрежного рыболовства, в живом, свежем или охлажденном виде, живая, свежая или охлажденная рыбная продукция, произведенная на судах рыбопромыслового флота, подлежат транспортировке, хранению и выгрузке в морские порты Российской Федерации и иные места выгрузки, определяемые органами государственной власти прибрежных субъектов Российской Федерации на территориях таких субъектов, в порядке, установленном Правительством Российской Федерации, в целях производства рыбной продукции на производственных объектах, предназначенных для производства рыбной продукции на территории прибрежного субъекта Российской Федерации, и (или) продажи на территории Российской Федерации в соответствии с законодательством об основах государственного регулирования торговой деятельности в Российской Федерации. (Дополнение частью - Федеральный закон от 03.07.2016 № 349-ФЗ) (В редакции федеральных законов от 02.07.2021 № 338-ФЗ, от 29.12.2022 № 644-ФЗ)</w:t>
      </w:r>
    </w:p>
    <w:p>
      <w:r>
        <w:rPr>
          <w:b/>
        </w:rPr>
        <w:t xml:space="preserve">6. </w:t>
      </w:r>
      <w:r>
        <w:t>При осуществлении прибрежного рыболовства на судах рыбопромыслового флота допускается производство живой, свежей и охлажденной рыбной продукции, виды которой определяются Правительством Российской Федерации в соответствии с Общероссийским классификатором продукции по видам экономической деятельности. (Дополнение частью - Федеральный закон от 02.07.2021 № 338-ФЗ) (Статья в редакции Федерального закона от 06.12.2007 № 333-ФЗ)</w:t>
      </w:r>
    </w:p>
    <w:p>
      <w:r>
        <w:rPr>
          <w:b/>
        </w:rPr>
        <w:t>Статья 21. Рыболовство в научно-исследовательских и контрольных целях</w:t>
      </w:r>
    </w:p>
    <w:p>
      <w:r>
        <w:rPr>
          <w:b/>
        </w:rPr>
        <w:t xml:space="preserve">1. </w:t>
      </w:r>
      <w:r>
        <w:t>Для изучения и сохранения водных биоресурсов, а также среды их обитания осуществляется рыболовство в научно-исследовательских и контрольных целях. (В редакции Федерального закона от 03.12.2008 № 250-ФЗ)</w:t>
      </w:r>
    </w:p>
    <w:p>
      <w:r>
        <w:rPr>
          <w:b/>
        </w:rPr>
        <w:t xml:space="preserve">2. </w:t>
      </w:r>
      <w:r>
        <w:t>Рыболовство в научно-исследовательских и контрольных целях осуществляется научными организациями на основании ежегодных планов проведения морских ресурсных исследований водных биоресурсов, решений о предоставлении водных биоресурсов в пользование, а также выданных указанным организациям в соответствии с Федеральным законом от 17 декабря 1998 года № 191-ФЗ "Об исключительной экономической зоне Российской Федерации" разрешений на добычу (вылов) водных биоресурсов и разрешений на проведение морских ресурсных исследований водных биоресурсов. (В редакции Федерального закона от 28.12.2010 № 420-ФЗ)</w:t>
      </w:r>
    </w:p>
    <w:p>
      <w:r>
        <w:rPr>
          <w:b/>
        </w:rPr>
        <w:t xml:space="preserve">3. </w:t>
      </w:r>
      <w:r>
        <w:t>Добыча (вылов) водных биоресурсов при осуществлении рыболовства в научно-исследовательских и контрольных целях осуществляется в объеме, необходимом для проведения научных исследований, в соответствии с ежегодными планами проведения ресурсных исследований водных биоресурсов. (В редакции федеральных законов от 03.12.2008 № 250-ФЗ; от 28.12.2010 № 420-ФЗ)</w:t>
      </w:r>
    </w:p>
    <w:p>
      <w:r>
        <w:rPr>
          <w:b/>
        </w:rPr>
        <w:t xml:space="preserve">31. </w:t>
      </w:r>
      <w:r>
        <w:t>Добытые (выловленные) при осуществлении рыболовства в научно-исследовательских и контрольных целях водные биоресурсы используются только для проведения работ в указанных целях. Такие водные биоресурсы подлежат возвращению в среду обитания после проведения этих работ. В случае, если физическое состояние таких водных биоресурсов не позволяет возвратить их в среду обитания, они подлежат уничтожению. (Дополнение частью - Федеральный закон от 03.12.2008 № 250-ФЗ)</w:t>
      </w:r>
    </w:p>
    <w:p>
      <w:r>
        <w:rPr>
          <w:b/>
        </w:rPr>
        <w:t xml:space="preserve">32. </w:t>
      </w:r>
      <w:r>
        <w:t>На судах, используемых для осуществления рыболовства в научно-исследовательских и контрольных целях, производство рыбной продукции запрещается. (Дополнение частью - Федеральный закон от 03.12.2008 № 250-ФЗ) (В редакции Федерального закона от 02.07.2021 № 338-ФЗ)</w:t>
      </w:r>
    </w:p>
    <w:p>
      <w:r>
        <w:rPr>
          <w:b/>
        </w:rPr>
        <w:t xml:space="preserve">4. </w:t>
      </w:r>
      <w:r>
        <w:t>Порядок рыболовства в научно-исследовательских и контрольных целях устанавливается Правительством Российской Федерации. (Дополнение частью - Федеральный закон от 06.12.2007 № 333-ФЗ)</w:t>
      </w:r>
    </w:p>
    <w:p>
      <w:r>
        <w:rPr>
          <w:b/>
        </w:rPr>
        <w:t>Статья 22. Рыболовство в учебных и культурно-просветительских целях</w:t>
      </w:r>
    </w:p>
    <w:p>
      <w:r>
        <w:rPr>
          <w:b/>
        </w:rPr>
        <w:t xml:space="preserve">1. </w:t>
      </w:r>
      <w:r>
        <w:t>Для обеспечения образовательной деятельности и культурной деятельности осуществляется рыболовство в учебных и культурно-просветительских целях</w:t>
      </w:r>
    </w:p>
    <w:p>
      <w:r>
        <w:rPr>
          <w:b/>
        </w:rPr>
        <w:t xml:space="preserve">2. </w:t>
      </w:r>
      <w:r>
        <w:t>Рыболовство в учебных и культурно-просветительских целях осуществляется образовательными и научными организациями или организациями культуры на основании учебных планов или планов культурно-просветительской деятельности. (В редакции Федерального закона от 30.04.2021 № 117-ФЗ)</w:t>
      </w:r>
    </w:p>
    <w:p>
      <w:r>
        <w:rPr>
          <w:b/>
        </w:rPr>
        <w:t xml:space="preserve">3. </w:t>
      </w:r>
      <w:r>
        <w:t>Добыча (вылов) водных биоресурсов при осуществлении рыболовства в учебных и культурно-просветительских целях осуществляется в объеме, необходимом для обеспечения образовательной деятельности или культурной деятельности в соответствии с учебными планами или планами культурно-просветительской деятельности</w:t>
      </w:r>
    </w:p>
    <w:p>
      <w:r>
        <w:rPr>
          <w:b/>
        </w:rPr>
        <w:t xml:space="preserve">4. </w:t>
      </w:r>
      <w:r>
        <w:t>Добытые (выловленные) при осуществлении рыболовства в учебных и культурно-просветительских целях водные биоресурсы используются в учебном процессе образовательными и научными организациями, а также при осуществлении организациями культуры культурно-просветительской деятельности. (В редакции федеральных законов от 30.04.2021 № 117-ФЗ, от 10.07.2023 № 314-ФЗ)</w:t>
      </w:r>
    </w:p>
    <w:p>
      <w:r>
        <w:rPr>
          <w:b/>
        </w:rPr>
        <w:t xml:space="preserve">5. </w:t>
      </w:r>
      <w:r>
        <w:t>Порядок осуществления рыболовства в учебных и культурно-просветительских целях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рыбного хозяйства. (В редакции Федерального закона от 29.05.2024 № 101-ФЗ) (Статья в редакции Федерального закона от 28.12.2010 № 420-ФЗ)</w:t>
      </w:r>
    </w:p>
    <w:p>
      <w:r>
        <w:rPr>
          <w:b/>
        </w:rPr>
        <w:t>Статья 23. Рыболовство в целях аквакультуры (рыбоводства)</w:t>
      </w:r>
    </w:p>
    <w:p>
      <w:r>
        <w:rPr>
          <w:b/>
        </w:rPr>
        <w:t xml:space="preserve">1. </w:t>
      </w:r>
      <w:r>
        <w:t>Для сохранения водных биоресурсов и обеспечения деятельности рыбоводных хозяйств осуществляется рыболовство в целях аквакультуры (рыбоводства)</w:t>
      </w:r>
    </w:p>
    <w:p>
      <w:r>
        <w:rPr>
          <w:b/>
        </w:rPr>
        <w:t xml:space="preserve">2. </w:t>
      </w:r>
      <w:r>
        <w:t>Рыболовство в целях аквакультуры (рыбоводства) осуществляется юридическими лицами и индивидуальными предпринимателями на основании решений о предоставлении водных биоресурсов в пользование, которые принимаются в соответствии со статьей 332 настоящего Федерального закона</w:t>
      </w:r>
    </w:p>
    <w:p>
      <w:r>
        <w:rPr>
          <w:b/>
        </w:rPr>
        <w:t xml:space="preserve">3. </w:t>
      </w:r>
      <w:r>
        <w:t>Добыча (вылов) водных биоресурсов при осуществлении рыболовства в целях аквакультуры (рыбоводства) осуществляется в объеме, необходимом для обеспечения деятельности, указанной в части 1 настоящей статьи, в соответствии с методикой, утвержденной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рыбного хозяйства. (В редакции Федерального закона от 29.05.2024 № 101-ФЗ)</w:t>
      </w:r>
    </w:p>
    <w:p>
      <w:r>
        <w:rPr>
          <w:b/>
        </w:rPr>
        <w:t xml:space="preserve">4. </w:t>
      </w:r>
      <w:r>
        <w:t>Порядок осуществления рыболовства в целях аквакультуры (рыбоводства)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рыбного хозяйства. (В редакции Федерального закона от 29.05.2024 № 101-ФЗ) (Статья в редакции Федерального закона от 02.07.2013 № 148-ФЗ)</w:t>
      </w:r>
    </w:p>
    <w:p>
      <w:r>
        <w:rPr>
          <w:b/>
        </w:rPr>
        <w:t>Статья 24. Любительское рыболовство</w:t>
      </w:r>
    </w:p>
    <w:p>
      <w:r>
        <w:t>К отношениям в области любительского рыболовства, не урегулированным настоящим Федеральным законом, применяются Федеральный закон "О любительском рыболовстве и о внесении изменений в отдельные законодательные акты Российской Федерации" и принятые в соответствии с ним нормативные правовые акты Российской Федерации. (Статья в редакции Федерального закона от 25.12.2018 № 475-ФЗ)</w:t>
      </w:r>
    </w:p>
    <w:p>
      <w:r>
        <w:rPr>
          <w:b/>
        </w:rPr>
        <w:t>Статья 25. Рыболовство в целях обеспечения традиционного образа жизни и осуществления традиционной хозяйственной деятельности коренных малочисленных народов Севера, Сибири и Дальнего Востока Российской Федерации</w:t>
      </w:r>
    </w:p>
    <w:p>
      <w:r>
        <w:rPr>
          <w:b/>
        </w:rPr>
        <w:t xml:space="preserve">1. </w:t>
      </w:r>
      <w:r>
        <w:t>Рыболовство в целях обеспечения традиционного образа жизни и осуществления традиционной хозяйственной деятельности коренных малочисленных народов Севера, Сибири и Дальнего Востока Российской Федерации осуществляется лицами, относящимися к указанным народам, и их общинами с предоставлением рыболовного участка или без его предоставления. (В редакции федеральных законов от 06.12.2007 № 333-ФЗ; от 03.07.2016 № 349-ФЗ)</w:t>
      </w:r>
    </w:p>
    <w:p>
      <w:r>
        <w:rPr>
          <w:b/>
        </w:rPr>
        <w:t xml:space="preserve">2. </w:t>
      </w:r>
      <w:r>
        <w:t>Рыболовство в целях обеспечения традиционного образа жизни и осуществления традиционной хозяйственной деятельности коренных малочисленных народов Севера, Сибири и Дальнего Востока Российской Федерации без предоставления рыболовного участка осуществляется без разрешения на добычу (вылов) водных биоресурсов, за исключением добычи (вылова) редких и находящихся под угрозой исчезновения видов водных биоресурсов. (В редакции федеральных законов от 06.12.2007 № 333-ФЗ; от 03.07.2016 № 349-ФЗ)</w:t>
      </w:r>
    </w:p>
    <w:p>
      <w:r>
        <w:rPr>
          <w:b/>
        </w:rPr>
        <w:t xml:space="preserve">3. </w:t>
      </w:r>
      <w:r>
        <w:t>Порядок рыболовства в целях обеспечения традиционного образа жизни и осуществления традиционной хозяйственной деятельности коренных малочисленных народов Севера, Сибири и Дальнего Востока Российской Федерации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рыбного хозяйства. (Дополнение частью - Федеральный закон от 06.12.2007 № 333-ФЗ) (В редакции федеральных законов от 03.12.2008 № 250-ФЗ, от 29.05.2024 № 101-ФЗ)</w:t>
      </w:r>
    </w:p>
    <w:p>
      <w:r>
        <w:rPr>
          <w:b/>
        </w:rPr>
        <w:t xml:space="preserve">4. </w:t>
      </w:r>
      <w:r>
        <w:t>При осуществлении рыболовства в целях обеспечения ведения традиционного образа жизни и осуществления традиционной хозяйственной деятельности коренных малочисленных народов Севера, Сибири и Дальнего Востока Российской Федерации с предоставлением рыболовного участка ведется рыболовный журнал в соответствии со статьей 251 настоящего Федерального закона. (Дополнение частью - Федеральный закон от 28.06.2022 № 229-ФЗ)</w:t>
      </w:r>
    </w:p>
    <w:p>
      <w:r>
        <w:rPr>
          <w:b/>
        </w:rPr>
        <w:t>Статья 251. Рыболовный журнал</w:t>
      </w:r>
    </w:p>
    <w:p>
      <w:r>
        <w:rPr>
          <w:b/>
        </w:rPr>
        <w:t xml:space="preserve">1. </w:t>
      </w:r>
      <w:r>
        <w:t>Рыболовный журнал является документом, содержащим информацию о добыче (вылове) водных биоресурсов, о судне, используемом для осуществления рыболовства, об орудиях добычи (вылова) водных биоресурсов, используемых при осуществлении рыболовства, о производстве на судне рыбной продукции, о приемке, перегрузке, транспортировке, хранении и выгрузке уловов водных биоресурсов, рыбной продукции</w:t>
      </w:r>
    </w:p>
    <w:p>
      <w:r>
        <w:rPr>
          <w:b/>
        </w:rPr>
        <w:t xml:space="preserve">2. </w:t>
      </w:r>
      <w:r>
        <w:t>Рыболовный журнал обязаны вести лица, осуществляющие промышленное рыболовство, прибрежное рыболовство, рыболовство в научно-исследовательских и контрольных целях, рыболовство в учебных и культурно-просветительских целях, рыболовство в целях аквакультуры (рыбоводства). Рыболовный журнал также ведется лицами, осуществляющими рыболовство в целях обеспечения ведения традиционного образа жизни и осуществления традиционной хозяйственной деятельности коренных малочисленных народов Севера, Сибири и Дальнего Востока Российской Федерации с использованием рыболовных участков, и лицами, осуществляющими организацию любительского рыболовства с использованием рыболовных участков</w:t>
      </w:r>
    </w:p>
    <w:p>
      <w:r>
        <w:rPr>
          <w:b/>
        </w:rPr>
        <w:t xml:space="preserve">3. </w:t>
      </w:r>
      <w:r>
        <w:t>Рыболовный журнал должен находиться на каждом судне, используемом для осуществления рыболовства, у лица, осуществляющего рыболовство без использования судов, а в случае организации любительского рыболовства с использованием рыболовного участка - у лица, осуществляющего организацию любительского рыболовства</w:t>
      </w:r>
    </w:p>
    <w:p>
      <w:r>
        <w:rPr>
          <w:b/>
        </w:rPr>
        <w:t xml:space="preserve">4. </w:t>
      </w:r>
      <w:r>
        <w:t>Лицами, указанными в части 2 настоящей статьи, должен быть обеспечен доступ должностным лицам федеральных органов исполнительной власти, осуществляющих федеральный государственный контроль (надзор) в области рыболовства и сохранения водных биоресурсов, к рыболовному журналу</w:t>
      </w:r>
    </w:p>
    <w:p>
      <w:r>
        <w:rPr>
          <w:b/>
        </w:rPr>
        <w:t xml:space="preserve">5. </w:t>
      </w:r>
      <w:r>
        <w:t>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рыбного хозяйства, устанавливаются требования к содержанию и формам рыболовного журнала, порядок его ведения, а также порядок передачи данных рыболовного журнала, ведение которого осуществляется в форме электронного документа, в федеральный орган исполнительной власти в области рыболовства. (В редакции Федерального закона от 29.05.2024 № 101-ФЗ)</w:t>
      </w:r>
    </w:p>
    <w:p>
      <w:r>
        <w:rPr>
          <w:b/>
        </w:rPr>
        <w:t xml:space="preserve">6. </w:t>
      </w:r>
      <w:r>
        <w:t>Лица, осуществляющие рыболовство с использованием судов, которые оснащены в обязательном порядке техническими средствами контроля, предусмотренными статьей 434 настоящего Федерального закона, ведут рыболовный журнал в форме электронного документа, подписанного усиленной квалифицированной электронной подписью капитана судна (судоводителя) или лица, его замещающего</w:t>
      </w:r>
    </w:p>
    <w:p>
      <w:r>
        <w:rPr>
          <w:b/>
        </w:rPr>
        <w:t xml:space="preserve">7. </w:t>
      </w:r>
      <w:r>
        <w:t>Лица, осуществляющие рыболовство с использованием судов, не указанных в части 6 настоящей статьи, лица, осуществляющие рыболовство без использования судов, а также лица, осуществляющие организацию любительского рыболовства, могут вести рыболовный журнал в форме документа на бумажном носителе или в форме электронного документа, подписанного усиленной квалифицированной электронной подписью капитана судна (судоводителя), лица, его замещающего, лица, осуществляющего добычу (вылов) водных биоресурсов без использования судна, или лица, осуществляющего организацию любительского рыболовства. (Дополнение статьей - Федеральный закон от 28.06.2022 № 229-ФЗ)</w:t>
      </w:r>
    </w:p>
    <w:p>
      <w:r>
        <w:rPr>
          <w:b/>
        </w:rPr>
        <w:t>Статья 26. Ограничения рыболовства</w:t>
      </w:r>
    </w:p>
    <w:p>
      <w:r>
        <w:rPr>
          <w:b/>
        </w:rPr>
        <w:t xml:space="preserve">1. </w:t>
      </w:r>
      <w:r>
        <w:t>В целях обеспечения сохранения водных биоресурсов и их рационального использования могут устанавливаться следующие ограничения рыболовства</w:t>
      </w:r>
    </w:p>
    <w:p>
      <w:r>
        <w:rPr>
          <w:b/>
        </w:rPr>
        <w:t xml:space="preserve">2. </w:t>
      </w:r>
      <w:r>
        <w:t>Ограничения рыболовства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рыбного хозяйства. (В редакции федеральных законов от 06.12.2007 № 333-ФЗ, от 03.12.2008 № 250-ФЗ, от 29.05.2024 № 101-ФЗ)</w:t>
      </w:r>
    </w:p>
    <w:p>
      <w:r>
        <w:rPr>
          <w:b/>
        </w:rPr>
        <w:t xml:space="preserve">3. </w:t>
      </w:r>
      <w:r>
        <w:t>(Часть утратила силу - Федеральный закон от 06.12.2007 № 333-ФЗ)</w:t>
      </w:r>
    </w:p>
    <w:p>
      <w:r>
        <w:rPr>
          <w:b/>
        </w:rPr>
        <w:t xml:space="preserve">4. </w:t>
      </w:r>
      <w:r>
        <w:t>В целях сохранения водных биоресурсов и среды их обитания запрещается ввоз на территорию Российской Федерации рыболовных сетей из синтетических материалов, электроловильных систем. (Дополнение частью - Федеральный закон от 03.12.2008 № 250-ФЗ)</w:t>
      </w:r>
    </w:p>
    <w:p>
      <w:r>
        <w:rPr>
          <w:b/>
        </w:rPr>
        <w:t xml:space="preserve">5. </w:t>
      </w:r>
      <w:r>
        <w:t>При обнаружении указанных в части 4 настоящей статьи орудий добычи (вылова) водных биоресурсов таможенные органы Российской Федерации осуществляют их изъятие в соответствии с законодательством Российской Федерации. (Дополнение частью - Федеральный закон от 03.12.2008 № 250-ФЗ)</w:t>
      </w:r>
    </w:p>
    <w:p>
      <w:r>
        <w:rPr>
          <w:b/>
        </w:rPr>
        <w:t xml:space="preserve">6. </w:t>
      </w:r>
      <w:r>
        <w:t>Перечень указанных в части 4 настоящей статьи орудий добычи (вылова) водных биоресурсов и порядок их уничтожения устанавливаются Правительством Российской Федерации. (Дополнение частью - Федеральный закон от 03.12.2008 № 250-ФЗ)</w:t>
      </w:r>
    </w:p>
    <w:p>
      <w:r>
        <w:rPr>
          <w:b/>
        </w:rPr>
        <w:t xml:space="preserve">7. </w:t>
      </w:r>
      <w:r>
        <w:t>Запрещается осуществление</w:t>
      </w:r>
    </w:p>
    <w:p>
      <w:r>
        <w:rPr>
          <w:b/>
        </w:rPr>
        <w:t xml:space="preserve">1. </w:t>
      </w:r>
      <w:r>
        <w:t>запрет рыболовства в определенных районах и в отношении отдельных видов водных биоресурсов; (В редакции Федерального закона от 06.12.2007 № 333-ФЗ) 2) закрытие рыболовства в определенных районах и в отношении отдельных видов водных биоресурсов; (В редакции Федерального закона от 06.12.2007 № 333-ФЗ) 3) минимальные размер и вес добываемых (вылавливаемых) водных биоресурсов</w:t>
      </w:r>
    </w:p>
    <w:p>
      <w:r>
        <w:rPr>
          <w:b/>
        </w:rPr>
        <w:t xml:space="preserve">1. </w:t>
      </w:r>
      <w:r>
        <w:t>виды и количество разрешаемых орудий и способов добычи (вылова) водных биоресурсов; (В редакции Федерального закона от 06.12.2007 № 333-ФЗ) 5) размер ячеи орудий добычи (вылова) водных биоресурсов, размер и конструкция орудий добычи (вылова) водных биоресурсов; (В редакции Федерального закона от 03.12.2008 № 250-ФЗ) 6) (Пункт утратил силу - Федеральный закон от 03.12.2008 № 250-ФЗ) 7) распределение районов добычи (вылова) водных биоресурсов (район, подрайон, промысловая зона, промысловая подзона) между группами судов, различающихся по орудиям добычи (вылова) водных биоресурсов, типам и размерам; (В редакции Федерального закона от 06.12.2007 № 333-ФЗ) 8) периоды добычи (вылова) водных биоресурсов для групп судов, различающихся орудиями добычи (вылова) водных биоресурсов, типами (мощностью) и размерами; (В редакции Федерального закона от 06.12.2007 № 333-ФЗ) 9) количество и типы (мощность) судов, которые могут осуществлять промышленное рыболовство и прибрежное рыболовство одновременно в одном районе добычи (вылова) водных биоресурсов; (В редакции федеральных законов от 06.12.2007 № 333-ФЗ; от 03.12.2008 № 250-ФЗ) 10) минимальный объем добычи (вылова) водных биоресурсов на одно судно; (В редакции Федерального закона от 06.12.2007 № 333-ФЗ) 11) время выхода в море судов для осуществления промышленного рыболовства и прибрежного рыболовства; (В редакции федеральных законов от 06.12.2007 № 333-ФЗ; от 03.12.2008 № 250-ФЗ) 12) периоды рыболовства в водных объектах рыбохозяйственного значения</w:t>
      </w:r>
    </w:p>
    <w:p>
      <w:r>
        <w:rPr>
          <w:b/>
        </w:rPr>
        <w:t xml:space="preserve">1. </w:t>
      </w:r>
      <w:r>
        <w:t>иные установленные в соответствии с федеральными законами ограничения рыболовства</w:t>
      </w:r>
    </w:p>
    <w:p>
      <w:r>
        <w:rPr>
          <w:b/>
        </w:rPr>
        <w:t xml:space="preserve">7. </w:t>
      </w:r>
      <w:r>
        <w:t>промышленного рыболовства и прибрежного рыболовства в отношении китообразных</w:t>
      </w:r>
    </w:p>
    <w:p>
      <w:r>
        <w:rPr>
          <w:b/>
        </w:rPr>
        <w:t xml:space="preserve">7. </w:t>
      </w:r>
      <w:r>
        <w:t>рыболовства в учебных и культурно-просветительских целях в отношении морских млекопитающих, за исключением случаев добычи (вылова) морских млекопитающих, предусмотренных статьей 295 настоящего Федерального закона. (Дополнение частью - Федеральный закон от 30.12.2021 № 486-ФЗ) (В редакции Федерального закона от 10.07.2023 № 314-ФЗ)</w:t>
      </w:r>
    </w:p>
    <w:p>
      <w:r>
        <w:rPr>
          <w:b/>
        </w:rPr>
        <w:t>Статья 261. Приостановление рыболовства</w:t>
      </w:r>
    </w:p>
    <w:p>
      <w:r>
        <w:rPr>
          <w:b/>
        </w:rPr>
        <w:t xml:space="preserve">1. </w:t>
      </w:r>
      <w:r>
        <w:t>Приостановление рыболовства может быть осуществлено в случаях, предусмотренных федеральными законами</w:t>
      </w:r>
    </w:p>
    <w:p>
      <w:r>
        <w:rPr>
          <w:b/>
        </w:rPr>
        <w:t xml:space="preserve">2. </w:t>
      </w:r>
      <w:r>
        <w:t>Приостановление рыболовства в случаях, предусмотренных Кодексом Российской Федерации об административных правонарушениях, осуществляется в судебном порядке. В иных случаях приостановление рыболовства осуществляется федеральным органом исполнительной власти в области рыболовства. (В редакции Федерального закона от 03.12.2008 № 250-ФЗ) (Дополнение статьей - Федеральный закон от 06.12.2007 № 333-ФЗ)</w:t>
      </w:r>
    </w:p>
    <w:p>
      <w:r>
        <w:rPr>
          <w:b/>
        </w:rPr>
        <w:t>Статья 27. Ограничение добычи (вылова) редких и находящихся под угрозой исчезновения видов водных биоресурсов</w:t>
      </w:r>
    </w:p>
    <w:p>
      <w:r>
        <w:rPr>
          <w:b/>
        </w:rPr>
        <w:t xml:space="preserve">1. </w:t>
      </w:r>
      <w:r>
        <w:t>В целях сохранения занесенных в Красную книгу Российской Федерации и (или) Красную книгу субъекта Российской Федерации редких и находящихся под угрозой исчезновения видов водных биоресурсов добыча (вылов) таких видов водных биоресурсов запрещена, за исключением случаев, предусмотренных частью 2 настоящей статьи. (В редакции Федерального закона от 28.12.2010 № 420-ФЗ)</w:t>
      </w:r>
    </w:p>
    <w:p>
      <w:r>
        <w:rPr>
          <w:b/>
        </w:rPr>
        <w:t xml:space="preserve">2. </w:t>
      </w:r>
      <w:r>
        <w:t>В исключительных случаях добыча (вылов) редких и находящихся под угрозой исчезновения видов водных биоресурсов допускается в порядке, предусмотренном Правительством Российской Федерации. (В редакции Федерального закона от 06.12.2007 № 333-ФЗ)</w:t>
      </w:r>
    </w:p>
    <w:p>
      <w:r>
        <w:rPr>
          <w:b/>
        </w:rPr>
        <w:t>Статья 28. Общий допустимый улов водных биоресурсов</w:t>
      </w:r>
    </w:p>
    <w:p>
      <w:r>
        <w:rPr>
          <w:b/>
        </w:rPr>
        <w:t xml:space="preserve">1. </w:t>
      </w:r>
      <w:r>
        <w:t>Общий допустимый улов водных биоресурсов и перечень видов водных биоресурсов, в отношении которых устанавливается общий допустимый улов водных биоресурсов,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рыбного хозяйства, для каждого рыбохозяйственного бассейна</w:t>
      </w:r>
    </w:p>
    <w:p>
      <w:r>
        <w:rPr>
          <w:b/>
        </w:rPr>
        <w:t xml:space="preserve">2. </w:t>
      </w:r>
      <w:r>
        <w:t>Общий допустимый улов водных биоресурсов в целях установления квоты добычи (вылова) водных биоресурсов, предоставляемой Российской Федерации, определяется из объема добычи (вылова), установленного в соответствии с международными договорами Российской Федерации, применительно к видам водных биоресурсов, определенным перечнем видов водных биоресурсов, утверждаемым федеральным органом исполнительной власти в области рыболовства</w:t>
      </w:r>
    </w:p>
    <w:p>
      <w:r>
        <w:rPr>
          <w:b/>
        </w:rPr>
        <w:t xml:space="preserve">3. </w:t>
      </w:r>
      <w:r>
        <w:t>Порядок определения и утверждения общего допустимого улова водных биоресурсов и его изменения устанавливается Правительством Российской Федерации</w:t>
      </w:r>
    </w:p>
    <w:p>
      <w:r>
        <w:rPr>
          <w:b/>
        </w:rPr>
        <w:t xml:space="preserve">4. </w:t>
      </w:r>
      <w:r>
        <w:t>Включение видов водных биоресурсов в перечень видов водных биоресурсов, предусмотренный частью 1 настоящей статьи, или исключение видов водных биоресурсов из указанного перечня осуществляется в порядке, утвержденном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рыбного хозяйства. (Статья в редакции Федерального закона от 29.05.2024 № 101-ФЗ)</w:t>
      </w:r>
    </w:p>
    <w:p>
      <w:r>
        <w:rPr>
          <w:b/>
        </w:rPr>
        <w:t>Статья 29. Добыча (вылов) видов водных биоресурсов, в отношении которых ранее не осуществлялись промышленное рыболовство и (или) прибрежное рыболовство, или водных биоресурсов в новых районах их добычи (вылова)</w:t>
      </w:r>
    </w:p>
    <w:p>
      <w:r>
        <w:t>(Наименование в редакции Федерального закона от 28.12.2010 № 420-ФЗ)</w:t>
      </w:r>
    </w:p>
    <w:p>
      <w:r>
        <w:rPr>
          <w:b/>
        </w:rPr>
        <w:t xml:space="preserve">1. </w:t>
      </w:r>
      <w:r>
        <w:t>Для добычи (вылова) водных биоресурсов, в отношении которых ранее не осуществлялись промышленное рыболовство и (или) прибрежное рыболовство, или водных биоресурсов в новых районах их добычи (вылова) проводятся научные исследования. Добыча (вылов) водных биоресурсов при проведении научных исследований осуществляется в объеме, необходимом для проведения таких исследований в соответствии с ежегодным планом проведения ресурсных исследований водных биоресурсов. (В редакции федеральных законов от 03.12.2008 № 250-ФЗ; от 28.12.2010 № 420-ФЗ)</w:t>
      </w:r>
    </w:p>
    <w:p>
      <w:r>
        <w:rPr>
          <w:b/>
        </w:rPr>
        <w:t xml:space="preserve">2. </w:t>
      </w:r>
      <w:r>
        <w:t>Добыча (вылов) видов водных биоресурсов, в отношении которых ранее не осуществлялись промышленное рыболовство и (или) прибрежное рыболовство, или водных биоресурсов в новых районах их добычи (вылова) осуществляется юридическими лицами и индивидуальными предпринимателями, предусмотренными статьями 19 и 20 настоящего Федерального закона. (В редакции Федерального закона от 28.12.2010 № 420-ФЗ)</w:t>
      </w:r>
    </w:p>
    <w:p>
      <w:r>
        <w:rPr>
          <w:b/>
        </w:rPr>
        <w:t xml:space="preserve">3. </w:t>
      </w:r>
      <w:r>
        <w:t>Типы судов, орудия и способы добычи (вылова) водных биоресурсов для осуществления промышленного рыболовства и прибрежного рыболовства в целях, предусмотренных частью 1 настоящей статьи,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рыбного хозяйства. (В редакции федеральных законов от 03.12.2008 № 250-ФЗ, от 29.05.2024 № 101-ФЗ)</w:t>
      </w:r>
    </w:p>
    <w:p>
      <w:r>
        <w:rPr>
          <w:b/>
        </w:rPr>
        <w:t xml:space="preserve">4. </w:t>
      </w:r>
      <w:r>
        <w:t>По решению федерального органа исполнительной власти в области рыболовства продажа права на заключение договора о закреплении долей квоты добычи (вылова) водных биоресурсов, в отношении которых ранее не осуществлялись промышленное рыболовство и (или) прибрежное рыболовство или добыча (вылов) которых осуществляется в новых районах добычи (вылова) водных биоресурсов, или договора пользования указанными водными биоресурсами может осуществляться на аукционах. (В редакции федеральных законов от 03.12.2008 № 250-ФЗ; от 28.12.2010 № 420-ФЗ) (Статья в редакции Федерального закона от 06.12.2007 № 333-ФЗ)</w:t>
      </w:r>
    </w:p>
    <w:p>
      <w:r>
        <w:rPr>
          <w:b/>
        </w:rPr>
        <w:t>Статья 291. Добыча (вылов) анадромных видов рыб во внутренних водах Российской Федерации и в территориальном море Российской Федерации</w:t>
      </w:r>
    </w:p>
    <w:p>
      <w:r>
        <w:rPr>
          <w:b/>
        </w:rPr>
        <w:t xml:space="preserve">1. </w:t>
      </w:r>
      <w:r>
        <w:t>Добыча (вылов) во внутренних водах Российской Федерации и в территориальном море Российской Федерации анадромных видов рыб, перечень которых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рыбного хозяйства, осуществляется юридическими лицами или индивидуальными предпринимателями, указанными в части 3 статьи 16 настоящего Федерального закона, общинами коренных малочисленных народов Севера, Сибири и Дальнего Востока Российской Федерации на основании договора, предусмотренного статьей 333 настоящего Федерального закона, лицами, относящимися к коренным малочисленным народам Севера, Сибири и Дальнего Востока Российской Федерации, а также гражданами, осуществляющими любительское рыболовство. (В редакции Федерального закона от 29.05.2024 № 101-ФЗ)</w:t>
      </w:r>
    </w:p>
    <w:p>
      <w:r>
        <w:rPr>
          <w:b/>
        </w:rPr>
        <w:t xml:space="preserve">2. </w:t>
      </w:r>
      <w:r>
        <w:t>Добыча (вылов) анадромных видов рыб во внутренних водах Российской Федерации и в территориальном море Российской Федерации осуществляется лицами, указанными в части 1 настоящей статьи, в соответствии с решениями комиссии по регулированию добычи (вылова) анадромных видов рыб, указанной в части 7 настоящей статьи</w:t>
      </w:r>
    </w:p>
    <w:p>
      <w:r>
        <w:rPr>
          <w:b/>
        </w:rPr>
        <w:t xml:space="preserve">3. </w:t>
      </w:r>
      <w:r>
        <w:t>Добыча (вылов) анадромных видов рыб во внутренних водах Российской Федерации и в территориальном море Российской Федерации осуществляется юридическими лицами или индивидуальными предпринимателями, указанными в части 3 статьи 16 настоящего Федерального закона и осуществляющими промышленное рыболовство или организацию любительского рыболовства, при условии участия в социально-экономическом развитии субъекта Российской Федерации, в котором расположен и (или) к которому прилегает водный объект или его часть, в которых выделен рыболовный участок</w:t>
      </w:r>
    </w:p>
    <w:p>
      <w:r>
        <w:rPr>
          <w:b/>
        </w:rPr>
        <w:t xml:space="preserve">4. </w:t>
      </w:r>
      <w:r>
        <w:t>Участие в социально-экономическом развитии субъекта Российской Федерации оформляется соглашением об участии в социально-экономическом развитии субъекта Российской Федерации между лицом, указанным в части 3 настоящей статьи, и высшим должностным лицом субъекта Российской Федерации и должно предусматривать обязательства, направленные преимущественно на социально-экономическое развитие сельских территорий соответствующих субъектов Российской Федерации, примерный перечень которых определяется Правительством Российской Федерации</w:t>
      </w:r>
    </w:p>
    <w:p>
      <w:r>
        <w:rPr>
          <w:b/>
        </w:rPr>
        <w:t xml:space="preserve">5. </w:t>
      </w:r>
      <w:r>
        <w:t>Соглашение об участии в социально-экономическом развитии субъекта Российской Федерации заключается в течение шестидесяти дней после заключения с указанными в части 3 настоящей статьи лицами договора, предусмотренного статьей 333 настоящего Федерального закона, на срок действия такого договора</w:t>
      </w:r>
    </w:p>
    <w:p>
      <w:r>
        <w:rPr>
          <w:b/>
        </w:rPr>
        <w:t xml:space="preserve">6. </w:t>
      </w:r>
      <w:r>
        <w:t>Порядок подготовки и согласования проекта соглашения об участии в социально-экономическом развитии субъекта Российской Федерации и примерная форма такого соглашения определяются Правительством Российской Федерации</w:t>
      </w:r>
    </w:p>
    <w:p>
      <w:r>
        <w:rPr>
          <w:b/>
        </w:rPr>
        <w:t xml:space="preserve">7. </w:t>
      </w:r>
      <w:r>
        <w:t>Комиссия по регулированию добычи (вылова) анадромных видов рыб создается в субъекте Российской Федерации, и возглавляет указанную комиссию высшее должностное лицо субъекта Российской Федерации. В состав указанной комиссии входят представители федеральных органов исполнительной власти, в том числе федерального органа исполнительной власти в области обороны, федерального органа исполнительной власти в области обеспечения безопасности Российской Федерации, федерального органа исполнительной власти в области охраны окружающей среды, подведомственных федеральному органу исполнительной власти в области рыболовства федеральных государственных бюджетных учреждений, а также представители органов государственной власти субъектов Российской Федерации, общественных объединений, объединений юридических лиц (ассоциаций и союзов) и научных организаций</w:t>
      </w:r>
    </w:p>
    <w:p>
      <w:r>
        <w:rPr>
          <w:b/>
        </w:rPr>
        <w:t xml:space="preserve">8. </w:t>
      </w:r>
      <w:r>
        <w:t>Комиссией по регулированию добычи (вылова) анадромных видов рыб принимаются решения, которыми устанавливаются объем, сроки, места добычи (вылова) и иные условия добычи (вылова) анадромных видов рыб, а также согласовываются условия соглашения об участии в социально-экономическом развитии субъекта Российской Федерации, внесение изменений в такое соглашение</w:t>
      </w:r>
    </w:p>
    <w:p>
      <w:r>
        <w:rPr>
          <w:b/>
        </w:rPr>
        <w:t xml:space="preserve">9. </w:t>
      </w:r>
      <w:r>
        <w:t>Решения комиссии по регулированию добычи (вылова) анадромных видов рыб утверждаются федеральным органом исполнительной власти в области рыболовства</w:t>
      </w:r>
    </w:p>
    <w:p>
      <w:r>
        <w:rPr>
          <w:b/>
        </w:rPr>
        <w:t xml:space="preserve">10. </w:t>
      </w:r>
      <w:r>
        <w:t>Состав комиссии по регулированию добычи (вылова) анадромных видов рыб для каждого субъекта Российской Федерации и порядок ее деятельности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рыбного хозяйства. (В редакции Федерального закона от 29.05.2024 № 101-ФЗ) (Дополнение статьей - Федеральный закон от 06.12.2007 № 333-ФЗ) (В редакции Федерального закона от 24.07.2023 № 384-ФЗ)</w:t>
      </w:r>
    </w:p>
    <w:p>
      <w:r>
        <w:rPr>
          <w:b/>
        </w:rPr>
        <w:t>Статья 292. Прилов водных биоресурсов</w:t>
      </w:r>
    </w:p>
    <w:p>
      <w:r>
        <w:rPr>
          <w:b/>
        </w:rPr>
        <w:t xml:space="preserve">1. </w:t>
      </w:r>
      <w:r>
        <w:t>При осуществлении рыболовства в отношении определенных видов водных биоресурсов допускается добыча (вылов) иных видов водных биоресурсов в объеме, установленном федеральным органом исполнительной власти в области рыболовства (разрешенный прилов)</w:t>
      </w:r>
    </w:p>
    <w:p>
      <w:r>
        <w:rPr>
          <w:b/>
        </w:rPr>
        <w:t xml:space="preserve">2. </w:t>
      </w:r>
      <w:r>
        <w:t>Указанные в части 1 настоящей статьи виды водных биоресурсов подлежат возвращению в среду обитания в случаях, предусмотренных законодательством Российской Федерации. (Дополнение статьей - Федеральный закон от 03.12.2008 № 250-ФЗ)</w:t>
      </w:r>
    </w:p>
    <w:p>
      <w:r>
        <w:rPr>
          <w:b/>
        </w:rPr>
        <w:t>Статья 293. Добыча (вылов) водных биоресурсов, за исключением крабов, в инвестиционных целях</w:t>
      </w:r>
    </w:p>
    <w:p>
      <w:r>
        <w:rPr>
          <w:b/>
        </w:rPr>
        <w:t xml:space="preserve">1. </w:t>
      </w:r>
      <w:r>
        <w:t>Добыча (вылов) водных биоресурсов, в отношении которых выделена квота добычи (вылова) водных биоресурсов, предусмотренная пунктом 11 части 1 статьи 30 настоящего Федерального закона, осуществляется юридическими лицами или индивидуальными предпринимателями, которые указаны в части 3 статьи 16 настоящего Федерального закона и которым принадлежат на праве собственности или на основании договора финансовой аренды (договора лизинга) суда рыбопромыслового флота, построенные на российских судостроительных верфях, и (или) производственные объекты, предназначенные для производства рыбной продукции и построенные на территории Российской Федерации (далее - объекты инвестиций), в рамках реализации инвестиционных проектов по строительству объектов инвестиций (далее - инвестиционные проекты), отобранных в порядке, установленном частями 11 и 12 настоящей статьи, при условии введения в эксплуатацию и регистрации имущественных прав на объекты инвестиций в соответствии с законодательством Российской Федерации</w:t>
      </w:r>
    </w:p>
    <w:p>
      <w:r>
        <w:rPr>
          <w:b/>
        </w:rPr>
        <w:t xml:space="preserve">2. </w:t>
      </w:r>
      <w:r>
        <w:t>Добыча (вылов) водных биоресурсов, в отношении которых выделена квота добычи (вылова) водных биоресурсов, предусмотренная пунктом 13 части 1 статьи 30 настоящего Федерального закона, осуществляется юридическими лицами или индивидуальными предпринимателями, указанными в части 1 настоящей статьи и зарегистрированными в прибрежном субъекте Российской Федерации, относящемся к рыбохозяйственному бассейну, в котором выделена такая квота добычи (вылова) водных биоресурсов</w:t>
      </w:r>
    </w:p>
    <w:p>
      <w:r>
        <w:rPr>
          <w:b/>
        </w:rPr>
        <w:t xml:space="preserve">3. </w:t>
      </w:r>
      <w:r>
        <w:t>Квоты добычи (вылова) водных биоресурсов, предусмотренные пунктами 11 и 13 части 1 статьи 30 настоящего Федерального закона, выделяются в отношении отдельных видов водных биоресурсов в отдельных районах добычи (вылова) водных биоресурсов, определяемых в перечне, утверждаемом Правительством Российской Федерации применительно к каждому из указанных видов квот добычи (вылова) водных биоресурсов</w:t>
      </w:r>
    </w:p>
    <w:p>
      <w:r>
        <w:rPr>
          <w:b/>
        </w:rPr>
        <w:t xml:space="preserve">4. </w:t>
      </w:r>
      <w:r>
        <w:t>Размер квот добычи (вылова) водных биоресурсов, предусмотренных пунктами 11 и 13 части 1 статьи 30 настоящего Федерального закона, определяется от разности между общим допустимым уловом водных биоресурсов и суммой квот добычи (вылова) водных биоресурсов, предусмотренных пунктами 3 - 7 и 9 части 1 статьи 30 настоящего Федерального закона, следующим образом</w:t>
      </w:r>
    </w:p>
    <w:p>
      <w:r>
        <w:rPr>
          <w:b/>
        </w:rPr>
        <w:t xml:space="preserve">5. </w:t>
      </w:r>
      <w:r>
        <w:t>Максимальный размер части общего допустимого улова определенных видов водных биоресурсов в определенных районах добычи (вылова) водных биоресурсов, утвержденный применительно к квоте добычи (вылова) водных биоресурсов, указанной в пункте 11 части 1 статьи 30 настоящего Федерального закона, и распределяемый между лицами, которым принадлежат на праве собственности или на основании договора финансовой аренды (договора лизинга) производственные объекты, предназначенные для производства рыбной продукции, построенные на территории Российской Федерации и указанные в части 1 настоящей статьи, не должен превышать двадцать пять процентов такой квоты добычи (вылова) водных биоресурсов</w:t>
      </w:r>
    </w:p>
    <w:p>
      <w:r>
        <w:rPr>
          <w:b/>
        </w:rPr>
        <w:t xml:space="preserve">6. </w:t>
      </w:r>
      <w:r>
        <w:t>Максимальный размер части общего допустимого улова определенных видов водных биоресурсов в определенных районах добычи (вылова) водных биоресурсов, утвержденный применительно к квоте добычи (вылова) водных биоресурсов, указанной в пункте 13 части 1 статьи 30 настоящего Федерального закона, и распределяемый между лицами, которым принадлежат на праве собственности или на основании договора финансовой аренды (договора лизинга) производственные объекты, предназначенные для производства рыбной продукции, построенные на территории Российской Федерации и указанные в части 1 настоящей статьи, не должен превышать пятьдесят процентов такой квоты добычи (вылова) водных биоресурсов</w:t>
      </w:r>
    </w:p>
    <w:p>
      <w:r>
        <w:rPr>
          <w:b/>
        </w:rPr>
        <w:t xml:space="preserve">7. </w:t>
      </w:r>
      <w:r>
        <w:t>Добыча (вылов) водных биоресурсов, в отношении которых выделены квоты добычи (вылова) водных биоресурсов, предусмотренные пунктами 11 и 13 части 1 статьи 30 настоящего Федерального закона, осуществляется на основании договора, предусмотренного статьей 337 настоящего Федерального закона</w:t>
      </w:r>
    </w:p>
    <w:p>
      <w:r>
        <w:rPr>
          <w:b/>
        </w:rPr>
        <w:t xml:space="preserve">8. </w:t>
      </w:r>
      <w:r>
        <w:t>Право на заключение договора, предусмотренного статьей 337 настоящего Федерального закона, предоставляется лицам, указанным в части 3 статьи 16 настоящего Федерального закона, при условии обеспечения ими реализации инвестиционных проектов, отобранных в порядке, установленном частями 11 и 12 настоящей статьи, финансовым обеспечением или правами на добычу (вылов) водных биоресурсов, на основании которых распределен объем части общего допустимого улова водных биоресурсов, утвержденный применительно к соответствующим квотам и составляющий не менее пятидесяти процентов уловов водных биоресурсов, добываемых (вылавливаемых) при осуществлении промышленного рыболовства и (или) прибрежного рыболовства и необходимых для обеспечения объектов инвестиций</w:t>
      </w:r>
    </w:p>
    <w:p>
      <w:r>
        <w:rPr>
          <w:b/>
        </w:rPr>
        <w:t xml:space="preserve">9. </w:t>
      </w:r>
      <w:r>
        <w:t>Объем части общего допустимого улова, утвержденного применительно к квотам добычи (вылова) водных биоресурсов, предусмотренным пунктами 11 и 13 части 1 статьи 30 настоящего Федерального закона, в расчете на один объект инвестиций не может превышать пятьдесят процентов общего объема водных биоресурсов, необходимого для обеспечения объектов инвестиций уловами водных биоресурсов, добываемых (вылавливаемых) при осуществлении промышленного и (или) прибрежного рыболовства</w:t>
      </w:r>
    </w:p>
    <w:p>
      <w:r>
        <w:rPr>
          <w:b/>
        </w:rPr>
        <w:t xml:space="preserve">10. </w:t>
      </w:r>
      <w:r>
        <w:t>Требования к объектам инвестиций и требования к инвестиционным проектам, порядок расчета обеспечения реализации инвестиционных проектов финансовым обеспечением или правами на добычу (вылов) водных биоресурсов утверждаются Правительством Российской Федерации</w:t>
      </w:r>
    </w:p>
    <w:p>
      <w:r>
        <w:rPr>
          <w:b/>
        </w:rPr>
        <w:t xml:space="preserve">11. </w:t>
      </w:r>
      <w:r>
        <w:t>Отбор инвестиционных проектов осуществляется на основании заявлений о закреплении и предоставлении долей квот добычи (вылова) водных биоресурсов, предусмотренных пунктами 11 и 13 части 1 статьи 30 настоящего Федерального закона. В случае, если совокупное количество долей квот добычи (вылова) водных биоресурсов, указанных в этих заявлениях, превышает сто процентов долей таких квот добычи (вылова) водных биоресурсов, отбор инвестиционных проектов осуществляется на конкурентной основе</w:t>
      </w:r>
    </w:p>
    <w:p>
      <w:r>
        <w:rPr>
          <w:b/>
        </w:rPr>
        <w:t xml:space="preserve">12. </w:t>
      </w:r>
      <w:r>
        <w:t>Порядок подачи заявлений о закреплении и предоставлении долей квот добычи (вылова) водных биоресурсов, предусмотренных пунктами 11 и 13 части 1 статьи 30 настоящего Федерального закона, порядок отбора инвестиционных проектов и порядок распределения таких квот добычи (вылова) водных биоресурсов устанавливаются Правительством Российской Федерации. (Дополнение статьей - Федеральный закон от 03.07.2016 № 349-ФЗ) (В редакции Федерального закона от 29.12.2022 № 644-ФЗ)</w:t>
      </w:r>
    </w:p>
    <w:p>
      <w:r>
        <w:rPr>
          <w:b/>
        </w:rPr>
        <w:t xml:space="preserve">4. </w:t>
      </w:r>
      <w:r>
        <w:t>двадцать процентов - на квоту добычи (вылова) водных биоресурсов, предусмотренную пунктом 11 части 1 статьи 30 настоящего Федерального закона, в районах добычи (вылова) Дальневосточного и Северного рыбохозяйственных бассейнов</w:t>
      </w:r>
    </w:p>
    <w:p>
      <w:r>
        <w:rPr>
          <w:b/>
        </w:rPr>
        <w:t xml:space="preserve">4. </w:t>
      </w:r>
      <w:r>
        <w:t>четыре процента - дополнительно на квоту добычи (вылова) водных биоресурсов, предусмотренную пунктом 11 части 1 статьи 30 настоящего Федерального закона, в районах добычи (вылова) Дальневосточного рыбохозяйственного бассейна</w:t>
      </w:r>
    </w:p>
    <w:p>
      <w:r>
        <w:rPr>
          <w:b/>
        </w:rPr>
        <w:t xml:space="preserve">4. </w:t>
      </w:r>
      <w:r>
        <w:t>двадцать процентов - на квоту добычи (вылова) водных биоресурсов, предусмотренную пунктом 13 части 1 статьи 30 настоящего Федерального закона, в районах добычи (вылова) Дальневосточного рыбохозяйственного бассейна</w:t>
      </w:r>
    </w:p>
    <w:p>
      <w:r>
        <w:rPr>
          <w:b/>
        </w:rPr>
        <w:t>Статья 294. Добыча (вылов) крабов в инвестиционных целях</w:t>
      </w:r>
    </w:p>
    <w:p>
      <w:r>
        <w:rPr>
          <w:b/>
        </w:rPr>
        <w:t xml:space="preserve">1. </w:t>
      </w:r>
      <w:r>
        <w:t>Добыча (вылов) крабов, в отношении которых выделены квоты добычи (вылова) водных биоресурсов, предусмотренные пунктами 12 и 14 части 1 статьи 30 настоящего Федерального закона, осуществляется юридическими лицами или индивидуальными предпринимателями, указанными в части 3 статьи 16 настоящего Федерального закона, зарегистрированными в прибрежном субъекте Российской Федерации, относящемся к рыбохозяйственному бассейну, в котором выделены такие квоты добычи (вылова) водных биоресурсов, и заключившими договоры, предусмотренные статьей 338 настоящего Федерального закона</w:t>
      </w:r>
    </w:p>
    <w:p>
      <w:r>
        <w:rPr>
          <w:b/>
        </w:rPr>
        <w:t xml:space="preserve">2. </w:t>
      </w:r>
      <w:r>
        <w:t>Квоты добычи (вылова) водных биоресурсов, предусмотренные пунктами 12 и 14 части 1 статьи 30 настоящего Федерального закона, выделяются в отношении отдельных видов крабов в отдельных районах добычи (вылова) крабов, определяемых в перечне, устанавливаемом Правительством Российской Федерации применительно к каждому из указанных видов квот добычи (вылова) водных биоресурсов</w:t>
      </w:r>
    </w:p>
    <w:p>
      <w:r>
        <w:rPr>
          <w:b/>
        </w:rPr>
        <w:t xml:space="preserve">3. </w:t>
      </w:r>
      <w:r>
        <w:t>Размер квот добычи (вылова) водных биоресурсов, предусмотренных пунктами 12 и 14 части 1 статьи 30 настоящего Федерального закона, определяется от разности между общим допустимым уловом водных биоресурсов и суммой квот добычи (вылова) водных биоресурсов, предусмотренных пунктами 3 - 7 и 9 части 1 статьи 30 настоящего Федерального закона, следующим образом</w:t>
      </w:r>
    </w:p>
    <w:p>
      <w:r>
        <w:rPr>
          <w:b/>
        </w:rPr>
        <w:t xml:space="preserve">4. </w:t>
      </w:r>
      <w:r>
        <w:t>Размер квоты добычи (вылова) водных биоресурсов, указанной в пункте 14 части 1 статьи 30 настоящего Федерального закона, распределяется в соответствии с частью 13 статьи 31 настоящего Федерального закона преимущественно для реализации проектов по строительству объектов на территории Российской Федерации в виде судов рыбопромыслового флота и объектов инфраструктуры сельских территорий прибрежных субъектов Российской Федерации. (Дополнение статьей - Федеральный закон от 01.05.2019 № 86-ФЗ) (В редакции Федерального закона от 29.12.2022 № 644-ФЗ)</w:t>
      </w:r>
    </w:p>
    <w:p>
      <w:r>
        <w:rPr>
          <w:b/>
        </w:rPr>
        <w:t xml:space="preserve">3. </w:t>
      </w:r>
      <w:r>
        <w:t>пятьдесят процентов - на квоту добычи (вылова) водных биоресурсов, предусмотренную пунктом 12 части 1 статьи 30 настоящего Федерального закона</w:t>
      </w:r>
    </w:p>
    <w:p>
      <w:r>
        <w:rPr>
          <w:b/>
        </w:rPr>
        <w:t xml:space="preserve">3. </w:t>
      </w:r>
      <w:r>
        <w:t>сорок восемь процентов - на квоту добычи (вылова) водных биоресурсов, предусмотренную пунктом 14 части 1 статьи 30 настоящего Федерального закона</w:t>
      </w:r>
    </w:p>
    <w:p>
      <w:r>
        <w:rPr>
          <w:b/>
        </w:rPr>
        <w:t>Статья 295. Добыча (вылов) морских млекопитающих</w:t>
      </w:r>
    </w:p>
    <w:p>
      <w:r>
        <w:rPr>
          <w:b/>
        </w:rPr>
        <w:t xml:space="preserve">1. </w:t>
      </w:r>
      <w:r>
        <w:t>Осуществление добычи (вылова) морских млекопитающих допускается в случае, если рыболовство в отношении их не запрещено или не ограничено в соответствии с настоящим Федеральным законом</w:t>
      </w:r>
    </w:p>
    <w:p>
      <w:r>
        <w:rPr>
          <w:b/>
        </w:rPr>
        <w:t xml:space="preserve">2. </w:t>
      </w:r>
      <w:r>
        <w:t>Добыча (вылов) морских млекопитающих в учебных и культурно-просветительских целях осуществляется на основании предусмотренного статьей 332 настоящего Федерального закона решения о предоставлении морских млекопитающих в пользование для осуществления рыболовства в учебных и культурно-просветительских целях, принимаемого в соответствии с решением комиссии, создаваемой Правительством Российской Федерации</w:t>
      </w:r>
    </w:p>
    <w:p>
      <w:r>
        <w:rPr>
          <w:b/>
        </w:rPr>
        <w:t xml:space="preserve">3. </w:t>
      </w:r>
      <w:r>
        <w:t>Состав комиссии, указанной в части 2 настоящей статьи, и порядок ее деятельности утверждаются Правительством Российской Федерации</w:t>
      </w:r>
    </w:p>
    <w:p>
      <w:r>
        <w:rPr>
          <w:b/>
        </w:rPr>
        <w:t xml:space="preserve">4. </w:t>
      </w:r>
      <w:r>
        <w:t>Решение комиссии, указанной в части 2 настоящей статьи, в обязательном порядке размещается на официальном сайте федерального органа исполнительной власти в области рыболовства в информационно-телекоммуникационной сети "Интернет" в пятидневный срок со дня его поступления в федеральный орган исполнительной власти в области рыболовства</w:t>
      </w:r>
    </w:p>
    <w:p>
      <w:r>
        <w:rPr>
          <w:b/>
        </w:rPr>
        <w:t xml:space="preserve">5. </w:t>
      </w:r>
      <w:r>
        <w:t>Особенности добычи (вылова) морских млекопитающих устанавливаются Правительством Российской Федерации. (Дополнение статьей - Федеральный закон от 10.07.2023 № 314-ФЗ)</w:t>
      </w:r>
    </w:p>
    <w:p>
      <w:r>
        <w:rPr>
          <w:b/>
        </w:rPr>
        <w:t>Статья 30. Квоты добычи (вылова) водных биоресурсов</w:t>
      </w:r>
    </w:p>
    <w:p>
      <w:r>
        <w:rPr>
          <w:b/>
        </w:rPr>
        <w:t xml:space="preserve">1. </w:t>
      </w:r>
      <w:r>
        <w:t>Общие допустимые уловы водных биоресурсов в морских водах, во внутренних водных объектах, а также квоты добычи (вылова) водных биоресурсов, предоставленные Российской Федерации в районах действия международных договоров, ежегодно распределяются и утверждаются федеральным органом исполнительной власти в области рыболовства применительно к следующим видам квот добычи (вылова) водных биоресурсов: (В редакции Федерального закона от 03.07.2016 № 349-ФЗ) 1) квоты добычи (вылова) водных биоресурсов в морских водах для осуществления промышленного рыболовства и (или) прибрежного рыболовства (далее - квоты добычи (вылова) водных биоресурсов в морских водах); (В редакции Федерального закона от 03.07.2016 № 349-ФЗ) 2) (Пункт утратил силу - Федеральный закон от 03.07.2016 № 349-ФЗ) 3) квоты добычи (вылова) водных биоресурсов для осуществления рыболовства в научно-исследовательских и контрольных целях (научные квоты);</w:t>
      </w:r>
    </w:p>
    <w:p>
      <w:r>
        <w:rPr>
          <w:b/>
        </w:rPr>
        <w:t xml:space="preserve">2. </w:t>
      </w:r>
      <w:r>
        <w:t>(Часть утратила силу - Федеральный закон от 03.07.2016 № 349-ФЗ)</w:t>
      </w:r>
    </w:p>
    <w:p>
      <w:r>
        <w:rPr>
          <w:b/>
        </w:rPr>
        <w:t xml:space="preserve">3. </w:t>
      </w:r>
      <w:r>
        <w:t>Порядок распределения общих допустимых уловов водных биоресурсов применительно к видам квот их добычи (вылова) определяется Правительством Российской Федерации</w:t>
      </w:r>
    </w:p>
    <w:p>
      <w:r>
        <w:rPr>
          <w:b/>
        </w:rPr>
        <w:t xml:space="preserve">4. </w:t>
      </w:r>
      <w:r>
        <w:t>Квоты добычи (вылова) водных биоресурсов во внутренних водных объектах распределяются между субъектами Российской Федерации в порядке, установленном Правительством Российской Федерации. (Дополнение частью - Федеральный закон от 31.12.2005 № 199-ФЗ) (В редакции Федерального закона от 03.07.2016 № 349-ФЗ)</w:t>
      </w:r>
    </w:p>
    <w:p>
      <w:r>
        <w:rPr>
          <w:b/>
        </w:rPr>
        <w:t xml:space="preserve">5. </w:t>
      </w:r>
      <w:r>
        <w:t>Порядок распределения квот добычи (вылова) водных биоресурсов между лицами, у которых возникает право на добычу (вылов) водных биоресурсов, предусмотрен статьей 31 настоящего Федерального закона. (Дополнение частью - Федеральный закон от 28.12.2010 № 420-ФЗ) (В редакции Федерального закона от 03.07.2016 № 349-ФЗ)</w:t>
      </w:r>
    </w:p>
    <w:p>
      <w:r>
        <w:rPr>
          <w:b/>
        </w:rPr>
        <w:t xml:space="preserve">1. </w:t>
      </w:r>
      <w:r>
        <w:t>квоты добычи (вылова) водных биоресурсов для осуществления рыболовства в учебных и культурно-просветительских целях</w:t>
      </w:r>
    </w:p>
    <w:p>
      <w:r>
        <w:rPr>
          <w:b/>
        </w:rPr>
        <w:t xml:space="preserve">1. </w:t>
      </w:r>
      <w:r>
        <w:t>квоты добычи (вылова) водных биоресурсов для осуществления рыболовства в целях аквакультуры (рыбоводства); (В редакции Федерального закона от 02.07.2013 № 148-ФЗ) 6) квоты добычи (вылова) водных биоресурсов для организации любительского рыболовства; (В редакции Федерального закона от 25.12.2018 № 475-ФЗ) 7) квоты добычи (вылова) водных биоресурсов в целях обеспечения традиционного образа жизни и осуществления традиционной хозяйственной деятельности коренных малочисленных народов Севера, Сибири и Дальнего Востока Российской Федерации</w:t>
      </w:r>
    </w:p>
    <w:p>
      <w:r>
        <w:rPr>
          <w:b/>
        </w:rPr>
        <w:t xml:space="preserve">1. </w:t>
      </w:r>
      <w:r>
        <w:t>квоты добычи (вылова) водных биоресурсов, предоставленные Российской Федерации в районах действия международных договоров для осуществления промышленного рыболовства и (или) прибрежного рыболовства (далее - международные квоты, предоставленные Российской Федерации); (В редакции Федерального закона от 03.07.2016 № 349-ФЗ) 9) квоты добычи (вылова) водных биоресурсов в исключительной экономической зоне Российской Федерации для иностранных государств, устанавливаемые в соответствии с международными договорами Российской Федерации в области рыболовства и сохранения водных биоресурсов</w:t>
      </w:r>
    </w:p>
    <w:p>
      <w:r>
        <w:rPr>
          <w:b/>
        </w:rPr>
        <w:t xml:space="preserve">1. </w:t>
      </w:r>
      <w:r>
        <w:t>квоты добычи (вылова) водных биоресурсов во внутренних водных объектах для осуществления промышленного рыболовства (далее - квоты добычи (вылова) водных биоресурсов во внутренних водных объектах); (Дополнение пунктом - Федеральный закон от 31.12.2005 № 199-ФЗ) (В редакции Федерального закона от 03.07.2016 № 349-ФЗ) 11) квоты добычи (вылова) водных биоресурсов, предоставленные на инвестиционные цели в области рыболовства для осуществления промышленного рыболовства и (или) прибрежного рыболовства (далее - квоты добычи (вылова) водных биоресурсов на инвестиционные цели); (Дополнение пунктом - Федеральный закон от 03.07.2016 № 349-ФЗ) 12) квоты добычи (вылова) крабов, предоставленные в инвестиционных целях в области рыболовства, для осуществления промышленного рыболовства и (или) прибрежного рыболовства (далее - квоты добычи (вылова) крабов в инвестиционных целях); (Дополнение пунктом - Федеральный закон от 01.05.2019 № 86-ФЗ) 13) квоты добычи (вылова) водных биоресурсов, предоставленные после 31 декабря 2021 года в инвестиционных целях в области рыболовства для осуществления промышленного рыболовства и (или) прибрежного рыболовства, введенные после 1 января 2022 года (далее - квоты добычи (вылова) водных биоресурсов в инвестиционных целях - 2022); (Дополнение пунктом - Федеральный закон от 29.12.2022 № 644-ФЗ) 14) квоты добычи (вылова) крабов, предоставленные после 31 декабря 2021 года в инвестиционных целях в области рыболовства для осуществления промышленного рыболовства и (или) прибрежного рыболовства, введенные после 1 января 2022 года (далее - квоты добычи (вылова) крабов в инвестиционных целях - 2022). (Дополнение пунктом - Федеральный закон от 29.12.2022 № 644-ФЗ)</w:t>
      </w:r>
    </w:p>
    <w:p>
      <w:r>
        <w:rPr>
          <w:b/>
        </w:rPr>
        <w:t>Статья 31. Распределение квот добычи (вылова) водных биоресурсов между лицами, у которых возникает право на добычу (вылов) водных биоресурсов, и закрепление долей квот добычи (вылова) водных биоресурсов</w:t>
      </w:r>
    </w:p>
    <w:p>
      <w:r>
        <w:t>(Наименование в редакции Федерального закона от 03.07.2016 № 349-ФЗ)</w:t>
      </w:r>
    </w:p>
    <w:p>
      <w:r>
        <w:rPr>
          <w:b/>
        </w:rPr>
        <w:t xml:space="preserve">1. </w:t>
      </w:r>
      <w:r>
        <w:t>Квоты добычи (вылова) водных биоресурсов в целях обеспечения традиционного образа жизни и осуществления традиционной хозяйственной деятельности коренных малочисленных народов Севера, Сибири и Дальнего Востока Российской Федерации распределяются исполнительными органами субъектов Российской Федерации в порядке, установленном Правительством Российской Федерации. (В редакции федеральных законов от 03.07.2016 № 349-ФЗ, от 24.06.2025 № 165-ФЗ)</w:t>
      </w:r>
    </w:p>
    <w:p>
      <w:r>
        <w:rPr>
          <w:b/>
        </w:rPr>
        <w:t xml:space="preserve">2. </w:t>
      </w:r>
      <w:r>
        <w:t>Научные квоты, квоты добычи (вылова) водных биоресурсов для осуществления рыболовства в целях аквакультуры (рыбоводства), квоты добычи (вылова) водных биоресурсов для осуществления рыболовства в учебных и культурно-просветительских целях распределяются федеральным органом исполнительной власти в области рыболовства в порядке, установленном Правительством Российской Федерации. (В редакции Федерального закона от 03.07.2016 № 349-ФЗ)</w:t>
      </w:r>
    </w:p>
    <w:p>
      <w:r>
        <w:rPr>
          <w:b/>
        </w:rPr>
        <w:t xml:space="preserve">3. </w:t>
      </w:r>
      <w:r>
        <w:t>(Часть утратила силу - Федеральный закон от 06.12.2007 № 333-ФЗ)</w:t>
      </w:r>
    </w:p>
    <w:p>
      <w:r>
        <w:rPr>
          <w:b/>
        </w:rPr>
        <w:t xml:space="preserve">31. </w:t>
      </w:r>
      <w:r>
        <w:t>Квоты добычи (вылова) водных биоресурсов на инвестиционные цели или квоты добычи (вылова) водных биоресурсов в инвестиционных целях - 2022 распределяются федеральным органом исполнительной власти в области рыболовства между лицами, указанными в части 3 статьи 16 настоящего Федерального закона, в долевом соотношении по результатам отбора инвестиционных проектов, проводимого в порядке, предусмотренном частями 11 и 12 статьи 293 настоящего Федерального закона. Квоты добычи (вылова) водных биоресурсов на инвестиционные цели или квоты добычи (вылова) водных биоресурсов в инвестиционных целях - 2022 распределяются путем заключения договоров, указанных в статье 337 настоящего Федерального закона. (Дополнение частью - Федеральный закон от 03.07.2016 № 349-ФЗ) (В редакции Федерального закона от 29.12.2022 № 644-ФЗ)</w:t>
      </w:r>
    </w:p>
    <w:p>
      <w:r>
        <w:rPr>
          <w:b/>
        </w:rPr>
        <w:t xml:space="preserve">4. </w:t>
      </w:r>
      <w:r>
        <w:t>Порядок распределения объема части общего допустимого улова водных биоресурсов, утвержденного применительно к квоте добычи (вылова) водных биоресурсов на инвестиционные цели или к квоте добычи (вылова) водных биоресурсов в инвестиционных целях - 2022, между лицами, с которыми заключены соответствующие договоры о закреплении и предоставлении доли такой квоты, устанавливается Правительством Российской Федерации. (В редакции федеральных законов от 03.07.2016 № 349-ФЗ, от 29.12.2022 № 644-ФЗ)</w:t>
      </w:r>
    </w:p>
    <w:p>
      <w:r>
        <w:rPr>
          <w:b/>
        </w:rPr>
        <w:t xml:space="preserve">5. </w:t>
      </w:r>
      <w:r>
        <w:t>Квоты добычи (вылова) водных биоресурсов для организации любительского рыболовства распределяются исполнительными органами субъектов Российской Федерации в порядке, установленном Правительством Российской Федерации. (В редакции федеральных законов от 03.07.2016 № 349-ФЗ, от 25.12.2018 № 475-ФЗ, от 24.06.2025 № 165-ФЗ)</w:t>
      </w:r>
    </w:p>
    <w:p>
      <w:r>
        <w:rPr>
          <w:b/>
        </w:rPr>
        <w:t xml:space="preserve">6. </w:t>
      </w:r>
      <w:r>
        <w:t>Квоты добычи (вылова) водных биоресурсов в исключительной экономической зоне Российской Федерации для иностранных государств, устанавливаемые в соответствии с международными договорами Российской Федерации в области рыболовства и сохранения водных биоресурсов, распределяются федеральным органом исполнительной власти в области рыболовства в порядке, установленном Правительством Российской Федерации. (В редакции Федерального закона от 03.07.2016 № 349-ФЗ)</w:t>
      </w:r>
    </w:p>
    <w:p>
      <w:r>
        <w:rPr>
          <w:b/>
        </w:rPr>
        <w:t xml:space="preserve">7. </w:t>
      </w:r>
      <w:r>
        <w:t>Квоты добычи (вылова) водных биоресурсов в морских водах распределяются федеральным органом исполнительной власти в области рыболовства в соответствии с частями 10 и 11 настоящей статьи. Квоты добычи (вылова) водных биоресурсов в морских водах распределяются путем заключения договоров, указанных в статье 331 настоящего Федерального закона, на пятнадцать лет. (Дополнение частью - Федеральный закон от 31.12.2005 № 199-ФЗ) (В редакции Федерального закона от 03.07.2016 № 349-ФЗ)</w:t>
      </w:r>
    </w:p>
    <w:p>
      <w:r>
        <w:rPr>
          <w:b/>
        </w:rPr>
        <w:t xml:space="preserve">8. </w:t>
      </w:r>
      <w:r>
        <w:t>Квоты добычи (вылова) водных биоресурсов во внутренних водных объектах распределяются исполнительными органами субъектов Российской Федерации и федеральным органом исполнительной власти в области рыболовства в соответствии с частями 10 и 11 настоящей статьи. Квоты добычи (вылова) водных биоресурсов во внутренних водных объектах распределяются путем заключения договоров, указанных в статье 331 настоящего Федерального закона, на пятнадцать лет. (Дополнение частью - Федеральный закон от 06.12.2007 № 333-ФЗ) (В редакции федеральных законов от 03.07.2016 № 349-ФЗ, от 15.10.2020 № 331-ФЗ, от 24.06.2025 № 165-ФЗ)</w:t>
      </w:r>
    </w:p>
    <w:p>
      <w:r>
        <w:rPr>
          <w:b/>
        </w:rPr>
        <w:t xml:space="preserve">9. </w:t>
      </w:r>
      <w:r>
        <w:t>Международные квоты, предоставленные Российской Федерации, распределяются федеральным органом исполнительной власти в области рыболовства в соответствии с частями 10 и 11 настоящей статьи. Международные квоты, предоставленные Российской Федерации, распределяются путем заключения договоров, указанных в статье 331 настоящего Федерального закона, на срок не более срока действия международного договора Российской Федерации в области рыболовства и сохранения водных биоресурсов или на пятнадцать лет в случае, если такой международный договор заключен на пятнадцать и более лет или является бессрочным. (Дополнение частью - Федеральный закон от 03.07.2016 № 349-ФЗ)</w:t>
      </w:r>
    </w:p>
    <w:p>
      <w:r>
        <w:rPr>
          <w:b/>
        </w:rPr>
        <w:t xml:space="preserve">10. </w:t>
      </w:r>
      <w:r>
        <w:t>Квоты добычи (вылова) водных биоресурсов в морских водах, квоты добычи (вылова) водных биоресурсов во внутренних водных объектах, международные квоты, предоставленные Российской Федерации, распределяются в долевом соотношении между лицами, указанными в части 3 статьи 16 настоящего Федерального закона, путем заключения с ними договоров, указанных в статье 331 настоящего Федерального закона, в следующих случаях</w:t>
      </w:r>
    </w:p>
    <w:p>
      <w:r>
        <w:rPr>
          <w:b/>
        </w:rPr>
        <w:t xml:space="preserve">11. </w:t>
      </w:r>
      <w:r>
        <w:t>В случае, указанном в пункте 5 части 10 настоящей статьи, соответствующая квота добычи (вылова) водных биоресурсов распределяется в долевом соотношении между лицами, у которых истекает срок действия договора о закреплении доли квоты добычи (вылова) водных биоресурсов, путем заключения с такими лицами нового договора о закреплении доли квоты добычи (вылова) водных биоресурсов на срок, предусмотренный частями 7 - 9 настоящей статьи. При заключении такого договора доля квоты добычи (вылова) водных биоресурсов должна соответствовать доле квоты добычи (вылова) водных биоресурсов, указанной в договоре, срок действия которого истекает. В случае, если у лица истекает срок действия нескольких договоров о закреплении доли квоты добычи (вылова) водных биоресурсов, заключенных в отношении соответствующей квоты добычи (вылова) водных биоресурсов, с таким лицом заключается один договор о закреплении доли квоты добычи (вылова) водных биоресурсов. Доля квоты добычи (вылова) водных биоресурсов при заключении такого договора определяется как сумма долей квоты, содержащихся в договорах о закреплении доли квоты добычи (вылова) водных биоресурсов, срок действия которых истекает. (Дополнение частью - Федеральный закон от 03.07.2016 № 349-ФЗ)</w:t>
      </w:r>
    </w:p>
    <w:p>
      <w:r>
        <w:rPr>
          <w:b/>
        </w:rPr>
        <w:t xml:space="preserve">12. </w:t>
      </w:r>
      <w:r>
        <w:t>Порядок распределения квоты добычи (вылова) водных биоресурсов в морских водах, международной квоты, предоставленной Российской Федерации, и квоты добычи (вылова) водных биоресурсов во внутреннем водном объекте, порядок подготовки и заключения договоров о закреплении доли квоты добычи (вылова) водных биоресурсов, предусмотренных настоящей статьей, и примерные формы таких договоров, а также порядок распределения объема части общего допустимого улова водных биоресурсов, утвержденного применительно к таким квотам, между лицами, с которыми заключены соответствующие договоры о закреплении доли квоты добычи (вылова) водных биоресурсов, устанавливается Правительством Российской Федерации. (Дополнение частью - Федеральный закон от 03.07.2016 № 349-ФЗ)</w:t>
      </w:r>
    </w:p>
    <w:p>
      <w:r>
        <w:rPr>
          <w:b/>
        </w:rPr>
        <w:t xml:space="preserve">121. </w:t>
      </w:r>
      <w:r>
        <w:t>Распределение объема части общего допустимого улова водных биоресурсов, утвержденного применительно к квоте добычи (вылова) водных биоресурсов в морских водах в отношении видов водных биоресурсов и районов добычи (вылова), определенных в перечне, предусмотренном частью 3 статьи 293 настоящего Федерального закона применительно к квоте добычи (вылова) водных биоресурсов, предусмотренной пунктом 13 части 1 статьи 30 настоящего Федерального закона, рассчитанной по остаточному принципу после распределения общего допустимого улова, применительно к квотам добычи (вылова) водных биоресурсов, предусмотренным пунктами 11 и 13 части 1 статьи 30 настоящего Федерального закона, осуществляется в соответствии с частями 1 и 2 статьи 311 настоящего Федерального закона. (Дополнение частью - Федеральный закон от 29.12.2022 № 644-ФЗ)</w:t>
      </w:r>
    </w:p>
    <w:p>
      <w:r>
        <w:rPr>
          <w:b/>
        </w:rPr>
        <w:t xml:space="preserve">122. </w:t>
      </w:r>
      <w:r>
        <w:t>Распределение объема части общего допустимого улова водных биоресурсов, утвержденного применительно к квоте добычи (вылова) водных биоресурсов в морских водах в отношении видов водных биоресурсов и районов добычи (вылова), определенных в перечне, предусмотренном частью 3 статьи 293 настоящего Федерального закона применительно к квоте добычи (вылова) водных биоресурсов, предусмотренной пунктом 13 части 1 статьи 30 настоящего Федерального закона, рассчитанной в результате перераспределения общего допустимого улова, распределенного применительно к квоте добычи (вылова) водных биоресурсов, предусмотренной пунктом 13 части 1 статьи 30 настоящего Федерального закона, к квоте добычи (вылова) водных биоресурсов, предусмотренной пунктом 1 части 1 статьи 30 настоящего Федерального закона, осуществляется в соответствии с частью 1 статьи 311 настоящего Федерального закона лицам, с которыми заключены соответствующие договоры, за исключением лиц, указанных в пункте 1 части 2 статьи 311 настоящего Федерального закона. (Дополнение частью - Федеральный закон от 29.12.2022 № 644-ФЗ)</w:t>
      </w:r>
    </w:p>
    <w:p>
      <w:r>
        <w:rPr>
          <w:b/>
        </w:rPr>
        <w:t xml:space="preserve">123. </w:t>
      </w:r>
      <w:r>
        <w:t>Перераспределение общего допустимого улова, распределенного применительно к квоте, предусмотренной пунктом 13 части 1 статьи 30 настоящего Федерального закона, к квоте добычи (вылова) водных биоресурсов, предусмотренной пунктом 1 части 1 статьи 30 настоящего Федерального закона, осуществляется в случае нераспределения квоты добычи (вылова) водных биоресурсов, предусмотренной пунктом 13 части 1 статьи 30 настоящего Федерального закона в порядке, установленном частью 31 настоящей статьи, и (или) нераспределения объема части общего допустимого улова водных биоресурсов, утвержденного применительно к квоте добычи (вылова) водных биоресурсов на инвестиционные цели, между лицами, с которыми заключены соответствующие договоры о закреплении и предоставлении доли такой квоты, в порядке, установленном частью 4 настоящей статьи. (Дополнение частью - Федеральный закон от 29.12.2022 № 644-ФЗ)</w:t>
      </w:r>
    </w:p>
    <w:p>
      <w:r>
        <w:rPr>
          <w:b/>
        </w:rPr>
        <w:t xml:space="preserve">13. </w:t>
      </w:r>
      <w:r>
        <w:t>Квоты добычи (вылова) крабов в инвестиционных целях или квоты добычи (вылова) крабов в инвестиционных целях - 2022 распределяются федеральным органом исполнительной власти в области рыболовства между лицами, указанными в части 3 статьи 16 настоящего Федерального закона, в долевом соотношении по результатам проведения аукциона, предусмотренного статьей 381 настоящего Федерального закона. Доли таких квот закрепляются и предоставляются путем заключения договоров, предусмотренных статьей 338 настоящего Федерального закона. (Дополнение частью - Федеральный закон от 01.05.2019 № 86-ФЗ) (В редакции Федерального закона от 29.12.2022 № 644-ФЗ)</w:t>
      </w:r>
    </w:p>
    <w:p>
      <w:r>
        <w:rPr>
          <w:b/>
        </w:rPr>
        <w:t xml:space="preserve">14. </w:t>
      </w:r>
      <w:r>
        <w:t>Порядок распределения объема части общего допустимого улова водных биоресурсов, утвержденного применительно к квоте добычи (вылова) крабов в инвестиционных целях, квоте добычи (вылова) крабов в инвестиционных целях - 2022, между лицами, с которыми заключены соответствующие договоры о закреплении доли таких квот, устанавливается Правительством Российской Федерации. (Дополнение частью - Федеральный закон от 01.05.2019 № 86-ФЗ) (В редакции Федерального закона от 29.12.2022 № 644-ФЗ)</w:t>
      </w:r>
    </w:p>
    <w:p>
      <w:r>
        <w:rPr>
          <w:b/>
        </w:rPr>
        <w:t xml:space="preserve">10. </w:t>
      </w:r>
      <w:r>
        <w:t>в случае, предусмотренном статьей 29 настоящего Федерального закона, соответствующие квоты добычи (вылова) водных биоресурсов распределяются по результатам аукционов</w:t>
      </w:r>
    </w:p>
    <w:p>
      <w:r>
        <w:rPr>
          <w:b/>
        </w:rPr>
        <w:t xml:space="preserve">10. </w:t>
      </w:r>
      <w:r>
        <w:t>в случае включения вида водных биоресурсов в определенном районе их добычи (вылова) в перечень видов водных биоресурсов, в отношении которых устанавливается общий допустимый улов водных биоресурсов, и определения соответствующей квоты путем распределения общего допустимого улова водных биоресурсов применительно к такой квоте при условии отсутствия действующих договоров о закреплении доли квоты добычи (вылова) водных биоресурсов, предоставляющих право на добычу (вылов) по такой квоте. Такая квота распределяется в долевом соотношении между лицами, осуществлявшими добычу (вылов) указанного вида водных биоресурсов в определенном районе, на основании договоров пользования водными биоресурсами, а объем доли квоты добычи (вылова) водных биоресурсов у этих лиц определяется на основании данных государственного рыбохозяйственного реестра об объеме добытых (выловленных) этими лицами водных биоресурсов за три года, предшествующих расчетному году; (В редакции Федерального закона от 26.11.2018 № 421-ФЗ) 3) в случае снятия ограничений рыболовства, предусмотренных пунктами 1 и 2 части 1 статьи 26 настоящего Федерального закона, в определенных районах и в отношении отдельных видов водных биоресурсов, в отношении которых устанавливается общий допустимый улов водных биоресурсов, и определения соответствующей квоты добычи (вылова) водных биоресурсов путем распределения общего допустимого улова водных биоресурсов применительно к такой квоте при условии отсутствия действующих договоров о закреплении доли квоты добычи (вылова) водных биоресурсов, предоставляющих право на добычу (вылов) по такой квоте. Соответствующие квоты распределяются по результатам аукционов; (В редакции Федерального закона от 26.11.2018 № 421-ФЗ) 4) в случае предоставления Российской Федерации в соответствии с международным договором Российской Федерации в области рыболовства и сохранения водных биоресурсов квоты добычи (вылова) водных биоресурсов, в отношении которых ранее осуществлялось промышленное и (или) прибрежное рыболовство в районах действия такого международного договора без заключения договоров, указанных в статье 331 настоящего Федерального закона. Указанная квота распределяется в долевом соотношении между лицами, осуществлявшими добычу (вылов) указанного вида водных биоресурсов в определенном районе на основании договоров пользования водными биоресурсами, а объем доли квоты добычи (вылова) водных биоресурсов у таких лиц определяется на основании данных государственного рыбохозяйственного реестра об объеме добытых (выловленных) такими лицами водных биоресурсов за три года, предшествующих расчетному году</w:t>
      </w:r>
    </w:p>
    <w:p>
      <w:r>
        <w:rPr>
          <w:b/>
        </w:rPr>
        <w:t xml:space="preserve">10. </w:t>
      </w:r>
      <w:r>
        <w:t>в случае истечения срока действия договоров о закреплении доли квоты добычи (вылова) водных биоресурсов, заключенных в отношении соответствующей квоты. (В редакции Федерального закона от 26.11.2018 № 421-ФЗ) (Дополнение частью - Федеральный закон от 03.07.2016 № 349-ФЗ)</w:t>
      </w:r>
    </w:p>
    <w:p>
      <w:r>
        <w:rPr>
          <w:b/>
        </w:rPr>
        <w:t>Статья 311. Распределение объема общего допустимого улова водных биоресурсов применительно к квоте добычи (вылова) водных биоресурсов в морских водах или к международной квоте, предоставленной Российской Федерации, между лицами, с которыми заключены договоры о закреплении доли квоты добычи (вылова) водных биоресурсов в морских водах или договоры о закреплении доли международной квоты, предоставленной Российской Федерации</w:t>
      </w:r>
    </w:p>
    <w:p>
      <w:r>
        <w:rPr>
          <w:b/>
        </w:rPr>
        <w:t xml:space="preserve">1. </w:t>
      </w:r>
      <w:r>
        <w:t>Объем общего допустимого улова водных биоресурсов, распределенного применительно к квоте добычи (вылова) водных биоресурсов в морских водах или к международной квоте, предоставленной Российской Федерации, распределяется и рассчитывается между лицами, с которыми заключены договоры о закреплении доли квоты добычи (вылова) водных биоресурсов в морских водах или договоры о закреплении доли международной квоты, предоставленной Российской Федерации, в следующем порядке</w:t>
      </w:r>
    </w:p>
    <w:p>
      <w:r>
        <w:rPr>
          <w:b/>
        </w:rPr>
        <w:t xml:space="preserve">2. </w:t>
      </w:r>
      <w:r>
        <w:t>Объем общего допустимого улова водных биоресурсов, распределенного применительно к квоте добычи (вылова) водных биоресурсов в морских водах, распределяется и рассчитывается между лицами, с которыми заключены договоры о закреплении доли квоты добычи (вылова) водных биоресурсов в морских водах, в отношении видов водных биоресурсов и районов добычи (вылова), определенных в перечне, предусмотренном частью 3 статьи 293 настоящего Федерального закона, применительно к квоте добычи (вылова) водных биоресурсов, предусмотренной пунктом 13 части 1 статьи 30 настоящего Федерального закона, в следующем порядке</w:t>
      </w:r>
    </w:p>
    <w:p>
      <w:r>
        <w:rPr>
          <w:b/>
        </w:rPr>
        <w:t xml:space="preserve">3. </w:t>
      </w:r>
      <w:r>
        <w:t>Объем общего допустимого улова водных биоресурсов, распределенного применительно к квоте добычи (вылова) водных биоресурсов в морских водах в отношении видов водных биоресурсов и районов добычи (вылова), указанных в перечне, предусмотренном частью 2 статьи 294 настоящего Федерального закона применительно к квоте добычи (вылова) водных биоресурсов, предусмотренной пунктом 14 части 1 статьи 30 настоящего Федерального закона, распределяется и рассчитывается между лицами, с которыми заключен договор, предусмотренный статьей 331 настоящего Федерального закона, которые по состоянию на 1 января 2022 года и далее ежегодно по состоянию на 15 июля соответствующего года в установленном Федеральным законом от 24 июля 2007 года № 209-ФЗ "О развитии малого и среднего предпринимательства в Российской Федерации" порядке отнесены к субъектам малого и среднего предпринимательства с внесением в единый реестр субъектов малого и среднего предпринимательства и которые не входят в группу лиц с лицами, которым предоставлено право на добычу (вылов) водных биоресурсов. Порядок предоставления сведений о группе лиц, в которую входит лицо, указанное в настоящей части, устанавливается Правительством Российской Федерации. Нераспределенный в соответствии с настоящей частью объем общего допустимого улова водных биоресурсов распределяется применительно к квоте добычи (вылова) водных биоресурсов, предусмотренной пунктом 14 части 1 статьи 30 настоящего Федерального закона</w:t>
      </w:r>
    </w:p>
    <w:p>
      <w:r>
        <w:rPr>
          <w:b/>
        </w:rPr>
        <w:t xml:space="preserve">4. </w:t>
      </w:r>
      <w:r>
        <w:t>Порядок распределения и расчета объема общего допустимого улова водных биоресурсов, распределенного применительно к квоте добычи (вылова) водных биоресурсов в морских водах или к международной квоте, предоставленной Российской Федерации, предусмотренный частью 1 настоящей статьи, применяется к видам водных биоресурсов, включенным в указанный в части 2 статьи 15 настоящего Федерального закона перечень видов водных биоресурсов, в отношении которых осуществляются промышленное рыболовство и прибрежное рыболовство</w:t>
      </w:r>
    </w:p>
    <w:p>
      <w:r>
        <w:rPr>
          <w:b/>
        </w:rPr>
        <w:t xml:space="preserve">5. </w:t>
      </w:r>
      <w:r>
        <w:t>Порядок расчета объема общего допустимого улова водных биоресурсов, распределенного применительно к квоте добычи (вылова) водных биоресурсов в морских водах или к международной квоте, предоставленной Российской Федерации, в соответствии с частями 1 - 3 настоящей статьи, устанавливается в порядке, предусмотренном частью 12 статьи 31 настоящего Федерального закона. (Дополнение статьей - Федеральный закон от 03.07.2016 № 349-ФЗ) (В редакции Федерального закона от 29.12.2022 № 644-ФЗ)</w:t>
      </w:r>
    </w:p>
    <w:p>
      <w:r>
        <w:rPr>
          <w:b/>
        </w:rPr>
        <w:t xml:space="preserve">1. </w:t>
      </w:r>
      <w:r>
        <w:t>при осуществлении промышленного рыболовства - как произведение закрепленной за лицом договором о закреплении доли квоты добычи (вылова) водных биоресурсов доли соответствующей квоты добычи (вылова) водных биоресурсов и объема общего допустимого улова водных биоресурсов, распределенного применительно к квоте добычи (вылова) водных биоресурсов в морских водах или к международной квоте, предоставленной Российской Федерации, для осуществления этим лицом промышленного рыболовства с учетом повышающего коэффициента, равного 1,2 для лиц, осуществляющих прибрежное рыболовство</w:t>
      </w:r>
    </w:p>
    <w:p>
      <w:r>
        <w:rPr>
          <w:b/>
        </w:rPr>
        <w:t xml:space="preserve">1. </w:t>
      </w:r>
      <w:r>
        <w:t>при осуществлении прибрежного рыболовства - как произведение закрепленной за лицом договором о закреплении доли квоты добычи (вылова) водных биоресурсов доли соответствующей квоты добычи (вылова) водных биоресурсов и объема, оставшегося от объема общего допустимого улова водных биоресурсов после расчета, произведенного в порядке, установленном пунктом 1 настоящей части</w:t>
      </w:r>
    </w:p>
    <w:p>
      <w:r>
        <w:rPr>
          <w:b/>
        </w:rPr>
        <w:t xml:space="preserve">2. </w:t>
      </w:r>
      <w:r>
        <w:t>для лиц, которые по состоянию на 1 января 2022 года и далее ежегодно по состоянию на 15 июля соответствующего года в установленном Федеральным законом от 24 июля 2007 года № 209-ФЗ "О развитии малого и среднего предпринимательства в Российской Федерации" порядке отнесены к субъектам малого и среднего предпринимательства с внесением в единый реестр субъектов малого и среднего предпринимательства (далее - лицо, являющееся субъектом малого или среднего предпринимательства), - как произведение закрепленной за лицом, являющимся субъектом малого или среднего предпринимательства, договором о закреплении доли квоты добычи (вылова) водных биоресурсов доли соответствующей квоты добычи (вылова) водных биоресурсов и объема общего допустимого улова водных биоресурсов, распределенного применительно к квоте добычи (вылова) водных биоресурсов в морских водах, в отношении видов водных биоресурсов и районов добычи (вылова), указанных в перечне, предусмотренном частью 3 статьи 293 настоящего Федерального закона применительно к квоте добычи (вылова) водных биоресурсов, предусмотренной пунктом 13 части 1 статьи 30 настоящего Федерального закона, для осуществления лицом, являющимся субъектом малого или среднего предпринимательства, промышленного рыболовства и (или) прибрежного рыболовства с учетом повышающего коэффициента, равного 1,2</w:t>
      </w:r>
    </w:p>
    <w:p>
      <w:r>
        <w:rPr>
          <w:b/>
        </w:rPr>
        <w:t xml:space="preserve">2. </w:t>
      </w:r>
      <w:r>
        <w:t>для лиц, не являющихся субъектами малого или среднего предпринимательства, - как произведение закрепленной за лицом, не являющимся субъектом малого или среднего предпринимательства, договором о закреплении доли квоты добычи (вылова) водных биоресурсов доли соответствующей квоты добычи (вылова) водных биоресурсов и объема, оставшегося от объема общего допустимого улова водных биоресурсов после расчета, произведенного в порядке, установленном пунктом 1 настоящей части</w:t>
      </w:r>
    </w:p>
    <w:p>
      <w:r>
        <w:rPr>
          <w:b/>
        </w:rPr>
        <w:t>Статья 32. Переход права на добычу (вылов) водных биоресурсов от одного лица к другому лицу</w:t>
      </w:r>
    </w:p>
    <w:p>
      <w:r>
        <w:rPr>
          <w:b/>
        </w:rPr>
        <w:t xml:space="preserve">1. </w:t>
      </w:r>
      <w:r>
        <w:t>Переход права на добычу (вылов) водных биоресурсов от одного лица к другому лицу может осуществляться в случаях, предусмотренных настоящим Федеральным законом</w:t>
      </w:r>
    </w:p>
    <w:p>
      <w:r>
        <w:rPr>
          <w:b/>
        </w:rPr>
        <w:t xml:space="preserve">2. </w:t>
      </w:r>
      <w:r>
        <w:t>Переход права на добычу (вылов) водных биоресурсов от одного лица к другому лицу осуществляется в порядке универсального правопреемства в соответствии с гражданским законодательством, если иное не предусмотрено настоящим Федеральным законом</w:t>
      </w:r>
    </w:p>
    <w:p>
      <w:r>
        <w:rPr>
          <w:b/>
        </w:rPr>
        <w:t xml:space="preserve">3. </w:t>
      </w:r>
      <w:r>
        <w:t>(Часть утратила силу - Федеральный закон от 03.07.2016 № 349-ФЗ)</w:t>
      </w:r>
    </w:p>
    <w:p>
      <w:r>
        <w:rPr>
          <w:b/>
        </w:rPr>
        <w:t xml:space="preserve">4. </w:t>
      </w:r>
      <w:r>
        <w:t>(Часть утратила силу - Федеральный закон от 15.10.2020 № 331-ФЗ)</w:t>
      </w:r>
    </w:p>
    <w:p>
      <w:r>
        <w:rPr>
          <w:b/>
        </w:rPr>
        <w:t xml:space="preserve">5. </w:t>
      </w:r>
      <w:r>
        <w:t>Не осуществляется переход права на добычу (вылов) водных биоресурсов от одного лица к другому лицу, если в отношении хотя бы одного из лиц вынесено заключение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предусмотренное частью 58 статьи 15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до поступления в федеральный орган исполнительной власти в области рыболовства и его территориальные органы либо в федеральный орган исполнительной власти в области рыболовства, его территориальные органы и исполнительные органы субъекта Российской Федерации в соответствии с их полномочиями от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или хозяйственного общества, в отношении которого уполномоченным органом вынесено указанное заключение, информации о вступлении в законную силу судебного акта о признании указанного заключения недействительным. (Дополнение частью - Федеральный закон от 29.12.2022 № 577-ФЗ) (В редакции Федерального закона от 24.06.2025 № 165-ФЗ)</w:t>
      </w:r>
    </w:p>
    <w:p>
      <w:r>
        <w:rPr>
          <w:b/>
        </w:rPr>
        <w:t xml:space="preserve">6. </w:t>
      </w:r>
      <w:r>
        <w:t>В случае, если в федеральный орган исполнительной власти в области рыболовства и его территориальные органы либо в федеральный орган исполнительной власти в области рыболовства, его территориальные органы и исполнительные органы субъекта Российской Федерации в соответствии с их полномочиями от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или хозяйственного общества, в отношении которого уполномоченным органом вынесено заключение, указанное в части 5 настоящей статьи, поступила информация о вступлении в законную силу судебного акта об отказе в признании такого заключения недействительным или информация о том, что такое заключение не было обжаловано в судебном порядке в установленный срок, переход права на добычу (вылов) водных биоресурсов от одного лица к другому лицу не осуществляется, при этом право на добычу (вылов) водных биоресурсов прекратившего деятельность реорганизованного лица, в отношении которого вынесено указанное заключение, прекращается. (Дополнение частью - Федеральный закон от 29.12.2022 № 577-ФЗ) (В редакции Федерального закона от 24.06.2025 № 165-ФЗ) (Статья в редакции Федерального закона от 06.12.2007 № 333-ФЗ)</w:t>
      </w:r>
    </w:p>
    <w:p>
      <w:r>
        <w:rPr>
          <w:b/>
        </w:rPr>
        <w:t>Статья 33. Бассейновые научно-промысловые советы и территориальные рыбохозяйственные советы</w:t>
      </w:r>
    </w:p>
    <w:p>
      <w:r>
        <w:rPr>
          <w:b/>
        </w:rPr>
        <w:t xml:space="preserve">1. </w:t>
      </w:r>
      <w:r>
        <w:t>Бассейновые научно-промысловые советы формируются для каждого рыбохозяйственного бассейна в целях подготовки предложений о сохранении водных биоресурсов, в том числе предложений о распределении квот добычи (вылова) водных биоресурсов между лицами, у которых возникает право на добычу (вылов) водных биоресурсов. (В редакции Федерального закона от 06.12.2007 № 333-ФЗ)</w:t>
      </w:r>
    </w:p>
    <w:p>
      <w:r>
        <w:rPr>
          <w:b/>
        </w:rPr>
        <w:t xml:space="preserve">2. </w:t>
      </w:r>
      <w:r>
        <w:t>Порядок деятельности бассейновых научно-промысловых советов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рыбного хозяйства. Состав бассейновых научно-промысловых советов утверждается федеральным органом исполнительной власти в области рыболовства. (В редакции Федерального закона от 29.05.2024 № 101-ФЗ)</w:t>
      </w:r>
    </w:p>
    <w:p>
      <w:r>
        <w:rPr>
          <w:b/>
        </w:rPr>
        <w:t xml:space="preserve">3. </w:t>
      </w:r>
      <w:r>
        <w:t>В субъектах Российской Федерации могут формироваться территориальные рыбохозяйственные советы</w:t>
      </w:r>
    </w:p>
    <w:p>
      <w:r>
        <w:rPr>
          <w:b/>
        </w:rPr>
        <w:t xml:space="preserve">4. </w:t>
      </w:r>
      <w:r>
        <w:t>Состав и порядок деятельности территориальных рыбохозяйственных советов утверждаются исполнительным органом соответствующего субъекта Российской Федерации. (В редакции Федерального закона от 24.06.2025 № 165-ФЗ)</w:t>
      </w:r>
    </w:p>
    <w:p>
      <w:pPr>
        <w:pStyle w:val="Heading3"/>
      </w:pPr>
      <w:r>
        <w:t>РЕШЕНИЯ ОРГАНОВ ГОСУДАРСТВЕННОЙ ВЛАСТИ И ДОГОВОРЫ, НА ОСНОВАНИИ КОТОРЫХ ВОЗНИКАЕТ ПРАВО НА ДОБЫЧУ (ВЫЛОВ) ВОДНЫХ БИОРЕСУРСОВ</w:t>
      </w:r>
    </w:p>
    <w:p>
      <w:r>
        <w:rPr>
          <w:b/>
        </w:rPr>
        <w:t>Статья 331. Договор о закреплении доли квоты добычи (вылова) водных биоресурсов</w:t>
      </w:r>
    </w:p>
    <w:p>
      <w:r>
        <w:rPr>
          <w:b/>
        </w:rPr>
        <w:t xml:space="preserve">1. </w:t>
      </w:r>
      <w:r>
        <w:t>Договор о закреплении доли квоты добычи (вылова) водных биоресурсов в морских водах, договор о закреплении доли квоты добычи (вылова) водных биоресурсов во внутреннем водном объекте, договор о закреплении доли международной квоты, предоставленной Российской Федерации, заключаются в целях осуществления рыболовства, в отношении которого определены квоты добычи (вылова) водных биоресурсов, указанные в пунктах 1, 8, 10 части 1 статьи 30 настоящего Федерального закона</w:t>
      </w:r>
    </w:p>
    <w:p>
      <w:r>
        <w:rPr>
          <w:b/>
        </w:rPr>
        <w:t xml:space="preserve">2. </w:t>
      </w:r>
      <w:r>
        <w:t>Договоры о закреплении доли квоты добычи (вылова) водных биоресурсов, указанные в части 1 настоящей статьи, заключаются в порядке, установленном частями 7 - 12 статьи 31 настоящего Федерального закона</w:t>
      </w:r>
    </w:p>
    <w:p>
      <w:r>
        <w:rPr>
          <w:b/>
        </w:rPr>
        <w:t xml:space="preserve">3. </w:t>
      </w:r>
      <w:r>
        <w:t>По договору о закреплении доли квоты добычи (вылова) водных биоресурсов одна сторона - орган государственной власти обязуется предоставить право на добычу (вылов) водных биоресурсов другой стороне - юридическому лицу или индивидуальному предпринимателю</w:t>
      </w:r>
    </w:p>
    <w:p>
      <w:r>
        <w:rPr>
          <w:b/>
        </w:rPr>
        <w:t xml:space="preserve">4. </w:t>
      </w:r>
      <w:r>
        <w:t>В договоре о закреплении доли квоты добычи (вылова) водных биоресурсов указываются его стороны, предмет договора, наименование и размер доли квоты добычи (вылова) водных биоресурсов, срок его действия, вид (виды) рыболовства, права и обязательства сторон, ответственность сторон</w:t>
      </w:r>
    </w:p>
    <w:p>
      <w:r>
        <w:rPr>
          <w:b/>
        </w:rPr>
        <w:t xml:space="preserve">5. </w:t>
      </w:r>
      <w:r>
        <w:t>По результатам аукционов, проводимых в соответствии со статьей 38 настоящего Федерального закона в случаях, предусмотренных пунктами 2 - 5 части 1 и частью 2 статьи 13 настоящего Федерального закона, договор о закреплении доли квоты добычи (вылова) водных биоресурсов в морских водах, договор о закреплении доли квоты добычи (вылова) водных биоресурсов во внутреннем водном объекте, договор о закреплении доли международной квоты, предоставленной Российской Федерации, заключаются на срок, не превышающий даты окончания срока действия договора, указанного в договоре о закреплении доли квоты добычи (вылова) водных биоресурсов, заключенном ранее с лицом, право которого на заключение договора о закреплении доли квоты добычи (вылова) водных биоресурсов было продано на таком аукционе в связи с прекращением права на добычу (вылов) водных биоресурсов</w:t>
      </w:r>
    </w:p>
    <w:p>
      <w:r>
        <w:rPr>
          <w:b/>
        </w:rPr>
        <w:t xml:space="preserve">6. </w:t>
      </w:r>
      <w:r>
        <w:t>В договоре о закреплении доли квоты добычи (вылова) водных биоресурсов во внутреннем водном объекте в качестве вида рыболовства предусматривается условие осуществления промышленного рыболовства</w:t>
      </w:r>
    </w:p>
    <w:p>
      <w:r>
        <w:rPr>
          <w:b/>
        </w:rPr>
        <w:t xml:space="preserve">7. </w:t>
      </w:r>
      <w:r>
        <w:t>В договоре о закреплении доли квоты добычи (вылова) водных биоресурсов в морских водах и в договоре о закреплении доли международной квоты, предоставленной Российской Федерации, в качестве вида рыболовства предусматриваются условия осуществления промышленного рыболовства и прибрежного рыболовства. Прибрежное рыболовство осуществляется в расчетном году по заявлению, поданному в федеральный орган исполнительной власти в области рыболовства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рыбного хозяйства, лицом, с которым заключен договор о закреплении доли квоты добычи (вылова) водных биоресурсов в морских водах или договор о закреплении доли международной квоты, предоставленной Российской Федерации. При выборе осуществления одновременно промышленного рыболовства и прибрежного рыболовства в заявлении также указываются сведения о размере части доли квоты, определенной для каждого вида рыболовства. При выборе осуществления только промышленного рыболовства заявление не подается. (В редакции федеральных законов от 15.10.2020 № 331-ФЗ, от 29.05.2024 № 101-ФЗ)</w:t>
      </w:r>
    </w:p>
    <w:p>
      <w:r>
        <w:rPr>
          <w:b/>
        </w:rPr>
        <w:t xml:space="preserve">8. </w:t>
      </w:r>
      <w:r>
        <w:t>Договор о закреплении доли квоты добычи (вылова) водных биоресурсов может заключаться по результатам аукциона в случаях, предусмотренных настоящим Федеральным законом. (Статья в редакции Федерального закона от 03.07.2016 № 349-ФЗ)</w:t>
      </w:r>
    </w:p>
    <w:p>
      <w:r>
        <w:rPr>
          <w:b/>
        </w:rPr>
        <w:t>Статья 332. Решение о предоставлении водных биоресурсов в пользование</w:t>
      </w:r>
    </w:p>
    <w:p>
      <w:r>
        <w:t>(Наименование в редакции Федерального закона от 28.12.2010 № 420-ФЗ)</w:t>
      </w:r>
    </w:p>
    <w:p>
      <w:r>
        <w:rPr>
          <w:b/>
        </w:rPr>
        <w:t xml:space="preserve">1. </w:t>
      </w:r>
      <w:r>
        <w:t>Решение о предоставлении водных биоресурсов в пользование принимается для осуществления: (В редакции Федерального закона от 28.12.2010 № 420-ФЗ) 1) рыболовства в научно-исследовательских и контрольных целях;</w:t>
      </w:r>
    </w:p>
    <w:p>
      <w:r>
        <w:rPr>
          <w:b/>
        </w:rPr>
        <w:t xml:space="preserve">2. </w:t>
      </w:r>
      <w:r>
        <w:t>В решении о предоставлении водных биоресурсов в пользование содержатся сведения о лице, у которого возникает право на добычу (вылов) водных биоресурсов, о виде рыболовства, сроке и об условиях использования водных биоресурсов и другие сведения. (В редакции Федерального закона от 28.12.2010 № 420-ФЗ)</w:t>
      </w:r>
    </w:p>
    <w:p>
      <w:r>
        <w:rPr>
          <w:b/>
        </w:rPr>
        <w:t xml:space="preserve">3. </w:t>
      </w:r>
      <w:r>
        <w:t>Порядок подготовки и принятия решения о предоставлении водных биоресурсов в пользование устанавливается Правительством Российской Федерации. (В редакции Федерального закона от 28.12.2010 № 420-ФЗ)</w:t>
      </w:r>
    </w:p>
    <w:p>
      <w:r>
        <w:rPr>
          <w:b/>
        </w:rPr>
        <w:t xml:space="preserve">1. </w:t>
      </w:r>
      <w:r>
        <w:t>рыболовства в учебных и культурно-просветительских целях</w:t>
      </w:r>
    </w:p>
    <w:p>
      <w:r>
        <w:rPr>
          <w:b/>
        </w:rPr>
        <w:t xml:space="preserve">1. </w:t>
      </w:r>
      <w:r>
        <w:t>рыболовства в целях аквакультуры (рыбоводства); (В редакции Федерального закона от 02.07.2013 № 148-ФЗ) 4) рыболовства в целях обеспечения традиционного образа жизни и осуществления традиционной хозяйственной деятельности коренных малочисленных народов Севера, Сибири и Дальнего Востока Российской Федерации</w:t>
      </w:r>
    </w:p>
    <w:p>
      <w:r>
        <w:rPr>
          <w:b/>
        </w:rPr>
        <w:t>Статья 333. Договор пользования рыболовным участком</w:t>
      </w:r>
    </w:p>
    <w:p>
      <w:r>
        <w:rPr>
          <w:b/>
        </w:rPr>
        <w:t xml:space="preserve">1. </w:t>
      </w:r>
      <w:r>
        <w:t>По договору пользования рыболовным участком одна сторона - орган государственной власти обязуется предоставить другой стороне - юридическому лицу или индивидуальному предпринимателю, общине коренных малочисленных народов Севера, Сибири и Дальнего Востока Российской Федерации право на добычу (вылов) водных биоресурсов на рыболовном участке</w:t>
      </w:r>
    </w:p>
    <w:p>
      <w:r>
        <w:rPr>
          <w:b/>
        </w:rPr>
        <w:t xml:space="preserve">2. </w:t>
      </w:r>
      <w:r>
        <w:t>В договоре пользования рыболовным участком указываются его стороны, предмет договора, срок его действия, вид рыболовства, иные условия</w:t>
      </w:r>
    </w:p>
    <w:p>
      <w:r>
        <w:rPr>
          <w:b/>
        </w:rPr>
        <w:t xml:space="preserve">3. </w:t>
      </w:r>
      <w:r>
        <w:t>Договор пользования рыболовным участком для осуществления в соответствии со статьей 291 настоящего Федерального закона добычи (вылова) анадромных видов рыб заключается на двадцать лет с указанием условий добычи (вылова) анадромных видов рыб, определенных комиссией по регулированию добычи (вылова) анадромных видов рыб</w:t>
      </w:r>
    </w:p>
    <w:p>
      <w:r>
        <w:rPr>
          <w:b/>
        </w:rPr>
        <w:t xml:space="preserve">4. </w:t>
      </w:r>
      <w:r>
        <w:t>Договор пользования рыболовным участком для осуществления в соответствии со статьей 291 настоящего Федерального закона добычи (вылова) анадромных видов рыб, заключенный с юридическим лицом или индивидуальным предпринимателем (за исключением общин коренных малочисленных народов Севера, Сибири и Дальнего Востока Российской Федерации, осуществляющих рыболовство в целях обеспечения ведения традиционного образа жизни и осуществления традиционной хозяйственной деятельности коренных малочисленных народов Севера, Сибири и Дальнего Востока Российской Федерации), должен содержать следующие обязательства указанных лиц</w:t>
      </w:r>
    </w:p>
    <w:p>
      <w:r>
        <w:rPr>
          <w:b/>
        </w:rPr>
        <w:t xml:space="preserve">5. </w:t>
      </w:r>
      <w:r>
        <w:t>В случае досрочного расторжения с юридическим лицом или индивидуальным предпринимателем договора, предусмотренного настоящей статьей, соглашение об участии в социально-экономическом развитии субъекта Российской Федерации, заключенное с этим лицом в соответствии с частью 4 статьи 291 настоящего Федерального закона, также подлежит досрочному расторжению</w:t>
      </w:r>
    </w:p>
    <w:p>
      <w:r>
        <w:rPr>
          <w:b/>
        </w:rPr>
        <w:t xml:space="preserve">6. </w:t>
      </w:r>
      <w:r>
        <w:t>Договор пользования рыболовным участком заключается по результатам торгов (конкурсов, аукционов) на право заключения такого договора, если иное не установлено настоящим Федеральным законом</w:t>
      </w:r>
    </w:p>
    <w:p>
      <w:r>
        <w:rPr>
          <w:b/>
        </w:rPr>
        <w:t xml:space="preserve">7. </w:t>
      </w:r>
      <w:r>
        <w:t>Юридические лица или индивидуальные предприниматели, общины коренных малочисленных народов Севера, Сибири и Дальнего Востока Российской Федерации, с которыми заключен договор пользования рыболовным участком, имеют право на заключение нового договора пользования данным рыболовным участком без проведения торгов (конкурсов, аукционов) при наличии в совокупности следующих условий</w:t>
      </w:r>
    </w:p>
    <w:p>
      <w:r>
        <w:rPr>
          <w:b/>
        </w:rPr>
        <w:t xml:space="preserve">8. </w:t>
      </w:r>
      <w:r>
        <w:t>(Часть утратила силу - Федеральный закон от 24.06.2025 № 165-ФЗ)</w:t>
      </w:r>
    </w:p>
    <w:p>
      <w:r>
        <w:rPr>
          <w:b/>
        </w:rPr>
        <w:t xml:space="preserve">9. </w:t>
      </w:r>
      <w:r>
        <w:t>За заключение в соответствии с частью 7 настоящей статьи нового договора пользования рыболовным участком для осуществления промышленного рыболовства и организации любительского рыболовства взимается плата в размере, срок и порядке, которые установлены Правительством Российской Федерации. (Дополнение частью - Федеральный закон от 24.06.2025 № 165-ФЗ)</w:t>
      </w:r>
    </w:p>
    <w:p>
      <w:r>
        <w:rPr>
          <w:b/>
        </w:rPr>
        <w:t xml:space="preserve">10. </w:t>
      </w:r>
      <w:r>
        <w:t>В случае невнесения платы за заключение договора пользования рыболовным участком в соответствии с частью 9 настоящей статьи орган государственной власти, заключивший такой договор, в течение трех рабочих дней с даты наступления срока оплаты направляет уведомление юридическому лицу или индивидуальному предпринимателю о необходимости внесения платы в десятидневный срок с даты направления указанного уведомления посредством электронной почты. (Дополнение частью - Федеральный закон от 24.06.2025 № 165-ФЗ)</w:t>
      </w:r>
    </w:p>
    <w:p>
      <w:r>
        <w:rPr>
          <w:b/>
        </w:rPr>
        <w:t xml:space="preserve">11. </w:t>
      </w:r>
      <w:r>
        <w:t>В случае невнесения платы за заключение договора пользования рыболовным участком в десятидневный срок с даты направления уведомления, указанного в части 10 настоящей статьи, орган государственной власти, заключивший такой договор, направляет в течение трех рабочих дней по истечении даты наступления указанного срока юридическому лицу или индивидуальному предпринимателю уведомление о расторжении в одностороннем порядке нового договора. (Дополнение частью - Федеральный закон от 24.06.2025 № 165-ФЗ)</w:t>
      </w:r>
    </w:p>
    <w:p>
      <w:r>
        <w:rPr>
          <w:b/>
        </w:rPr>
        <w:t xml:space="preserve">12. </w:t>
      </w:r>
      <w:r>
        <w:t>Договор, указанный в части 11 настоящей статьи, считается расторгнутым в одностороннем порядке с даты получения юридическим лицом или индивидуальным предпринимателем уведомления о расторжении в одностороннем порядке такого договора. (Дополнение частью - Федеральный закон от 24.06.2025 № 165-ФЗ)</w:t>
      </w:r>
    </w:p>
    <w:p>
      <w:r>
        <w:rPr>
          <w:b/>
        </w:rPr>
        <w:t xml:space="preserve">13. </w:t>
      </w:r>
      <w:r>
        <w:t>Порядок подготовки и заключения договора пользования рыболовным участком, а также форма примерного договора пользования рыболовным участком устанавливается Правительством Российской Федерации. (Дополнение частью - Федеральный закон от 24.06.2025 № 165-ФЗ) (Статья в редакции Федерального закона от 24.07.2023 № 384-ФЗ)</w:t>
      </w:r>
    </w:p>
    <w:p>
      <w:r>
        <w:rPr>
          <w:b/>
        </w:rPr>
        <w:t xml:space="preserve">4. </w:t>
      </w:r>
      <w:r>
        <w:t>осуществление искусственного воспроизводства водных биоресурсов в соответствии со статьей 45 настоящего Федерального закона при наличии рекомендаций научно-исследовательских организаций, подведомственных федеральному органу исполнительной власти в области рыболовства</w:t>
      </w:r>
    </w:p>
    <w:p>
      <w:r>
        <w:rPr>
          <w:b/>
        </w:rPr>
        <w:t xml:space="preserve">4. </w:t>
      </w:r>
      <w:r>
        <w:t>выполнение соглашения об участии в социально-экономическом развитии субъекта Российской Федерации</w:t>
      </w:r>
    </w:p>
    <w:p>
      <w:r>
        <w:rPr>
          <w:b/>
        </w:rPr>
        <w:t xml:space="preserve">4. </w:t>
      </w:r>
      <w:r>
        <w:t>осуществление производственного контроля в границах рыболовного участка</w:t>
      </w:r>
    </w:p>
    <w:p>
      <w:r>
        <w:rPr>
          <w:b/>
        </w:rPr>
        <w:t xml:space="preserve">7. </w:t>
      </w:r>
      <w:r>
        <w:t>заявление подано указанными лицами не позднее чем за два месяца до окончания срока действия договора пользования данным рыболовным участком</w:t>
      </w:r>
    </w:p>
    <w:p>
      <w:r>
        <w:rPr>
          <w:b/>
        </w:rPr>
        <w:t xml:space="preserve">7. </w:t>
      </w:r>
      <w:r>
        <w:t>договор пользования данным рыболовным участком не был расторгнут в соответствии со статьей 335 настоящего Федерального закона</w:t>
      </w:r>
    </w:p>
    <w:p>
      <w:r>
        <w:rPr>
          <w:b/>
        </w:rPr>
        <w:t xml:space="preserve">7. </w:t>
      </w:r>
      <w:r>
        <w:t>сведения о юридическом лице или индивидуальном предпринимателе отсутствуют в реестре недобросовестных участников аукциона, предусмотренном статьей 383 настоящего Федерального закона</w:t>
      </w:r>
    </w:p>
    <w:p>
      <w:r>
        <w:rPr>
          <w:b/>
        </w:rPr>
        <w:t xml:space="preserve">7. </w:t>
      </w:r>
      <w:r>
        <w:t>в период действия ранее заключенного договора пользования рыболовным участком отсутствуют сведения о нарушении законодательства в области рыболовства и сохранения водных биологических ресурсов, в результате чего был причинен крупный ущерб водным биоресурсам, размер и порядок определения которого устанавливаются Правительством Российской Федерации в соответствии с пунктом 3 части 2 статьи 13 настоящего Федерального закона</w:t>
      </w:r>
    </w:p>
    <w:p>
      <w:r>
        <w:rPr>
          <w:b/>
        </w:rPr>
        <w:t xml:space="preserve">7. </w:t>
      </w:r>
      <w:r>
        <w:t>у уполномоченного на заключение договора пользования рыболовным участком органа отсутствует информация от исполнительного органа субъекта Российской Федерации о неисполнении лицом обязательств по соглашению об участии в социально-экономическом развитии субъекта Российской Федерации в случае, если подано заявление о заключении нового договора пользования данным рыболовным участком для осуществления в соответствии со статьей 291 настоящего Федерального закона добычи (вылова) анадромных видов рыб</w:t>
      </w:r>
    </w:p>
    <w:p>
      <w:r>
        <w:rPr>
          <w:b/>
        </w:rPr>
        <w:t>Статья 334. Договор пользования водными биоресурсами</w:t>
      </w:r>
    </w:p>
    <w:p>
      <w:r>
        <w:t>(Наименование в редакции Федерального закона от 28.12.2010 № 420-ФЗ)</w:t>
      </w:r>
    </w:p>
    <w:p>
      <w:r>
        <w:rPr>
          <w:b/>
        </w:rPr>
        <w:t xml:space="preserve">1. </w:t>
      </w:r>
      <w:r>
        <w:t>Договор пользования водными биоресурсами заключается в целях осуществления промышленного рыболовства в отношении видов водных биоресурсов, общий допустимый улов которых не устанавливается, за исключением случаев, предусмотренных настоящим Федеральным законом. (В редакции федеральных законов от 28.12.2010 № 420-ФЗ; от 03.07.2016 № 349-ФЗ)</w:t>
      </w:r>
    </w:p>
    <w:p>
      <w:r>
        <w:rPr>
          <w:b/>
        </w:rPr>
        <w:t xml:space="preserve">2. </w:t>
      </w:r>
      <w:r>
        <w:t>По договору пользования водными биоресурсами одна сторона - орган государственной власти обязуется предоставить другой стороне - юридическому лицу или индивидуальному предпринимателю право на добычу (вылов) водных биоресурсов. (В редакции Федерального закона от 28.12.2010 № 420-ФЗ)</w:t>
      </w:r>
    </w:p>
    <w:p>
      <w:r>
        <w:rPr>
          <w:b/>
        </w:rPr>
        <w:t xml:space="preserve">21. </w:t>
      </w:r>
      <w:r>
        <w:t>(Дополнение частью - Федеральный закон от 28.12.2010 № 420-ФЗ) (Утратила силу - Федеральный закон от 03.07.2016 № 349-ФЗ)</w:t>
      </w:r>
    </w:p>
    <w:p>
      <w:r>
        <w:rPr>
          <w:b/>
        </w:rPr>
        <w:t xml:space="preserve">3. </w:t>
      </w:r>
      <w:r>
        <w:t>В договоре пользования водными биоресурсами указываются его стороны, предмет договора, срок его действия, вид рыболовства и иные условия. (В редакции Федерального закона от 28.12.2010 № 420-ФЗ)</w:t>
      </w:r>
    </w:p>
    <w:p>
      <w:r>
        <w:rPr>
          <w:b/>
        </w:rPr>
        <w:t xml:space="preserve">4. </w:t>
      </w:r>
      <w:r>
        <w:t>Договор пользования водными биоресурсами может заключаться по результатам аукциона в случаях, предусмотренных настоящим Федеральным законом. (В редакции Федерального закона от 28.12.2010 № 420-ФЗ)</w:t>
      </w:r>
    </w:p>
    <w:p>
      <w:r>
        <w:rPr>
          <w:b/>
        </w:rPr>
        <w:t xml:space="preserve">5. </w:t>
      </w:r>
      <w:r>
        <w:t>Порядок подготовки и заключения договора пользования водными биоресурсами, форма примерного договора пользования водными биоресурсами устанавливаются Правительством Российской Федерации. (В редакции Федерального закона от 28.12.2010 № 420-ФЗ)</w:t>
      </w:r>
    </w:p>
    <w:p>
      <w:r>
        <w:rPr>
          <w:b/>
        </w:rPr>
        <w:t>Статья 335. Досрочное расторжение договора о закреплении доли квоты добычи (вылова) водных биоресурсов, договора пользования рыболовным участком и договора пользования водными биоресурсами</w:t>
      </w:r>
    </w:p>
    <w:p>
      <w:r>
        <w:t>(Наименование в редакции федеральных законов от 28.12.2010 № 420-ФЗ; от 03.07.2016 № 349-ФЗ; от 26.11.2018 № 421-ФЗ)</w:t>
      </w:r>
    </w:p>
    <w:p>
      <w:r>
        <w:rPr>
          <w:b/>
        </w:rPr>
        <w:t xml:space="preserve">1. </w:t>
      </w:r>
      <w:r>
        <w:t>Договор о закреплении доли квоты добычи (вылова) водных биоресурсов, договор пользования рыболовным участком и договор пользования водными биоресурсами могут быть досрочно расторгнуты по требованию одной из сторон в соответствии с гражданским законодательством, настоящим Федеральным законом. (В редакции федеральных законов от 28.12.2010 № 420-ФЗ; от 03.07.2016 № 349-ФЗ; от 26.11.2018 № 421-ФЗ)</w:t>
      </w:r>
    </w:p>
    <w:p>
      <w:r>
        <w:rPr>
          <w:b/>
        </w:rPr>
        <w:t xml:space="preserve">2. </w:t>
      </w:r>
      <w:r>
        <w:t>На основании требования органа государственной власти, заключившего договоры, указанные в статьях 331, 333 и 334 настоящего Федерального закона, допускается их досрочное расторжение в случаях, предусмотренных частью 2 статьи 13 настоящего Федерального закона</w:t>
      </w:r>
    </w:p>
    <w:p>
      <w:r>
        <w:rPr>
          <w:b/>
        </w:rPr>
        <w:t xml:space="preserve">3. </w:t>
      </w:r>
      <w:r>
        <w:t>Договорами, указанными в статьях 331, 333 и 334 настоящего Федерального закона, могут быть установлены иные случаи их досрочного расторжения по требованию органа государственной власти, заключившего такие договоры, в соответствии с пунктом 2 статьи 450 Гражданского кодекса Российской Федерации</w:t>
      </w:r>
    </w:p>
    <w:p>
      <w:r>
        <w:rPr>
          <w:b/>
        </w:rPr>
        <w:t xml:space="preserve">4. </w:t>
      </w:r>
      <w:r>
        <w:t>(Часть утратила силу - Федеральный закон от 03.07.2016 № 349-ФЗ)</w:t>
      </w:r>
    </w:p>
    <w:p>
      <w:r>
        <w:rPr>
          <w:b/>
        </w:rPr>
        <w:t xml:space="preserve">5. </w:t>
      </w:r>
      <w:r>
        <w:t>Договор пользования рыболовным участком для осуществления в соответствии со статьей 291 настоящего Федерального закона добычи (вылова) анадромных видов рыб подлежит досрочному расторжению на основании требования органа государственной власти, заключившего такой договор, в соответствии с частями 2 и 3 настоящей статьи, а также в следующих случаях</w:t>
      </w:r>
    </w:p>
    <w:p>
      <w:r>
        <w:rPr>
          <w:b/>
        </w:rPr>
        <w:t xml:space="preserve">6. </w:t>
      </w:r>
      <w:r>
        <w:t>В случае незаключения в срок, указанный в части 5 статьи 291 настоящего Федерального закона, юридическим лицом или индивидуальным предпринимателем соглашения об участии в социально-экономическом развитии субъекта Российской Федерации либо досрочного расторжения такого соглашения орган государственной власти, заключивший договор пользования рыболовным участком для осуществления в соответствии со статьей 291 настоящего Федерального закона добычи (вылова) анадромных видов рыб, направляет уведомление юридическому лицу или индивидуальному предпринимателю о расторжении в одностороннем порядке такого договора. (Дополнение частью - Федеральный закон от 24.07.2023 № 384-ФЗ)</w:t>
      </w:r>
    </w:p>
    <w:p>
      <w:r>
        <w:rPr>
          <w:b/>
        </w:rPr>
        <w:t xml:space="preserve">7. </w:t>
      </w:r>
      <w:r>
        <w:t>Договор, указанный в части 6 настоящей статьи, считается расторгнутым в одностороннем порядке с даты получения указанного уведомления, направленного органом государственной власти, который является одной из сторон такого договора. (Дополнение частью - Федеральный закон от 24.07.2023 № 384-ФЗ) (Дополнение статьей - Федеральный закон от 03.12.2008 № 250-ФЗ)</w:t>
      </w:r>
    </w:p>
    <w:p>
      <w:r>
        <w:rPr>
          <w:b/>
        </w:rPr>
        <w:t xml:space="preserve">5. </w:t>
      </w:r>
      <w:r>
        <w:t>в случае несоблюдения юридическим лицом или индивидуальным предпринимателем одного из обязательств, предусмотренных частью 4 статьи 333 настоящего Федерального закона</w:t>
      </w:r>
    </w:p>
    <w:p>
      <w:r>
        <w:rPr>
          <w:b/>
        </w:rPr>
        <w:t xml:space="preserve">5. </w:t>
      </w:r>
      <w:r>
        <w:t>в случае незаключения в срок, указанный в части 5 статьи 291 настоящего Федерального закона, юридическим лицом или индивидуальным предпринимателем соглашения об участии в социально-экономическом развитии субъекта Российской Федерации либо досрочного расторжения такого соглашения. (Дополнение частью - Федеральный закон от 24.07.2023 № 384-ФЗ)</w:t>
      </w:r>
    </w:p>
    <w:p>
      <w:r>
        <w:rPr>
          <w:b/>
        </w:rPr>
        <w:t>Статья 336. Изменение договора о закреплении доли квоты добычи (вылова) водных биоресурсов, договора пользования рыболовным участком, договора пользования водными биоресурсами</w:t>
      </w:r>
    </w:p>
    <w:p>
      <w:r>
        <w:t>(Наименование в редакции федеральных законов от 28.12.2010 № 420-ФЗ; от 03.07.2016 № 349-ФЗ; от 26.11.2018 № 421-ФЗ)</w:t>
      </w:r>
    </w:p>
    <w:p>
      <w:r>
        <w:rPr>
          <w:b/>
        </w:rPr>
        <w:t xml:space="preserve">1. </w:t>
      </w:r>
      <w:r>
        <w:t>Изменение договора о закреплении доли квоты добычи (вылова) водных биоресурсов, договора пользования рыболовным участком, договора пользования водными биоресурсами осуществляется в соответствии с гражданским законодательством, настоящим Федеральным законом. (В редакции федеральных законов от 28.12.2010 № 420-ФЗ; от 03.07.2016 № 349-ФЗ; от 26.11.2018 № 421-ФЗ)</w:t>
      </w:r>
    </w:p>
    <w:p>
      <w:r>
        <w:rPr>
          <w:b/>
        </w:rPr>
        <w:t xml:space="preserve">2. </w:t>
      </w:r>
      <w:r>
        <w:t>При изменении договоров, указанных в статьях 331, 333 и 334 настоящего Федерального закона, в связи с установлением запрета на рыболовство в определенных районах и рыболовство отдельных видов водных биоресурсов обязательства сторон по указанным договорам сохраняются. (Дополнение статьей - Федеральный закон от 03.12.2008 № 250-ФЗ)</w:t>
      </w:r>
    </w:p>
    <w:p>
      <w:r>
        <w:rPr>
          <w:b/>
        </w:rPr>
        <w:t>Статья 337. Договор о закреплении и предоставлении доли квоты добычи (вылова) водных биоресурсов на инвестиционные цели</w:t>
      </w:r>
    </w:p>
    <w:p>
      <w:r>
        <w:rPr>
          <w:b/>
        </w:rPr>
        <w:t xml:space="preserve">1. </w:t>
      </w:r>
      <w:r>
        <w:t>Договор о закреплении и предоставлении доли квоты добычи (вылова) водных биоресурсов на инвестиционные цели заключается в целях осуществления промышленного рыболовства и (или) прибрежного рыболовства в отношении видов водных биоресурсов, общий допустимый улов которых устанавливается и распределяется применительно к квотам, указанным в пунктах 11 и 13 части 1 статьи 30 настоящего Федерального закона. (В редакции Федерального закона от 29.12.2022 № 644-ФЗ)</w:t>
      </w:r>
    </w:p>
    <w:p>
      <w:r>
        <w:rPr>
          <w:b/>
        </w:rPr>
        <w:t xml:space="preserve">2. </w:t>
      </w:r>
      <w:r>
        <w:t>По договору о закреплении и предоставлении доли квоты добычи (вылова) водных биоресурсов на инвестиционные цели одна сторона - орган государственной власти обязуется закрепить и предоставить право на добычу (вылов) водных биоресурсов другой стороне - юридическому лицу или индивидуальному предпринимателю, указанным в статье 293 настоящего Федерального закона. Право на добычу (вылов) водных биоресурсов закрепляется за лицом, указанным в части 8 статьи 293 настоящего Федерального закона, на период реализации инвестиционного проекта. Право на добычу (вылов) водных биоресурсов предоставляется на пятнадцать лет лицу, с которым заключен договор о закреплении и предоставлении доли квоты добычи (вылова) водных биоресурсов на инвестиционные цели и которому принадлежит на праве собственности или на основании договора финансовой аренды (договора лизинга) введенный в эксплуатацию объект инвестиций, имущественные права на который зарегистрированы в соответствии с законодательством Российской Федерации. (В редакции Федерального закона от 29.12.2022 № 644-ФЗ)</w:t>
      </w:r>
    </w:p>
    <w:p>
      <w:r>
        <w:rPr>
          <w:b/>
        </w:rPr>
        <w:t xml:space="preserve">3. </w:t>
      </w:r>
      <w:r>
        <w:t>В договоре о закреплении и предоставлении доли квоты добычи (вылова) водных биоресурсов на инвестиционные цели указываются его стороны, предмет договора, срок его действия, объект инвестиций, виды водных биоресурсов, районы добычи (вылова), виды рыболовства, размер доли квоты добычи (вылова) водных биоресурсов, сроки предоставления права на добычу (вылов) водных биоресурсов, сведения об условиях обеспечения реализации инвестиционных проектов, предусмотренные частью 8 статьи 293 настоящего Федерального закона, положения инвестиционного проекта, а также особые условия, предусматривающие</w:t>
      </w:r>
    </w:p>
    <w:p>
      <w:r>
        <w:rPr>
          <w:b/>
        </w:rPr>
        <w:t xml:space="preserve">4. </w:t>
      </w:r>
      <w:r>
        <w:t>Основаниями для досрочного расторжения договора о закреплении и предоставлении доли квоты добычи (вылова) водных биоресурсов на инвестиционные цели являются</w:t>
      </w:r>
    </w:p>
    <w:p>
      <w:r>
        <w:rPr>
          <w:b/>
        </w:rPr>
        <w:t xml:space="preserve">5. </w:t>
      </w:r>
      <w:r>
        <w:t>В случае досрочного расторжения договора о закреплении и предоставлении доли квоты добычи (вылова) водных биоресурсов на инвестиционные цели принудительному прекращению подлежат объемы прав на добычу (вылов) водных биоресурсов, заявленные лицом, с которым заключен договор о закреплении и предоставлении доли квоты добычи (вылова) водных биоресурсов на инвестиционные цели, в качестве обеспечения реализации инвестиционных проектов. Порядок подготовки и заключения договора о закреплении и предоставлении доли квоты добычи (вылова) водных биоресурсов на инвестиционные цели, примерная форма договора о закреплении и предоставлении доли квоты добычи (вылова) водных биоресурсов на инвестиционные цели, федеральный орган государственной власти, осуществляющий контроль за исполнением инвестиционных проектов, устанавливаются Правительством Российской Федерации. (Дополнение статьей - Федеральный закон от 03.07.2016 № 349-ФЗ)</w:t>
      </w:r>
    </w:p>
    <w:p>
      <w:r>
        <w:rPr>
          <w:b/>
        </w:rPr>
        <w:t xml:space="preserve">3. </w:t>
      </w:r>
      <w:r>
        <w:t>соблюдение графика строительства и ввода в эксплуатацию объекта инвестиций или соблюдение графика инвестиций и ввода в эксплуатацию объекта инвестиций</w:t>
      </w:r>
    </w:p>
    <w:p>
      <w:r>
        <w:rPr>
          <w:b/>
        </w:rPr>
        <w:t xml:space="preserve">3. </w:t>
      </w:r>
      <w:r>
        <w:t>ежегодное производство в течение двух лет подряд рыбной продукции из видов водных биоресурсов, которые указаны в таком договоре, в размере не менее шестидесяти процентов совокупного объема квот добычи (вылова) водных биоресурсов, указанных в пункте 11 или 13 части 1 статьи 30 настоящего Федерального закона, распределенного лицу, которому принадлежит на праве собственности или на основании договора финансовой аренды (договора лизинга) производственный объект, указанный в части 1 статьи 293 настоящего Федерального закона. Форма и порядок предоставления сведений о соблюдении указанного в настоящем пункте особого условия, порядок расчета объема производства рыбной продукции с учетом коэффициентов производства рыбной продукции устанавливаются Правительством Российской Федерации. (Часть в редакции Федерального закона от 29.12.2022 № 644-ФЗ)</w:t>
      </w:r>
    </w:p>
    <w:p>
      <w:r>
        <w:rPr>
          <w:b/>
        </w:rPr>
        <w:t xml:space="preserve">4. </w:t>
      </w:r>
      <w:r>
        <w:t>несоблюдение одного из особых условий договора о закреплении и предоставлении доли квоты добычи (вылова) водных биоресурсов на инвестиционные цели, указанных в части 3 настоящей статьи</w:t>
      </w:r>
    </w:p>
    <w:p>
      <w:r>
        <w:rPr>
          <w:b/>
        </w:rPr>
        <w:t xml:space="preserve">4. </w:t>
      </w:r>
      <w:r>
        <w:t>переход права на объект инвестиций от лица, с которым заключен договор о закреплении и предоставлении доли квоты добычи (вылова) водных биоресурсов на инвестиционные цели, к другому лицу путем отчуждения, за исключением случаев перехода права собственности на объект инвестиций от лица, с которым заключен договор о закреплении и предоставлении доли квоты добычи (вылова) водных биоресурсов на инвестиционные цели, к лизинговой компании (фирме), являющейся резидентом Российской Федерации, при условии одновременного заключения таким лицом договора финансовой аренды (договора лизинга) объекта инвестиций с указанной лизинговой компанией и уведомлением об этом федерального органа исполнительной власти в области рыболовства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рыбного хозяйства; (В редакции федеральных законов от 29.12.2022 № 644-ФЗ, от 29.05.2024 № 101-ФЗ) 3) иные случаи, установленные пунктами 2 - 5 части 1, частью 2 статьи 13 и статьей 335 настоящего Федерального закона</w:t>
      </w:r>
    </w:p>
    <w:p>
      <w:r>
        <w:rPr>
          <w:b/>
        </w:rPr>
        <w:t>Статья 338. Договор о закреплении и предоставлении доли квоты добычи (вылова) крабов в инвестиционных целях</w:t>
      </w:r>
    </w:p>
    <w:p>
      <w:r>
        <w:rPr>
          <w:b/>
        </w:rPr>
        <w:t xml:space="preserve">1. </w:t>
      </w:r>
      <w:r>
        <w:t>Договор о закреплении и предоставлении доли квоты добычи (вылова) крабов в инвестиционных целях заключается для осуществления промышленного рыболовства и (или) прибрежного рыболовства в отношении видов крабов, общий допустимый улов которых устанавливается и распределяется применительно к квоте добычи (вылова) водных биоресурсов, указанной в пункте 12 или 14 части 1 статьи 30 настоящего Федерального закона</w:t>
      </w:r>
    </w:p>
    <w:p>
      <w:r>
        <w:rPr>
          <w:b/>
        </w:rPr>
        <w:t xml:space="preserve">2. </w:t>
      </w:r>
      <w:r>
        <w:t>По договору о закреплении и предоставлении доли квоты добычи (вылова) крабов в инвестиционных целях одна сторона - орган государственной власти обязуется закрепить и предоставить на пятнадцать лет право на добычу (вылов) крабов другой стороне - юридическому лицу или индивидуальному предпринимателю, указанным в части 1 статьи 294 настоящего Федерального закона, которая обязуется реализовать проекты по строительству объектов на территории Российской Федерации, включая введение в эксплуатацию и регистрацию имущественных прав на такие объекты в соответствии с законодательством Российской Федерации. Перечень таких объектов устанавливается Правительством Российской Федерации</w:t>
      </w:r>
    </w:p>
    <w:p>
      <w:r>
        <w:rPr>
          <w:b/>
        </w:rPr>
        <w:t xml:space="preserve">3. </w:t>
      </w:r>
      <w:r>
        <w:t>Право на добычу (вылов) крабов закрепляется за лицом, указанным в части 1 статьи 294 настоящего Федерального закона, по результатам аукциона, проводимого в соответствии со статьей 381 настоящего Федерального закона, или в случае признания аукциона несостоявшимся за лицом, указанным в части 12 статьи 381 настоящего Федерального закона. Право на добычу (вылов) крабов предоставляется лицу, с которым заключен договор о предоставлении доли квоты добычи (вылова) крабов в инвестиционных целях: (В редакции Федерального закона от 24.07.2023 № 384-ФЗ) 1) в случае заключения договора о закреплении и предоставлении доли квоты добычи (вылова) крабов в инвестиционных целях по результатам аукциона или в соответствии с частью 12 статьи 381 настоящего Федерального закона до 20 декабря года, в котором проводится аукцион, - с 1 января следующего года; (В редакции Федерального закона от 24.07.2023 № 384-ФЗ) 2) в случае заключения договора о закреплении и предоставлении доли квоты добычи (вылова) крабов в инвестиционных целях по результатам аукциона или в соответствии с частью 12 статьи 381 настоящего Федерального закона после 20 декабря года, в котором проводится аукцион, - с 1 января второго года, следующего за годом проведения аукциона. (В редакции Федерального закона от 24.07.2023 № 384-ФЗ)</w:t>
      </w:r>
    </w:p>
    <w:p>
      <w:r>
        <w:rPr>
          <w:b/>
        </w:rPr>
        <w:t xml:space="preserve">4. </w:t>
      </w:r>
      <w:r>
        <w:t>Требования к проектам по строительству объектов на территории Российской Федерации, примерная стоимость, сроки реализации указанных проектов и требования к объектам, строительство которых предусмотрено указанными проектами, включая их технические характеристики, утверждаются Правительством Российской Федерации</w:t>
      </w:r>
    </w:p>
    <w:p>
      <w:r>
        <w:rPr>
          <w:b/>
        </w:rPr>
        <w:t xml:space="preserve">5. </w:t>
      </w:r>
      <w:r>
        <w:t>В договоре о закреплении и предоставлении доли квоты добычи (вылова) крабов в инвестиционных целях указываются его стороны, предмет договора, срок его действия, виды крабов, район добычи (вылова), виды рыболовства, размер доли квоты добычи (вылова) крабов в инвестиционных целях, срок предоставления права на добычу (вылов) крабов, утвержденные в соответствии с частью 4 настоящей статьи требования к проекту, сроки его реализации (в том числе график реализации), включая срок начала реализации не позднее одного года с даты заключения договора о закреплении и предоставлении доли квоты добычи (вылова) крабов в инвестиционных целях, требования к объекту, строительство которого предусмотрено указанным проектом, включая технические характеристики объекта, основания для досрочного расторжения такого договора</w:t>
      </w:r>
    </w:p>
    <w:p>
      <w:r>
        <w:rPr>
          <w:b/>
        </w:rPr>
        <w:t xml:space="preserve">6. </w:t>
      </w:r>
      <w:r>
        <w:t>Основаниями для досрочного расторжения договора о закреплении и предоставлении доли квоты добычи (вылова) крабов в инвестиционных целях являются</w:t>
      </w:r>
    </w:p>
    <w:p>
      <w:r>
        <w:rPr>
          <w:b/>
        </w:rPr>
        <w:t xml:space="preserve">7. </w:t>
      </w:r>
      <w:r>
        <w:t>Примерная форма, порядок подготовки и заключения договора о закреплении и предоставлении доли квоты добычи (вылова) крабов в инвестиционных целях, порядок проверки соответствия (несоответствия) проектов, предусмотренных частью 2 настоящей статьи, и объектов, строительство которых предусмотрено этими проектами, требованиям к этим проектам и объектам, предусмотренным в таком договоре, федеральный орган исполнительной власти, уполномоченный на осуществление данной проверки, устанавливаются Правительством Российской Федерации. (Дополнение статьей - Федеральный закон от 01.05.2019 № 86-ФЗ) (В редакции Федерального закона от 29.12.2022 № 644-ФЗ)</w:t>
      </w:r>
    </w:p>
    <w:p>
      <w:r>
        <w:rPr>
          <w:b/>
        </w:rPr>
        <w:t xml:space="preserve">6. </w:t>
      </w:r>
      <w:r>
        <w:t>несоблюдение срока реализации и (или) графика реализации проекта, указанного в таком договоре</w:t>
      </w:r>
    </w:p>
    <w:p>
      <w:r>
        <w:rPr>
          <w:b/>
        </w:rPr>
        <w:t xml:space="preserve">6. </w:t>
      </w:r>
      <w:r>
        <w:t>несоответствие проекта, предусмотренного договором, требованиям к проекту, указанным в таком договоре</w:t>
      </w:r>
    </w:p>
    <w:p>
      <w:r>
        <w:rPr>
          <w:b/>
        </w:rPr>
        <w:t xml:space="preserve">6. </w:t>
      </w:r>
      <w:r>
        <w:t>несоответствие объекта, построенного на основании такого договора, требованиям к объекту, предусмотренным в таком договоре</w:t>
      </w:r>
    </w:p>
    <w:p>
      <w:r>
        <w:rPr>
          <w:b/>
        </w:rPr>
        <w:t xml:space="preserve">6. </w:t>
      </w:r>
      <w:r>
        <w:t>переход права собственности на объект, построенный на основании такого договора, от лица, с которым заключен такой договор, к другому лицу</w:t>
      </w:r>
    </w:p>
    <w:p>
      <w:r>
        <w:rPr>
          <w:b/>
        </w:rPr>
        <w:t xml:space="preserve">6. </w:t>
      </w:r>
      <w:r>
        <w:t>иные случаи, установленные пунктами 2 - 5 части 1, частью 2 статьи 13 и статьей 335 настоящего Федерального закона</w:t>
      </w:r>
    </w:p>
    <w:p>
      <w:pPr>
        <w:pStyle w:val="Heading3"/>
      </w:pPr>
      <w:r>
        <w:t>РАЗРЕШЕНИЕ НА ДОБЫЧУ (ВЫЛОВ) ВОДНЫХ БИОРЕСУРСОВ</w:t>
      </w:r>
    </w:p>
    <w:p>
      <w:r>
        <w:rPr>
          <w:b/>
        </w:rPr>
        <w:t>Статья 34. Разрешение на добычу (вылов) водных биоресурсов</w:t>
      </w:r>
    </w:p>
    <w:p>
      <w:r>
        <w:rPr>
          <w:b/>
        </w:rPr>
        <w:t xml:space="preserve">1. </w:t>
      </w:r>
      <w:r>
        <w:t>Разрешение на добычу (вылов) водных биоресурсов выдается</w:t>
      </w:r>
    </w:p>
    <w:p>
      <w:r>
        <w:rPr>
          <w:b/>
        </w:rPr>
        <w:t xml:space="preserve">2. </w:t>
      </w:r>
      <w:r>
        <w:t>Разрешение на добычу (вылов) водных биоресурсов выдается в форме электронного документа, подписанного усиленной квалифицированной электронной подписью уполномоченного должностного лица федерального органа исполнительной власти в области рыболовства, в том числе с использованием федеральной государственной информационной системы "Единый портал государственных и муниципальных услуг (функций)". Разрешение на добычу (вылов) водных биоресурсов может быть выдано в форме документа на бумажном носителе по желанию лица, обратившегося с заявлением о выдаче такого разрешения, в случае, если указанным лицом осуществляется ведение рыболовного журнала в форме документа на бумажном носителе в соответствии со статьей 251 настоящего Федерального закона</w:t>
      </w:r>
    </w:p>
    <w:p>
      <w:r>
        <w:rPr>
          <w:b/>
        </w:rPr>
        <w:t xml:space="preserve">3. </w:t>
      </w:r>
      <w:r>
        <w:t>Разрешение на добычу (вылов) водных биоресурсов и документы, позволяющие достоверно установить внесение изменений в указанное разрешение, приостановление его действия или его аннулирование, должны находиться на каждом судне, используемом для осуществления рыболовства, а также у лиц, осуществляющих добычу (вылов) таких водных биоресурсов без использования судов. На каждом судне, используемом для осуществления рыболовства, а также лицами, осуществляющими рыболовство без использования судов, должен быть обеспечен доступ должностным лицам федеральных органов исполнительной власти, осуществляющих федеральный государственный контроль (надзор) в области рыболовства и сохранения водных биологических ресурсов, к разрешению на добычу (вылов) водных биоресурсов и документам, позволяющим достоверно установить внесение изменений в указанное разрешение, приостановление его действия или его аннулирование</w:t>
      </w:r>
    </w:p>
    <w:p>
      <w:r>
        <w:rPr>
          <w:b/>
        </w:rPr>
        <w:t xml:space="preserve">4. </w:t>
      </w:r>
      <w:r>
        <w:t>Бланк разрешения на добычу (вылов) водных биоресурсов является документом строгой отчетности, имеет учетные серию и номер</w:t>
      </w:r>
    </w:p>
    <w:p>
      <w:r>
        <w:rPr>
          <w:b/>
        </w:rPr>
        <w:t xml:space="preserve">5. </w:t>
      </w:r>
      <w:r>
        <w:t>Разрешение на добычу (вылов) водных биоресурсов выдается в отношении каждого судна, используемого для осуществления рыболовства</w:t>
      </w:r>
    </w:p>
    <w:p>
      <w:r>
        <w:rPr>
          <w:b/>
        </w:rPr>
        <w:t xml:space="preserve">6. </w:t>
      </w:r>
      <w:r>
        <w:t>Копии разрешений на добычу (вылов) водных биоресурсов, выданных в форме документа на бумажном носителе, информацию о разрешении на добычу (вылов) водных биоресурсов, выданном в форме электронного документа, подписанного усиленной квалифицированной электронной подписью уполномоченного должностного лица федерального органа исполнительной власти в области рыболовства, а также информацию о внесении изменений в выданное разрешение на добычу (вылов) водных биоресурсов, о приостановлении его действия или о его аннулировании федеральный орган исполнительной власти в области рыболовства, выдавший такое разрешение, направляет посредством почтовой связи, электросвязи или с использованием единой системы межведомственного электронного взаимодействия в органы федеральной службы безопасности, предусмотренные Федеральным законом от 3 апреля 1995 года № 40-ФЗ "О федеральной службе безопасности". (Статья в редакции Федерального закона от 28.06.2022 № 229-ФЗ)</w:t>
      </w:r>
    </w:p>
    <w:p>
      <w:r>
        <w:rPr>
          <w:b/>
        </w:rPr>
        <w:t xml:space="preserve">1. </w:t>
      </w:r>
      <w:r>
        <w:t>при осуществлении промышленного рыболовства</w:t>
      </w:r>
    </w:p>
    <w:p>
      <w:r>
        <w:rPr>
          <w:b/>
        </w:rPr>
        <w:t xml:space="preserve">1. </w:t>
      </w:r>
      <w:r>
        <w:t>при осуществлении прибрежного рыболовства</w:t>
      </w:r>
    </w:p>
    <w:p>
      <w:r>
        <w:rPr>
          <w:b/>
        </w:rPr>
        <w:t xml:space="preserve">1. </w:t>
      </w:r>
      <w:r>
        <w:t>при осуществлении рыболовства в научно-исследовательских и контрольных целях</w:t>
      </w:r>
    </w:p>
    <w:p>
      <w:r>
        <w:rPr>
          <w:b/>
        </w:rPr>
        <w:t xml:space="preserve">1. </w:t>
      </w:r>
      <w:r>
        <w:t>при осуществлении рыболовства в учебных и культурно-просветительских целях</w:t>
      </w:r>
    </w:p>
    <w:p>
      <w:r>
        <w:rPr>
          <w:b/>
        </w:rPr>
        <w:t xml:space="preserve">1. </w:t>
      </w:r>
      <w:r>
        <w:t>при осуществлении рыболовства в целях аквакультуры (рыбоводства)</w:t>
      </w:r>
    </w:p>
    <w:p>
      <w:r>
        <w:rPr>
          <w:b/>
        </w:rPr>
        <w:t xml:space="preserve">1. </w:t>
      </w:r>
      <w:r>
        <w:t>при осуществлении организации любительского рыболовства</w:t>
      </w:r>
    </w:p>
    <w:p>
      <w:r>
        <w:rPr>
          <w:b/>
        </w:rPr>
        <w:t xml:space="preserve">1. </w:t>
      </w:r>
      <w:r>
        <w:t>в иных предусмотренных настоящим Федеральным законом случаях</w:t>
      </w:r>
    </w:p>
    <w:p>
      <w:r>
        <w:rPr>
          <w:b/>
        </w:rPr>
        <w:t>Статья 35. Содержание разрешения на добычу (вылов) водных биоресурсов</w:t>
      </w:r>
    </w:p>
    <w:p>
      <w:r>
        <w:t>В разрешении на добычу (вылов) водных биоресурсов в зависимости от вида рыболовства должны быть указаны</w:t>
      </w:r>
    </w:p>
    <w:p>
      <w:r>
        <w:t>сведения о лицах, которым предоставлено право на добычу (вылов) водных биоресурсов, судне, которое осуществляет рыболовство, районе добычи (вылова) водных биоресурсов и (или) рыболовном участке; (В редакции федеральных законов от 06.12.2007 № 333-ФЗ; от 28.12.2010 № 420-ФЗ; от 03.07.2016 № 349-ФЗ) 2) виды водных биоресурсов, разрешенных для добычи (вылова)</w:t>
      </w:r>
    </w:p>
    <w:p>
      <w:r>
        <w:t>квоты добычи (вылова) водных биоресурсов (если они установлены); (В редакции Федерального закона от 03.12.2008 № 250-ФЗ) 4) орудия, способы и сроки добычи (вылова) водных биоресурсов</w:t>
      </w:r>
    </w:p>
    <w:p>
      <w:r>
        <w:t>требования к охране окружающей среды</w:t>
      </w:r>
    </w:p>
    <w:p>
      <w:r>
        <w:t>иные регламентирующие добычу (вылов) водных биоресурсов и обеспечивающие сохранение среды их обитания условия</w:t>
      </w:r>
    </w:p>
    <w:p>
      <w:r>
        <w:rPr>
          <w:b/>
        </w:rPr>
        <w:t>Статья 36. Оформление, выдача, регистрация разрешений на добычу (вылов) водных биоресурсов и внесение изменений в такие разрешения</w:t>
      </w:r>
    </w:p>
    <w:p>
      <w:r>
        <w:rPr>
          <w:b/>
        </w:rPr>
        <w:t xml:space="preserve">1. </w:t>
      </w:r>
      <w:r>
        <w:t>Оформление, выдача, регистрация разрешений на добычу (вылов) водных биоресурсов и внесение изменений в такие разрешения осуществляются федеральным органом исполнительной власти в области рыболовства. Заявления о выдаче разрешений на добычу (вылов) водных биоресурсов и о внесении изменений в такие разрешения могут подаваться в форме документа на бумажном носителе либо в форме электронного документа, подписанного усиленной квалифицированной электронной подписью или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в том числе с использованием федеральной государственной информационной системы "Единый портал государственных и муниципальных услуг (функций)"</w:t>
      </w:r>
    </w:p>
    <w:p>
      <w:r>
        <w:rPr>
          <w:b/>
        </w:rPr>
        <w:t xml:space="preserve">2. </w:t>
      </w:r>
      <w:r>
        <w:t>Допускается внесение изменений в выданные разрешения на добычу (вылов) водных биоресурсов в случаях изменения или уточнения районов добычи (вылова) водных биоресурсов, квот добычи (вылова) водных биоресурсов, для которых установлен общий допустимый улов, или объемов добычи (вылова) водных биоресурсов, для которых общий допустимый улов не устанавливается, орудий и способов добычи (вылова) водных биоресурсов, сроков действия указанных разрешений, изменения сведений о лицах, которым предоставлено право на добычу (вылов) водных биоресурсов, и лицах, ответственных за внесение информации в рыболовный журнал, замены капитанов судов и судоводителей, исправления ошибок в выданных разрешениях на добычу (вылов) водных биоресурсов и в иных требующих безотлагательного решения случаях</w:t>
      </w:r>
    </w:p>
    <w:p>
      <w:r>
        <w:rPr>
          <w:b/>
        </w:rPr>
        <w:t xml:space="preserve">3. </w:t>
      </w:r>
      <w:r>
        <w:t>Изменения в разрешение на добычу (вылов) водных биоресурсов, выданное в форме документа на бумажном носителе, вносятся уполномоченным федеральным органом исполнительной власти в области рыболовства, выдавшим такое разрешение, непосредственно в подлинник такого разрешения, либо вносятся в форме электронного документа, подписанного усиленной квалифицированной электронной подписью уполномоченного должностного лица указанного органа, в том числе с использованием федеральной государственной информационной системы "Единый портал государственных и муниципальных услуг (функций)", либо посредством почтовой связи или электросвязи направляются документы, позволяющие достоверно установить внесение изменений в такое разрешение, приостановление его действия или его аннулирование, и являются неотъемлемой частью такого разрешения. Изменения в разрешение на добычу (вылов) водных биоресурсов, выданное в форме электронного документа, подписанного усиленной квалифицированной электронной подписью уполномоченного должностного лица федерального органа исполнительной власти в области рыболовства, вносятся уполномоченным федеральным органом исполнительной власти в области рыболовства, выдавшим такое разрешение, в форме электронного документа, подписанного усиленной квалифицированной электронной подписью уполномоченного должностного лица указанного органа, и являются неотъемлемой частью такого разрешения</w:t>
      </w:r>
    </w:p>
    <w:p>
      <w:r>
        <w:rPr>
          <w:b/>
        </w:rPr>
        <w:t xml:space="preserve">4. </w:t>
      </w:r>
      <w:r>
        <w:t>Порядок оформления, выдачи, регистрации разрешений на добычу (вылов) водных биоресурсов и внесения в них изменений устанавливается Правительством Российской Федерации. (Статья в редакции Федерального закона от 28.06.2022 № 229-ФЗ)</w:t>
      </w:r>
    </w:p>
    <w:p>
      <w:r>
        <w:rPr>
          <w:b/>
        </w:rPr>
        <w:t>Статья 37. Приостановление действия разрешения на добычу (вылов) водных биоресурсов и аннулирование разрешения на добычу (вылов) водных биоресурсов</w:t>
      </w:r>
    </w:p>
    <w:p>
      <w:r>
        <w:rPr>
          <w:b/>
        </w:rPr>
        <w:t xml:space="preserve">1. </w:t>
      </w:r>
      <w:r>
        <w:t>Действие разрешения на добычу (вылов) водных биоресурсов может быть приостановлено или такое разрешение может быть аннулировано до истечения установленного срока его действия федеральным органом исполнительной власти в области рыболовства в соответствии с основаниями прекращения права на добычу (вылов) водных биоресурсов</w:t>
      </w:r>
    </w:p>
    <w:p>
      <w:r>
        <w:rPr>
          <w:b/>
        </w:rPr>
        <w:t xml:space="preserve">2. </w:t>
      </w:r>
      <w:r>
        <w:t>Действие разрешения на добычу (вылов) водных биоресурсов подлежит приостановлению федеральным органом исполнительной власти в области рыболовства до истечения установленного срока его действия при установлении федеральным органом исполнительной власти, уполномоченным на осуществление проверки, указанной в части 7 статьи 338 настоящего Федерального закона, фактов, предусмотренных пунктами 1 - 3 части 6 статьи 338 настоящего Федерального закона. (В редакции Федерального закона от 29.05.2024 № 101-ФЗ)</w:t>
      </w:r>
    </w:p>
    <w:p>
      <w:r>
        <w:rPr>
          <w:b/>
        </w:rPr>
        <w:t xml:space="preserve">3. </w:t>
      </w:r>
      <w:r>
        <w:t>Порядок приостановления действия разрешения на добычу (вылов) водных биоресурсов и порядок аннулирования такого разрешения устанавливаются Правительством Российской Федерации, если иное не предусмотрено Федеральным законом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Приостановление действия разрешения на добычу (вылов) водных биоресурсов или его аннулирование осуществляется уполномоченным федеральным органом исполнительной власти в области рыболовства, выдавшим такое разрешение, путем внесения записи непосредственно в подлинник такого разрешения, выданного в форме документа на бумажном носителе или в форме электронного документа, подписанного усиленной квалифицированной электронной подписью уполномоченного должностного лица указанного органа, в том числе с использованием федеральной государственной информационной системы "Единый портал государственных и муниципальных услуг (функций)", либо путем направления документов о приостановлении действия разрешения на добычу (вылов) водных биоресурсов или его аннулировании, являющихся неотъемлемой частью разрешения на добычу (вылов) водных биоресурсов, посредством почтовой связи или электросвязи. (В редакции Федерального закона от 29.12.2022 № 577-ФЗ)</w:t>
      </w:r>
    </w:p>
    <w:p>
      <w:r>
        <w:rPr>
          <w:b/>
        </w:rPr>
        <w:t xml:space="preserve">4. </w:t>
      </w:r>
      <w:r>
        <w:t>Информация о приостановлении действия разрешения на добычу (вылов) водных биоресурсов или его аннулировании направляется посредством почтовой связи, электросвязи либо с использованием единой системы межведомственного электронного взаимодействия в федеральный орган исполнительной власти в области обеспечения безопасности Российской Федерации. (Статья в редакции Федерального закона от 28.06.2022 № 229-ФЗ)</w:t>
      </w:r>
    </w:p>
    <w:p>
      <w:r>
        <w:rPr>
          <w:b/>
        </w:rPr>
        <w:t>Статья 38. Аукционы по продаже права на заключение договоров в области рыболовства и сохранения водных биоресурсов</w:t>
      </w:r>
    </w:p>
    <w:p>
      <w:r>
        <w:rPr>
          <w:b/>
        </w:rPr>
        <w:t xml:space="preserve">1. </w:t>
      </w:r>
      <w:r>
        <w:t>Аукционы по продаже права на заключение договора о закреплении доли квоты добычи (вылова) водных биоресурсов, договора пользования водными биоресурсами, договора пользования рыболовным участком проводятся в электронной форме</w:t>
      </w:r>
    </w:p>
    <w:p>
      <w:r>
        <w:rPr>
          <w:b/>
        </w:rPr>
        <w:t xml:space="preserve">2. </w:t>
      </w:r>
      <w:r>
        <w:t>Договор о закреплении доли квоты добычи (вылова) водных биоресурсов, договор пользования водными биоресурсами заключаются по результатам аукционов в электронной форме, проводимых в случаях, предусмотренных частями 1 и 2 статьи 13, статьей 29 и пунктами 1 и 3 части 10 статьи 31 настоящего Федерального закона, за исключением случаев, предусмотренных частью 14 настоящей статьи</w:t>
      </w:r>
    </w:p>
    <w:p>
      <w:r>
        <w:rPr>
          <w:b/>
        </w:rPr>
        <w:t xml:space="preserve">3. </w:t>
      </w:r>
      <w:r>
        <w:t>Договор пользования рыболовным участком заключается по результатам аукциона в электронной форме, за исключением случаев, предусмотренных частью 14 настоящей статьи, статьями 333 и 382 настоящего Федерального закона</w:t>
      </w:r>
    </w:p>
    <w:p>
      <w:r>
        <w:rPr>
          <w:b/>
        </w:rPr>
        <w:t xml:space="preserve">4. </w:t>
      </w:r>
      <w:r>
        <w:t>Аукционы проводятся на электронной площадке, оператор которой включен в перечень операторов электронных площадок, утвержденный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
        <w:rPr>
          <w:b/>
        </w:rPr>
        <w:t xml:space="preserve">5. </w:t>
      </w:r>
      <w:r>
        <w:t>В качестве организатора аукционов в электронной форме по продаже права на заключение договора о закреплении доли квоты добычи (вылова) водных биоресурсов, договора пользования водными биоресурсами, договора пользования рыболовным участком выступает орган государственной власти, уполномоченный на заключение таких договоров, или привлеченная им в соответствии с положениями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специализированная организация. Организация и проведение аукциона в электронной форме (включая размещение на сайте электронной площадки информации и документов, подачу заявки на участие в аукционе и прилагаемых к ней документов и их копий, подачу ценового предложения, а также в предусмотренных случаях заключение договора по результатам аукциона) осуществляются в электронной форме посредством программно-аппаратных средств электронной площадки. Внесение денежных средств в качестве обеспечения заявки на участие в аукционе осуществляется участником аукциона на банковский счет, открытый этим участником в банке, включенном в перечень, утвержденный Правительством Российской Федерации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(далее соответственно - специальный счет, банк). В целях блокирования и прекращения блокирования денежных средств на специальном счете взаимодействие банков с оператором электронной площадки осуществляется в соответствии с положениями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Допускается взимание платы за участие в аукционе в электронной форме с лица, с которым заключен договор, в порядке и размере, которые установлены Правительством Российской Федерации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
        <w:rPr>
          <w:b/>
        </w:rPr>
        <w:t xml:space="preserve">6. </w:t>
      </w:r>
      <w:r>
        <w:t>Извещение о проведении аукциона в электронной форме размещается организатором аукциона в электронной форме на официальном сайте Российской Федерации в информационно-телекоммуникационной сети "Интернет" (далее - официальный сайт в сети "Интернет") не менее чем за пятнадцать календарных дней до дня проведения аукциона. В течение одного часа с момента размещения указанного извещения на официальном сайте в сети "Интернет" оператор электронной площадки размещает указанное извещение на электронной площадке</w:t>
      </w:r>
    </w:p>
    <w:p>
      <w:r>
        <w:rPr>
          <w:b/>
        </w:rPr>
        <w:t xml:space="preserve">7. </w:t>
      </w:r>
      <w:r>
        <w:t>В случае проведения аукциона на заключение договора пользования рыболовным участком для осуществления в соответствии со статьей 291 настоящего Федерального закона добычи (вылова) анадромных видов рыб в извещении о проведении аукциона указываются основные условия соглашения об участии в социально-экономическом развитии субъекта Российской Федерации, которое является приложением к извещению о проведении аукциона</w:t>
      </w:r>
    </w:p>
    <w:p>
      <w:r>
        <w:rPr>
          <w:b/>
        </w:rPr>
        <w:t xml:space="preserve">8. </w:t>
      </w:r>
      <w:r>
        <w:t>Результаты процедуры проведения аукциона в электронной форме оформляются протоколом, который размещается на электронной площадке</w:t>
      </w:r>
    </w:p>
    <w:p>
      <w:r>
        <w:rPr>
          <w:b/>
        </w:rPr>
        <w:t xml:space="preserve">9. </w:t>
      </w:r>
      <w:r>
        <w:t>В течение одного часа с момента размещения результатов процедуры проведения аукциона в электронной форме на электронной площадке оператор электронной площадки размещает результаты процедуры проведения аукциона в электронной форме на официальном сайте в сети "Интернет"</w:t>
      </w:r>
    </w:p>
    <w:p>
      <w:r>
        <w:rPr>
          <w:b/>
        </w:rPr>
        <w:t xml:space="preserve">10. </w:t>
      </w:r>
      <w:r>
        <w:t>Порядок организации и проведения аукционов в электронной форме по продаже права на заключение договора о закреплении доли квоты добычи (вылова) водных биоресурсов, договора пользования водными биоресурсами, договора пользования рыболовным участком устанавливается Правительством Российской Федерации</w:t>
      </w:r>
    </w:p>
    <w:p>
      <w:r>
        <w:rPr>
          <w:b/>
        </w:rPr>
        <w:t xml:space="preserve">11. </w:t>
      </w:r>
      <w:r>
        <w:t>Не допускается заключение договора о закреплении доли квоты добычи (вылова) водных биоресурсов, договора пользования водными биоресурсами, договора пользования рыболовным участком по результатам аукциона в электронной форме или в случае, если такой аукцион признан несостоявшимся, ранее чем через десять дней со дня размещения информации о результатах аукциона в электронной форме или о признании такого аукциона несостоявшимся на официальном сайте в сети "Интернет"</w:t>
      </w:r>
    </w:p>
    <w:p>
      <w:r>
        <w:rPr>
          <w:b/>
        </w:rPr>
        <w:t xml:space="preserve">12. </w:t>
      </w:r>
      <w:r>
        <w:t>Участие в аукционе в электронной форме по продаже права на заключение договора о закреплении доли квоты добычи (вылова) водных биоресурсов, договора пользования водными биоресурсами, договора пользования рыболовным участком вправе принимать лица, зарегистрированные на официальном сайте в сети "Интернет" в порядке, определенном уполномоченным Правительством Российской Федерации федеральным органом исполнительной власти, осуществляющим функции по созданию, развитию, эксплуатации, в том числе обслуживанию пользователей, официального сайта в сети "Интернет". Лица, зарегистрированные на официальном сайте в сети "Интернет", считаются зарегистрированными на электронной площадке не позднее рабочего дня, следующего за днем регистрации лица на официальном сайте в сети "Интернет"</w:t>
      </w:r>
    </w:p>
    <w:p>
      <w:r>
        <w:rPr>
          <w:b/>
        </w:rPr>
        <w:t xml:space="preserve">13. </w:t>
      </w:r>
      <w:r>
        <w:t>Аукцион признается несостоявшимся в следующих случаях</w:t>
      </w:r>
    </w:p>
    <w:p>
      <w:r>
        <w:rPr>
          <w:b/>
        </w:rPr>
        <w:t xml:space="preserve">14. </w:t>
      </w:r>
      <w:r>
        <w:t>В случае признания аукциона несостоявшимся по основаниям, предусмотренным пунктами 2 - 4 части 13 настоящей статьи, договор о закреплении доли квоты добычи (вылова) водных биоресурсов, договор пользования водными биоресурсами, договор пользования рыболовным участком заключаются соответственно с лицом, которое подало единственную заявку на участие в аукционе, которая соответствует требованиям, предусмотренным извещением о проведении аукциона, которое признано единственным участником аукциона или является единственным участником аукциона</w:t>
      </w:r>
    </w:p>
    <w:p>
      <w:r>
        <w:rPr>
          <w:b/>
        </w:rPr>
        <w:t xml:space="preserve">15. </w:t>
      </w:r>
      <w:r>
        <w:t>По результатам аукциона в электронной форме по продаже права на заключение договора о закреплении доли квоты добычи (вылова) водных биоресурсов, договора пользования водными биоресурсами, договора пользования рыболовным участком или в случае, предусмотренном частью 14 настоящей статьи, договор заключается в электронной форме с использованием официального сайта в сети "Интернет". Такой договор подписывается усиленной квалифицированной электронной подписью сторон такого договора. (Статья в редакции Федерального закона от 24.07.2023 № 384-ФЗ)</w:t>
      </w:r>
    </w:p>
    <w:p>
      <w:r>
        <w:rPr>
          <w:b/>
        </w:rPr>
        <w:t xml:space="preserve">13. </w:t>
      </w:r>
      <w:r>
        <w:t>если не подано ни одной заявки на участие в аукционе либо принято решение об отказе в допуске к участию в аукционе всех заявителей</w:t>
      </w:r>
    </w:p>
    <w:p>
      <w:r>
        <w:rPr>
          <w:b/>
        </w:rPr>
        <w:t xml:space="preserve">13. </w:t>
      </w:r>
      <w:r>
        <w:t>если на дату окончания срока подачи заявок на участие в аукционе подана только одна заявка на участие в аукционе</w:t>
      </w:r>
    </w:p>
    <w:p>
      <w:r>
        <w:rPr>
          <w:b/>
        </w:rPr>
        <w:t xml:space="preserve">13. </w:t>
      </w:r>
      <w:r>
        <w:t>если только один заявитель допущен к участию в аукционе</w:t>
      </w:r>
    </w:p>
    <w:p>
      <w:r>
        <w:rPr>
          <w:b/>
        </w:rPr>
        <w:t xml:space="preserve">13. </w:t>
      </w:r>
      <w:r>
        <w:t>если в аукционе участвовал один участник аукциона</w:t>
      </w:r>
    </w:p>
    <w:p>
      <w:r>
        <w:rPr>
          <w:b/>
        </w:rPr>
        <w:t xml:space="preserve">13. </w:t>
      </w:r>
      <w:r>
        <w:t>если в течение десяти минут после начала проведения аукциона ни один из его участников не подал предложение о цене предмета аукциона (лота)</w:t>
      </w:r>
    </w:p>
    <w:p>
      <w:r>
        <w:rPr>
          <w:b/>
        </w:rPr>
        <w:t>Статья 381. Аукционы по продаже права на заключение договора о закреплении и предоставлении доли квоты добычи (вылова) крабов в инвестиционных целях</w:t>
      </w:r>
    </w:p>
    <w:p>
      <w:r>
        <w:rPr>
          <w:b/>
        </w:rPr>
        <w:t xml:space="preserve">1. </w:t>
      </w:r>
      <w:r>
        <w:t>Аукционы по продаже права на заключение договора о закреплении и предоставлении доли квоты добычи (вылова) крабов в инвестиционных целях осуществляются в электронной форме</w:t>
      </w:r>
    </w:p>
    <w:p>
      <w:r>
        <w:rPr>
          <w:b/>
        </w:rPr>
        <w:t xml:space="preserve">2. </w:t>
      </w:r>
      <w:r>
        <w:t>Договор о закреплении и предоставлении доли квоты добычи (вылова) крабов в инвестиционных целях заключается по результатам аукционов в электронной форме в случаях, предусмотренных пунктами 1 - 5 части 1 и частью 2 статьи 13, статьей 294 и частью 13 статьи 31 настоящего Федерального закона, за исключением случаев, предусмотренных частью 12 настоящей статьи. (В редакции Федерального закона от 24.07.2023 № 384-ФЗ)</w:t>
      </w:r>
    </w:p>
    <w:p>
      <w:r>
        <w:rPr>
          <w:b/>
        </w:rPr>
        <w:t xml:space="preserve">3. </w:t>
      </w:r>
      <w:r>
        <w:t>Размер и количество предметов аукциона в электронной форме по продаже права на заключение договора о закреплении и предоставлении доли квоты добычи (вылова) крабов в инвестиционных целях (лотов) устанавливаются Правительством Российской Федерации</w:t>
      </w:r>
    </w:p>
    <w:p>
      <w:r>
        <w:rPr>
          <w:b/>
        </w:rPr>
        <w:t xml:space="preserve">4. </w:t>
      </w:r>
      <w:r>
        <w:t>Аукционы проводятся на электронной площадке, оператор которой включен в перечень операторов электронных площадок, утвержденный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редакции Федерального закона от 29.12.2022 № 644-ФЗ)</w:t>
      </w:r>
    </w:p>
    <w:p>
      <w:r>
        <w:rPr>
          <w:b/>
        </w:rPr>
        <w:t xml:space="preserve">5. </w:t>
      </w:r>
      <w:r>
        <w:t>В качестве организатора аукционов в электронной форме по продаже права на заключение договора о закреплении и предоставлении доли квоты добычи (вылова) крабов в инвестиционных целях выступает федеральный орган исполнительной власти в области рыболовства или привлеченная им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специализированная организация. Организация и проведение аукциона в электронной форме (в том числе размещение на сайте электронной площадки информации и документов, подача заявки на участие в аукционе и прилагаемых к ней документов и их копий, подача ценового предложения, а также в предусмотренных случаях заключение договора по результатам аукциона) осуществляются в электронной форме посредством программно-аппаратных средств электронной площадки. Внесение денежных средств в качестве обеспечения заявки на участие в аукционе осуществляется участником аукциона на банковский счет, открытый этим участником в банке, включенном в перечень, утвержденный Правительством Российской Федерации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(далее соответственно - специальный счет, банк). В целях блокирования и прекращения блокирования денежных средств на специальном счете взаимодействие банков с оператором электронной площадки осуществляется в соответствии с положениями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Допускается взимание платы за участие в аукционе в электронной форме с лица, с которым заключен договор, в порядке и размере, установленных Правительством Российской Федерации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(В редакции Федерального закона от 29.12.2022 № 644-ФЗ)</w:t>
      </w:r>
    </w:p>
    <w:p>
      <w:r>
        <w:rPr>
          <w:b/>
        </w:rPr>
        <w:t xml:space="preserve">6. </w:t>
      </w:r>
      <w:r>
        <w:t>Извещение о проведении аукциона в электронной форме по продаже права на заключение договора о закреплении и предоставлении доли квоты добычи (вылова) крабов в инвестиционных целях размещается на официальном сайте в сети "Интернет" не менее чем за пятнадцать календарных дней до дня проведения аукциона. В течение одного часа с момента размещения указанного извещения на официальном сайте в сети "Интернет" оператор электронной площадки размещает указанное извещение на электронной площадке. (В редакции Федерального закона от 29.12.2022 № 644-ФЗ)</w:t>
      </w:r>
    </w:p>
    <w:p>
      <w:r>
        <w:rPr>
          <w:b/>
        </w:rPr>
        <w:t xml:space="preserve">7. </w:t>
      </w:r>
      <w:r>
        <w:t>Результаты процедуры проведения аукциона в электронной форме оформляются протоколом, который размещается на электронной площадке. В течение одного часа с момента размещения результатов процедуры проведения аукциона в электронной форме на электронной площадке оператор электронной площадки размещает результаты процедуры проведения аукциона в электронной форме на официальном сайте в сети "Интернет". (В редакции Федерального закона от 29.12.2022 № 644-ФЗ)</w:t>
      </w:r>
    </w:p>
    <w:p>
      <w:r>
        <w:rPr>
          <w:b/>
        </w:rPr>
        <w:t xml:space="preserve">8. </w:t>
      </w:r>
      <w:r>
        <w:t>Порядок организации и проведения аукциона в электронной форме по продаже права на заключение договора о закреплении и предоставлении доли квоты добычи (вылова) крабов в инвестиционных целях устанавливается Правительством Российской Федерации. (В редакции Федерального закона от 29.12.2022 № 644-ФЗ)</w:t>
      </w:r>
    </w:p>
    <w:p>
      <w:r>
        <w:rPr>
          <w:b/>
        </w:rPr>
        <w:t xml:space="preserve">9. </w:t>
      </w:r>
      <w:r>
        <w:t>Не допускается заключение договора о закреплении и предоставлении доли квоты добычи (вылова) крабов в инвестиционных целях по результатам аукциона в электронной форме или в случае, если аукцион в электронной форме признан несостоявшимся, ранее чем через десять дней со дня размещения информации о результатах аукциона в электронной форме на официальном сайте и сайте электронной площадки</w:t>
      </w:r>
    </w:p>
    <w:p>
      <w:r>
        <w:rPr>
          <w:b/>
        </w:rPr>
        <w:t xml:space="preserve">10. </w:t>
      </w:r>
      <w:r>
        <w:t>Участие в аукционе в электронной форме по продаже права на заключение договора о закреплении и предоставлении доли квоты добычи (вылова) крабов в инвестиционных целях вправе принимать лица, зарегистрированные на официальном сайте в сети "Интернет" в порядке, определенном уполномоченным Правительством Российской Федерации федеральным органом исполнительной власти, осуществляющим функции по созданию, развитию, эксплуатации, в том числе обслуживанию пользователей, официального сайта в сети "Интернет". Лица, зарегистрированные на официальном сайте в сети "Интернет", считаются зарегистрированными на электронной площадке не позднее рабочего дня, следующего за днем регистрации лица на официальном сайте в сети "Интернет". (Дополнение частью - Федеральный закон от 29.12.2022 № 644-ФЗ)</w:t>
      </w:r>
    </w:p>
    <w:p>
      <w:r>
        <w:rPr>
          <w:b/>
        </w:rPr>
        <w:t xml:space="preserve">11. </w:t>
      </w:r>
      <w:r>
        <w:t>Аукцион признается несостоявшимся в следующих случаях</w:t>
      </w:r>
    </w:p>
    <w:p>
      <w:r>
        <w:rPr>
          <w:b/>
        </w:rPr>
        <w:t xml:space="preserve">12. </w:t>
      </w:r>
      <w:r>
        <w:t>В случае признания аукциона несостоявшимся по основаниям, предусмотренным пунктами 2 - 4 части 11 настоящей статьи, договор о закреплении и предоставлении доли квоты добычи (вылова) крабов в инвестиционных целях заключается соответственно с лицом, которое подало единственную заявку на участие в аукционе, которая соответствует требованиям, предусмотренным извещением о проведении аукциона, которое признано единственным участником аукциона или является единственным участником аукциона. (Дополнение частью - Федеральный закон от 24.07.2023 № 384-ФЗ)</w:t>
      </w:r>
    </w:p>
    <w:p>
      <w:r>
        <w:rPr>
          <w:b/>
        </w:rPr>
        <w:t xml:space="preserve">13. </w:t>
      </w:r>
      <w:r>
        <w:t>По результатам аукциона в электронной форме по продаже права на заключение договора о закреплении и предоставлении доли квоты добычи (вылова) крабов в инвестиционных целях или в случае, предусмотренном частью 12 настоящей статьи, такой договор заключается в электронной форме с использованием официального сайта в сети "Интернет". Такой договор подписывается усиленной квалифицированной электронной подписью сторон такого договора. (Дополнение частью - Федеральный закон от 24.07.2023 № 384-ФЗ) (Дополнение статьей - Федеральный закон от 01.05.2019 № 86-ФЗ)</w:t>
      </w:r>
    </w:p>
    <w:p>
      <w:r>
        <w:rPr>
          <w:b/>
        </w:rPr>
        <w:t xml:space="preserve">11. </w:t>
      </w:r>
      <w:r>
        <w:t>если не подано ни одной заявки на участие в аукционе либо принято решение об отказе в допуске к участию в аукционе всех заявителей</w:t>
      </w:r>
    </w:p>
    <w:p>
      <w:r>
        <w:rPr>
          <w:b/>
        </w:rPr>
        <w:t xml:space="preserve">11. </w:t>
      </w:r>
      <w:r>
        <w:t>если только один заявитель допущен к участию в аукционе</w:t>
      </w:r>
    </w:p>
    <w:p>
      <w:r>
        <w:rPr>
          <w:b/>
        </w:rPr>
        <w:t xml:space="preserve">11. </w:t>
      </w:r>
      <w:r>
        <w:t>если в аукционе участвовал один участник аукциона</w:t>
      </w:r>
    </w:p>
    <w:p>
      <w:r>
        <w:rPr>
          <w:b/>
        </w:rPr>
        <w:t xml:space="preserve">11. </w:t>
      </w:r>
      <w:r>
        <w:t>в течение десяти минут после начала проведения аукциона ни один из его участников не подал предложение о цене предмета аукциона (лота). (Дополнение частью - Федеральный закон от 24.07.2023 № 384-ФЗ)</w:t>
      </w:r>
    </w:p>
    <w:p>
      <w:r>
        <w:rPr>
          <w:b/>
        </w:rPr>
        <w:t>Статья 382. Конкурсы на право заключения договора пользования рыболовным участком</w:t>
      </w:r>
    </w:p>
    <w:p>
      <w:r>
        <w:rPr>
          <w:b/>
        </w:rPr>
        <w:t xml:space="preserve">1. </w:t>
      </w:r>
      <w:r>
        <w:t>Конкурсы на право заключения договора пользования рыболовным участком проводятся в отношении рыболовных участков, выделенных в соответствии с частью 2 статьи 18 настоящего Федерального закона для осуществления рыболовства в целях обеспечения ведения традиционного образа жизни и осуществления традиционной хозяйственной деятельности коренных малочисленных народов Севера, Сибири и Дальнего Востока Российской Федерации</w:t>
      </w:r>
    </w:p>
    <w:p>
      <w:r>
        <w:rPr>
          <w:b/>
        </w:rPr>
        <w:t xml:space="preserve">2. </w:t>
      </w:r>
      <w:r>
        <w:t>Участниками конкурса, проводимого в соответствии с настоящей статьей, могут являться только общины коренных малочисленных народов Севера, Сибири и Дальнего Востока Российской Федерации, осуществляющие рыболовство в целях обеспечения ведения традиционного образа жизни и осуществления традиционной хозяйственной деятельности коренных малочисленных народов Севера, Сибири и Дальнего Востока Российской Федерации</w:t>
      </w:r>
    </w:p>
    <w:p>
      <w:r>
        <w:rPr>
          <w:b/>
        </w:rPr>
        <w:t xml:space="preserve">3. </w:t>
      </w:r>
      <w:r>
        <w:t>Порядок организации и проведения конкурса на право заключения договора пользования рыболовным участком в соответствии с частью 1 настоящей статьи устанавливается Правительством Российской Федерации</w:t>
      </w:r>
    </w:p>
    <w:p>
      <w:r>
        <w:rPr>
          <w:b/>
        </w:rPr>
        <w:t xml:space="preserve">4. </w:t>
      </w:r>
      <w:r>
        <w:t>Извещение о проведении конкурса на право заключения договора пользования рыболовным участком размещается на официальном сайте в сети "Интернет". Информация о проведении указанного конкурса должна быть доступна для ознакомления всем заинтересованным лицам без взимания платы</w:t>
      </w:r>
    </w:p>
    <w:p>
      <w:r>
        <w:rPr>
          <w:b/>
        </w:rPr>
        <w:t xml:space="preserve">5. </w:t>
      </w:r>
      <w:r>
        <w:t>Конкурс признается несостоявшимся в следующих случаях</w:t>
      </w:r>
    </w:p>
    <w:p>
      <w:r>
        <w:rPr>
          <w:b/>
        </w:rPr>
        <w:t xml:space="preserve">6. </w:t>
      </w:r>
      <w:r>
        <w:t>В случае признания конкурса несостоявшимся по основаниям, предусмотренным пунктами 2 и 3 части 5 настоящей статьи, договор пользования рыболовным участком заключается соответственно с лицом, которое подало единственную заявку на участие в конкурсе, которая соответствует требованиям, предусмотренным извещением о проведении конкурса, которое признано единственным участником конкурса или является единственным участником конкурса</w:t>
      </w:r>
    </w:p>
    <w:p>
      <w:r>
        <w:rPr>
          <w:b/>
        </w:rPr>
        <w:t xml:space="preserve">7. </w:t>
      </w:r>
      <w:r>
        <w:t>Не допускается заключение договора пользования рыболовным участком по результатам конкурса на право заключения договора пользования рыболовным участком или в случае, если указанный конкурс признан несостоявшимся, ранее чем через десять дней со дня размещения информации о результатах указанного конкурса или о признании указанного конкурса несостоявшимся на официальном сайте в сети "Интернет". (Дополнение статьей - Федеральный закон от 24.07.2023 № 384-ФЗ)</w:t>
      </w:r>
    </w:p>
    <w:p>
      <w:r>
        <w:rPr>
          <w:b/>
        </w:rPr>
        <w:t xml:space="preserve">5. </w:t>
      </w:r>
      <w:r>
        <w:t>если не подано ни одной заявки на участие в конкурсе либо принято решение об отказе в допуске к участию в конкурсе всех заявителей</w:t>
      </w:r>
    </w:p>
    <w:p>
      <w:r>
        <w:rPr>
          <w:b/>
        </w:rPr>
        <w:t xml:space="preserve">5. </w:t>
      </w:r>
      <w:r>
        <w:t>если на дату окончания срока подачи заявок на участие в конкурсе подана только одна заявка на участие в конкурсе</w:t>
      </w:r>
    </w:p>
    <w:p>
      <w:r>
        <w:rPr>
          <w:b/>
        </w:rPr>
        <w:t xml:space="preserve">5. </w:t>
      </w:r>
      <w:r>
        <w:t>если только один заявитель допущен к участию в конкурсе</w:t>
      </w:r>
    </w:p>
    <w:p>
      <w:r>
        <w:rPr>
          <w:b/>
        </w:rPr>
        <w:t>Статья 383. Реестр недобросовестных участников аукционов по продаже права на заключение договоров о закреплении доли квоты добычи (вылова) водных биоресурсов, договоров о закреплении и предоставлении доли квоты добычи (вылова) крабов в инвестиционных целях, договоров пользования водными биоресурсами, договоров пользования рыболовным участком</w:t>
      </w:r>
    </w:p>
    <w:p>
      <w:r>
        <w:rPr>
          <w:b/>
        </w:rPr>
        <w:t xml:space="preserve">1. </w:t>
      </w:r>
      <w:r>
        <w:t>Реестр недобросовестных участников аукционов по продаже права на заключение договоров о закреплении доли квоты добычи (вылова) водных биоресурсов, договоров о закреплении и предоставлении доли квоты добычи (вылова) крабов в инвестиционных целях, договоров пользования водными биоресурсами, договоров пользования рыболовным участком (далее - реестр недобросовестных участников аукционов) является государственным информационным ресурсом и представляет собой систематизированный перечень сведений об участниках, указанных в части 3 настоящей статьи</w:t>
      </w:r>
    </w:p>
    <w:p>
      <w:r>
        <w:rPr>
          <w:b/>
        </w:rPr>
        <w:t xml:space="preserve">2. </w:t>
      </w:r>
      <w:r>
        <w:t>Ведение реестра недобросовестных участников аукционов осуществляется с использованием официального сайта в сети "Интернет" уполномоченным Правительством Российской Федерации федеральным органом исполнительной власти</w:t>
      </w:r>
    </w:p>
    <w:p>
      <w:r>
        <w:rPr>
          <w:b/>
        </w:rPr>
        <w:t xml:space="preserve">3. </w:t>
      </w:r>
      <w:r>
        <w:t>В реестр недобросовестных участников аукционов включаются сведения об участниках аукционов, ставших победителями таких аукционов и уклонившихся от заключения договоров о закреплении доли квоты добычи (вылова) водных биоресурсов, договоров о закреплении и предоставлении доли квоты добычи (вылова) крабов в инвестиционных целях, договоров пользования водными биоресурсами, договоров пользования рыболовными участками, о лицах, с которыми указанные договоры заключаются в случае признания аукциона несостоявшимся и которые уклонились от заключения указанных договоров, а также в случае проведения аукциона на право заключения договора пользования рыболовным участком для осуществления в соответствии со статьей 291 настоящего Федерального закона добычи (вылова) анадромных видов рыб об участниках аукциона или о лицах, с которыми указанные договоры заключаются в случае признания аукциона несостоявшимся и которые уклонились от заключения соглашения об участии в социально-экономическом развитии субъекта Российской Федерации</w:t>
      </w:r>
    </w:p>
    <w:p>
      <w:r>
        <w:rPr>
          <w:b/>
        </w:rPr>
        <w:t xml:space="preserve">4. </w:t>
      </w:r>
      <w:r>
        <w:t>Порядок ведения реестра недобросовестных участников аукционов и состав включаемых в него сведений устанавливаются Правительством Российской Федерации</w:t>
      </w:r>
    </w:p>
    <w:p>
      <w:r>
        <w:rPr>
          <w:b/>
        </w:rPr>
        <w:t xml:space="preserve">5. </w:t>
      </w:r>
      <w:r>
        <w:t>Сведения, включенные в реестр недобросовестных участников аукционов, должны быть доступны для ознакомления на официальном сайте в сети "Интернет" без взимания платы</w:t>
      </w:r>
    </w:p>
    <w:p>
      <w:r>
        <w:rPr>
          <w:b/>
        </w:rPr>
        <w:t xml:space="preserve">6. </w:t>
      </w:r>
      <w:r>
        <w:t>Сведения, включенные в реестр недобросовестных участников аукционов, об участниках аукционов и о лицах, указанных в части 3 настоящей статьи, ставших победителями таких аукционов и уклонившихся от заключения договоров о закреплении доли квоты добычи (вылова) водных биоресурсов, договоров о закреплении и предоставлении доли квоты добычи (вылова) крабов в инвестиционных целях, договоров пользования водными биоресурсами, договоров пользования рыболовными участками, по истечении трех лет со дня их включения в реестр недобросовестных участников аукционов исключаются из реестра недобросовестных участников аукционов</w:t>
      </w:r>
    </w:p>
    <w:p>
      <w:r>
        <w:rPr>
          <w:b/>
        </w:rPr>
        <w:t xml:space="preserve">7. </w:t>
      </w:r>
      <w:r>
        <w:t>Включение в реестр недобросовестных участников аукционов сведений об указанных в части 3 настоящей статьи участниках аукционов, иных лицах может быть обжаловано заинтересованным лицом в судебном порядке. (Дополнение статьей - Федеральный закон от 24.07.2023 № 384-ФЗ)</w:t>
      </w:r>
    </w:p>
    <w:p>
      <w:r>
        <w:rPr>
          <w:b/>
        </w:rPr>
        <w:t>Статья 39</w:t>
      </w:r>
    </w:p>
    <w:p>
      <w:r>
        <w:t>(Статья утратила силу - Федеральный закон от 06.12.2007 № 333-ФЗ)</w:t>
      </w:r>
    </w:p>
    <w:p>
      <w:r>
        <w:rPr>
          <w:b/>
        </w:rPr>
        <w:t>Статья 40</w:t>
      </w:r>
    </w:p>
    <w:p>
      <w:r>
        <w:t>(Статья утратила силу - Федеральный закон от 06.12.2007 № 333-ФЗ)</w:t>
      </w:r>
    </w:p>
    <w:p>
      <w:r>
        <w:rPr>
          <w:b/>
        </w:rPr>
        <w:t>Статья 41</w:t>
      </w:r>
    </w:p>
    <w:p>
      <w:r>
        <w:t>(Статья утратила силу - Федеральный закон от 06.12.2007 № 333-ФЗ)</w:t>
      </w:r>
    </w:p>
    <w:p>
      <w:pPr>
        <w:pStyle w:val="Heading3"/>
      </w:pPr>
      <w:r>
        <w:t>УПРАВЛЕНИЕ В ОБЛАСТИ РЫБОЛОВСТВА И СОХРАНЕНИЯ ВОДНЫХ БИОРЕСУРСОВ</w:t>
      </w:r>
    </w:p>
    <w:p>
      <w:r>
        <w:rPr>
          <w:b/>
        </w:rPr>
        <w:t>Статья 42. Государственный мониторинг водных биоресурсов</w:t>
      </w:r>
    </w:p>
    <w:p>
      <w:r>
        <w:rPr>
          <w:b/>
        </w:rPr>
        <w:t xml:space="preserve">1. </w:t>
      </w:r>
      <w:r>
        <w:t>Государственный мониторинг водных биоресурсов представляет собой систему регулярных наблюдений за</w:t>
      </w:r>
    </w:p>
    <w:p>
      <w:r>
        <w:rPr>
          <w:b/>
        </w:rPr>
        <w:t xml:space="preserve">2. </w:t>
      </w:r>
      <w:r>
        <w:t>Государственный мониторинг водных биоресурсов является частью государственного экологического мониторинга (государственного мониторинга окружающей среды). (В редакции Федерального закона от 21.11.2011 № 331-ФЗ)</w:t>
      </w:r>
    </w:p>
    <w:p>
      <w:r>
        <w:rPr>
          <w:b/>
        </w:rPr>
        <w:t xml:space="preserve">3. </w:t>
      </w:r>
      <w:r>
        <w:t>Данные государственного мониторинга водных биоресурсов применяются для организации рационального использования и сохранения водных биоресурсов, а также для разрешения споров в области рыболовства и сохранения водных биоресурсов, привлечения к ответственности лиц, совершивших правонарушения в области рыболовства и сохранения водных биоресурсов</w:t>
      </w:r>
    </w:p>
    <w:p>
      <w:r>
        <w:rPr>
          <w:b/>
        </w:rPr>
        <w:t xml:space="preserve">4. </w:t>
      </w:r>
      <w:r>
        <w:t>Государственный мониторинг водных биоресурсов осуществляется федеральным органом исполнительной власти в области рыболовства. (В редакции Федерального закона от 03.12.2008 № 250-ФЗ)</w:t>
      </w:r>
    </w:p>
    <w:p>
      <w:r>
        <w:rPr>
          <w:b/>
        </w:rPr>
        <w:t xml:space="preserve">5. </w:t>
      </w:r>
      <w:r>
        <w:t>Порядок осуществления государственного мониторинга водных биоресурсов и применения его данных для целей, указанных в части 3 настоящей статьи, устанавливается Правительством Российской Федерации. (Статья в редакции Федерального закона от 06.12.2007 № 333-ФЗ)</w:t>
      </w:r>
    </w:p>
    <w:p>
      <w:r>
        <w:rPr>
          <w:b/>
        </w:rPr>
        <w:t xml:space="preserve">1. </w:t>
      </w:r>
      <w:r>
        <w:t>распределением, численностью, качеством, воспроизводством водных биоресурсов, а также средой их обитания</w:t>
      </w:r>
    </w:p>
    <w:p>
      <w:r>
        <w:rPr>
          <w:b/>
        </w:rPr>
        <w:t xml:space="preserve">1. </w:t>
      </w:r>
      <w:r>
        <w:t>рыболовством и сохранением водных биоресурсов</w:t>
      </w:r>
    </w:p>
    <w:p>
      <w:r>
        <w:rPr>
          <w:b/>
        </w:rPr>
        <w:t>Статья 43. Государственный рыбохозяйственный реестр</w:t>
      </w:r>
    </w:p>
    <w:p>
      <w:r>
        <w:rPr>
          <w:b/>
        </w:rPr>
        <w:t xml:space="preserve">1. </w:t>
      </w:r>
      <w:r>
        <w:t>Государственный рыбохозяйственный реестр представляет собой систематизированный свод документированной информации о водных биоресурсах, об их использовании и сохранении</w:t>
      </w:r>
    </w:p>
    <w:p>
      <w:r>
        <w:rPr>
          <w:b/>
        </w:rPr>
        <w:t xml:space="preserve">2. </w:t>
      </w:r>
      <w:r>
        <w:t>В государственном рыбохозяйственном реестре содержится документированная информация</w:t>
      </w:r>
    </w:p>
    <w:p>
      <w:r>
        <w:rPr>
          <w:b/>
        </w:rPr>
        <w:t xml:space="preserve">3. </w:t>
      </w:r>
      <w:r>
        <w:t>Документированная информация, содержащаяся в государственном рыбохозяйственном реестре, относится к общедоступной информации, за исключением информации, доступ к которой ограничен федеральными законами (информация ограниченного доступа)</w:t>
      </w:r>
    </w:p>
    <w:p>
      <w:r>
        <w:rPr>
          <w:b/>
        </w:rPr>
        <w:t xml:space="preserve">4. </w:t>
      </w:r>
      <w:r>
        <w:t>Перечень видов информации, предоставляемой в обязательном порядке, и условия ее предоставления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рыбного хозяйства. (В редакции федеральных законов от 03.12.2008 № 250-ФЗ, от 29.05.2024 № 101-ФЗ)</w:t>
      </w:r>
    </w:p>
    <w:p>
      <w:r>
        <w:rPr>
          <w:b/>
        </w:rPr>
        <w:t xml:space="preserve">41. </w:t>
      </w:r>
      <w:r>
        <w:t>Использование электронной подписи в целях, предусмотренных настоящей статьей, определяется федеральным органом исполнительной власти в области рыболовства в соответствии с Федеральным законом от 6 апреля 2011 года № 63-ФЗ "Об электронной подписи". (Дополнение частью - Федеральный закон от 03.12.2008 № 250-ФЗ) (В редакции Федерального закона от 12.03.2014 № 33-ФЗ)</w:t>
      </w:r>
    </w:p>
    <w:p>
      <w:r>
        <w:rPr>
          <w:b/>
        </w:rPr>
        <w:t xml:space="preserve">5. </w:t>
      </w:r>
      <w:r>
        <w:t>Ведение государственного рыбохозяйственного реестра осуществляется федеральным органом исполнительной власти в области рыболовства. (В редакции Федерального закона от 03.12.2008 № 250-ФЗ)</w:t>
      </w:r>
    </w:p>
    <w:p>
      <w:r>
        <w:rPr>
          <w:b/>
        </w:rPr>
        <w:t xml:space="preserve">6. </w:t>
      </w:r>
      <w:r>
        <w:t>Порядок ведения государственного рыбохозяйственного реестра, а также предоставления содержащейся в нем информации устанавливается Правительством Российской Федерации. (В редакции Федерального закона от 29.05.2024 № 101-ФЗ) (Статья в редакции Федерального закона от 06.12.2007 № 333-ФЗ)</w:t>
      </w:r>
    </w:p>
    <w:p>
      <w:r>
        <w:rPr>
          <w:b/>
        </w:rPr>
        <w:t xml:space="preserve">2. </w:t>
      </w:r>
      <w:r>
        <w:t>о количественных, качественных и об экономических характеристиках водных биоресурсов</w:t>
      </w:r>
    </w:p>
    <w:p>
      <w:r>
        <w:rPr>
          <w:b/>
        </w:rPr>
        <w:t xml:space="preserve">2. </w:t>
      </w:r>
      <w:r>
        <w:t>о рыбохозяйственных бассейнах и водных объектах рыбохозяйственного значения</w:t>
      </w:r>
    </w:p>
    <w:p>
      <w:r>
        <w:rPr>
          <w:b/>
        </w:rPr>
        <w:t xml:space="preserve">2. </w:t>
      </w:r>
      <w:r>
        <w:t>о юридических лицах и об индивидуальных предпринимателях, осуществляющих рыболовство; (В редакции Федерального закона от 03.12.2008 № 250-ФЗ) 31) о судах рыбопромыслового флота, в том числе о праве собственности и об иных правах на них, о типе (мощности) и классе таких судов; (Дополнение пунктом - Федеральный закон от 03.12.2008 № 250-ФЗ) 32) об орудиях добычи (вылова) водных биоресурсов; (Дополнение пунктом - Федеральный закон от 03.12.2008 № 250-ФЗ) 4) о решениях органов государственной власти и договорах, на основании которых возникает право на добычу (вылов) водных биоресурсов</w:t>
      </w:r>
    </w:p>
    <w:p>
      <w:r>
        <w:rPr>
          <w:b/>
        </w:rPr>
        <w:t xml:space="preserve">2. </w:t>
      </w:r>
      <w:r>
        <w:t>об уловах водных биоресурсов</w:t>
      </w:r>
    </w:p>
    <w:p>
      <w:r>
        <w:rPr>
          <w:b/>
        </w:rPr>
        <w:t xml:space="preserve">2. </w:t>
      </w:r>
      <w:r>
        <w:t>иная документированная информация об использовании и о сохранении водных биоресурсов</w:t>
      </w:r>
    </w:p>
    <w:p>
      <w:r>
        <w:rPr>
          <w:b/>
        </w:rPr>
        <w:t>Статья 431. Правила рыболовства</w:t>
      </w:r>
    </w:p>
    <w:p>
      <w:r>
        <w:rPr>
          <w:b/>
        </w:rPr>
        <w:t xml:space="preserve">1. </w:t>
      </w:r>
      <w:r>
        <w:t>Правила рыболовства являются основой осуществления рыболовства и сохранения водных биоресурсов</w:t>
      </w:r>
    </w:p>
    <w:p>
      <w:r>
        <w:rPr>
          <w:b/>
        </w:rPr>
        <w:t xml:space="preserve">2. </w:t>
      </w:r>
      <w:r>
        <w:t>Правила рыболовства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рыбного хозяйства, для каждого рыбохозяйственного бассейна. (В редакции федеральных законов от 03.12.2008 № 250-ФЗ, от 29.05.2024 № 101-ФЗ)</w:t>
      </w:r>
    </w:p>
    <w:p>
      <w:r>
        <w:rPr>
          <w:b/>
        </w:rPr>
        <w:t xml:space="preserve">3. </w:t>
      </w:r>
      <w:r>
        <w:t>В правилах рыболовства устанавливаются</w:t>
      </w:r>
    </w:p>
    <w:p>
      <w:r>
        <w:rPr>
          <w:b/>
        </w:rPr>
        <w:t xml:space="preserve">4. </w:t>
      </w:r>
      <w:r>
        <w:t>Правила рыболовства обязательны для исполнения юридическими лицами и гражданами, осуществляющими рыболовство и иную связанную с использованием водных биоресурсов деятельность</w:t>
      </w:r>
    </w:p>
    <w:p>
      <w:r>
        <w:rPr>
          <w:b/>
        </w:rPr>
        <w:t xml:space="preserve">5. </w:t>
      </w:r>
      <w:r>
        <w:t>Нормативные правовые акты, которыми вносятся изменения в ранее принятые в соответствии с частью 2 настоящей статьи правила рыболовства и устанавливаются обязательные требования в целях оперативного изменения ограничений рыболовства и иной деятельности, связанной с использованием водных биоресурсов, в соответствии с пунктом 3 части 3 настоящей статьи вступают в силу в сроки, установленные указанными нормативными правовыми актами, но не ранее чем по истечении десяти дней после дня их официального опубликования. (Дополнение частью - Федеральный закон от 28.06.2022 № 229-ФЗ) (Дополнение статьей - Федеральный закон от 06.12.2007 № 333-ФЗ)</w:t>
      </w:r>
    </w:p>
    <w:p>
      <w:r>
        <w:rPr>
          <w:b/>
        </w:rPr>
        <w:t xml:space="preserve">3. </w:t>
      </w:r>
      <w:r>
        <w:t>виды разрешенного рыболовства</w:t>
      </w:r>
    </w:p>
    <w:p>
      <w:r>
        <w:rPr>
          <w:b/>
        </w:rPr>
        <w:t xml:space="preserve">3. </w:t>
      </w:r>
      <w:r>
        <w:t>нормативы, включая нормы выхода рыбной продукции, в том числе икры, а также параметры и сроки разрешенного рыболовства; (В редакции Федерального закона от 02.07.2021 № 338-ФЗ) 3) ограничения рыболовства и иной деятельности, связанной с использованием водных биоресурсов; (В редакции Федерального закона от 28.12.2010 № 420-ФЗ) 4) требования к сохранению водных биоресурсов; (В редакции Федерального закона от 28.12.2010 № 420-ФЗ) 5) (Дополнение пунктом - Федеральный закон от 03.07.2016 № 349-ФЗ) (Утратил силу - Федеральный закон от 25.12.2018 № 475-ФЗ)</w:t>
      </w:r>
    </w:p>
    <w:p>
      <w:pPr>
        <w:pStyle w:val="Heading3"/>
      </w:pPr>
      <w:r>
        <w:t>ФЕДЕРАЛЬНЫЙ ГОСУДАРСТВЕННЫЙ КОНТРОЛЬ (НАДЗОР) В ОБЛАСТИ РЫБОЛОВСТВА И СОХРАНЕНИЯ ВОДНЫХ БИОРЕСУРСОВ И ПРОИЗВОДСТВЕННЫЙ КОНТРОЛЬ</w:t>
      </w:r>
    </w:p>
    <w:p>
      <w:r>
        <w:rPr>
          <w:b/>
        </w:rPr>
        <w:t>Статья 432. Федеральный государственный контроль (надзор) в области рыболовства и сохранения водных биоресурсов</w:t>
      </w:r>
    </w:p>
    <w:p>
      <w:r>
        <w:rPr>
          <w:b/>
        </w:rPr>
        <w:t xml:space="preserve">1. </w:t>
      </w:r>
      <w:r>
        <w:t>Федеральный государственный контроль (надзор) в области рыболовства и сохранения водных биоресурсов осуществляется федеральными органами исполнительной власти, уполномоченными Президентом Российской Федерации и (или) Правительством Российской Федерации</w:t>
      </w:r>
    </w:p>
    <w:p>
      <w:r>
        <w:rPr>
          <w:b/>
        </w:rPr>
        <w:t xml:space="preserve">2. </w:t>
      </w:r>
      <w:r>
        <w:t>Федеральный государственный контроль (надзор) в области рыболовства и сохранения водных биоресурсов в части морских биоресурсов осуществляется федеральным органом исполнительной власти в области обеспечения безопасности в порядке, установленном настоящим Федеральным законом, другими федеральными законами, нормативными правовыми актами указанного федерального органа исполнительной власти и иными нормативными правовыми актами Российской Федерации. (В редакции Федерального закона от 04.11.2022 № 427-ФЗ)</w:t>
      </w:r>
    </w:p>
    <w:p>
      <w:r>
        <w:rPr>
          <w:b/>
        </w:rPr>
        <w:t xml:space="preserve">3. </w:t>
      </w:r>
      <w:r>
        <w:t>Предметом федерального государственного контроля (надзора) в области рыболовства и сохранения водных биоресурсов является соблюдение юридическими лицами, индивидуальными предпринимателями и гражданами обязательных требований, установленных в соответствии с международными договорами Российской Федерации в области рыболовства и сохранения водных биоресурсов, настоящим Федеральным законом, другими федеральными законами, в том числе Федеральным законом от 30 ноября 1995 года № 187-ФЗ "О континентальном шельфе Российской Федерации", Федеральным законом от 31 июля 1998 года № 155-ФЗ "О внутренних морских водах, территориальном море и прилежащей зоне Российской Федерации", Федеральным законом от 17 декабря 1998 года № 191-ФЗ "Об исключительной экономической зоне Российской Федерации", Федеральным законом от 1 мая 1999 года № 94-ФЗ "Об охране озера Байкал", и иными нормативными правовыми актами Российской Федерации, регулирующими отношения в области рыболовства и сохранения водных биоресурсов, включая</w:t>
      </w:r>
    </w:p>
    <w:p>
      <w:r>
        <w:rPr>
          <w:b/>
        </w:rPr>
        <w:t xml:space="preserve">4. </w:t>
      </w:r>
      <w:r>
        <w:t>Организация и осуществление федерального государственного контроля (надзора) в области рыболовства и сохранения водных биоресурсов (за исключением морских биоресурсов) регулируются Федеральным законом от 31 июля 2020 года № 248-ФЗ "О государственном контроле (надзоре) и муниципальном контроле в Российской Федерации"</w:t>
      </w:r>
    </w:p>
    <w:p>
      <w:r>
        <w:rPr>
          <w:b/>
        </w:rPr>
        <w:t xml:space="preserve">5. </w:t>
      </w:r>
      <w:r>
        <w:t>Положение о федеральном государственном контроле (надзоре) в области рыболовства и сохранения водных биоресурсов утверждается Правительством Российской Федерации</w:t>
      </w:r>
    </w:p>
    <w:p>
      <w:r>
        <w:rPr>
          <w:b/>
        </w:rPr>
        <w:t xml:space="preserve">6. </w:t>
      </w:r>
      <w:r>
        <w:t>Федеральный государственный контроль (надзор) в области рыболовства и сохранения водных биоресурсов осуществляется без проведения плановых контрольных (надзорных) мероприятий</w:t>
      </w:r>
    </w:p>
    <w:p>
      <w:r>
        <w:rPr>
          <w:b/>
        </w:rPr>
        <w:t xml:space="preserve">7. </w:t>
      </w:r>
      <w:r>
        <w:t>Федеральный государственный контроль (надзор) в области рыболовства и сохранения водных биоресурсов, за исключением федерального государственного контроля (надзора) в области рыболовства и сохранения водных биоресурсов в части морских биоресурсов, может осуществляться в рамках постоянного рейда в соответствии с положениями Федерального закона от 31 июля 2020 года № 248-ФЗ "О государственном контроле (надзоре) и муниципальном контроле в Российской Федерации". (Дополнение частью - Федеральный закон от 30.11.2024 № 439-ФЗ)</w:t>
      </w:r>
    </w:p>
    <w:p>
      <w:r>
        <w:rPr>
          <w:b/>
        </w:rPr>
        <w:t xml:space="preserve">8. </w:t>
      </w:r>
      <w:r>
        <w:t>Порядок осуществления федерального государственного контроля (надзора) в области рыболовства и сохранения водных биоресурсов в рамках постоянного рейда устанавливается положением о федеральном государственном контроле (надзоре) в области рыболовства и сохранения водных биоресурсов. (Дополнение частью - Федеральный закон от 30.11.2024 № 439-ФЗ) (Статья в редакции Федерального закона от 11.06.2021 № 170-ФЗ)</w:t>
      </w:r>
    </w:p>
    <w:p>
      <w:r>
        <w:rPr>
          <w:b/>
        </w:rPr>
        <w:t xml:space="preserve">3. </w:t>
      </w:r>
      <w:r>
        <w:t>требования в части выполнения мер по сохранению водных биоресурсов и среды их обитания при строительстве, реконструкции, капитальном ремонте объектов капитального строительства, внедрении новых технологических процессов и осуществлении иной деятельности, оказывающей негативное воздействие на биоресурсы и среду их обитания, в том числе требования наличия эффективных рыбозащитных сооружений на водозаборных сооружениях</w:t>
      </w:r>
    </w:p>
    <w:p>
      <w:r>
        <w:rPr>
          <w:b/>
        </w:rPr>
        <w:t xml:space="preserve">3. </w:t>
      </w:r>
      <w:r>
        <w:t>правила рыболовства и иные правила, регламентирующие добычу (вылов) и выпуск в водные объекты рыбохозяйственного значения водных биоресурсов</w:t>
      </w:r>
    </w:p>
    <w:p>
      <w:r>
        <w:rPr>
          <w:b/>
        </w:rPr>
        <w:t xml:space="preserve">3. </w:t>
      </w:r>
      <w:r>
        <w:t>условия освоения и представления отчетности по выделенным квотам добычи (вылова) водных биоресурсов и рекомендуемых объемов добычи (вылова) водных биоресурсов, общий допустимый улов которых не устанавливается</w:t>
      </w:r>
    </w:p>
    <w:p>
      <w:r>
        <w:rPr>
          <w:b/>
        </w:rPr>
        <w:t xml:space="preserve">3. </w:t>
      </w:r>
      <w:r>
        <w:t>условия выданных разрешений на добычу (вылов) водных биоресурсов</w:t>
      </w:r>
    </w:p>
    <w:p>
      <w:r>
        <w:rPr>
          <w:b/>
        </w:rPr>
        <w:t xml:space="preserve">3. </w:t>
      </w:r>
      <w:r>
        <w:t>условия договоров, на основании которых возникает право на добычу (вылов) водных биоресурсов</w:t>
      </w:r>
    </w:p>
    <w:p>
      <w:r>
        <w:rPr>
          <w:b/>
        </w:rPr>
        <w:t xml:space="preserve">3. </w:t>
      </w:r>
      <w:r>
        <w:t>соответствие документов, подтверждающих законность уловов водных биоресурсов и произведенной из них рыбной и иной продукции, выделенным квотам добычи (вылова) водных биоресурсов и рекомендуемым объемам добычи (вылова) водных биоресурсов, общий допустимый улов которых не устанавливается</w:t>
      </w:r>
    </w:p>
    <w:p>
      <w:r>
        <w:rPr>
          <w:b/>
        </w:rPr>
        <w:t>Статья 433. Права должностных лиц федеральных органов исполнительной власти, осуществляющих федеральный государственный контроль (надзор) в области рыболовства и сохранения водных биоресурсов</w:t>
      </w:r>
    </w:p>
    <w:p>
      <w:r>
        <w:t>(Наименование в редакции Федерального закона от 02.05.2015 № 120-ФЗ)</w:t>
      </w:r>
    </w:p>
    <w:p>
      <w:r>
        <w:rPr>
          <w:b/>
        </w:rPr>
        <w:t xml:space="preserve">1. </w:t>
      </w:r>
      <w:r>
        <w:t>Должностные лица федеральных органов исполнительной власти, осуществляющих федеральный государственный контроль (надзор) в области рыболовства и сохранения водных биоресурсов, в порядке, установленном законодательством Российской Федерации, имеют право: (В редакции Федерального закона от 02.05.2015 № 120-ФЗ) 1) запрашивать и получать от юридических лиц, индивидуальных предпринимателей и граждан информацию и документы, необходимые для проверки соблюдения ими обязательных требований;</w:t>
      </w:r>
    </w:p>
    <w:p>
      <w:r>
        <w:rPr>
          <w:b/>
        </w:rPr>
        <w:t xml:space="preserve">2. </w:t>
      </w:r>
      <w:r>
        <w:t>Должностные лица федерального органа исполнительной власти в области рыболовства при проведении мероприятий по контролю за соблюдением обязательных требований на водных объектах рыбохозяйственного значения в порядке, установленном законодательством Российской Федерации, также имеют право: (В редакции Федерального закона от 02.05.2015 № 120-ФЗ) 1) запрашивать у граждан в целях проверки документы на право добычи (вылова) водных биоресурсов;</w:t>
      </w:r>
    </w:p>
    <w:p>
      <w:r>
        <w:rPr>
          <w:b/>
        </w:rPr>
        <w:t xml:space="preserve">3. </w:t>
      </w:r>
      <w:r>
        <w:t>Должностные лица федерального органа исполнительной власти в области рыболовства, осуществляющие государственный контроль (надзор), имеют право в соответствии с законодательством Российской Федерации получать во временное пользование в территориальных органах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отдельные типы и модели боевого ручного стрелкового оружия, а также использовать охотничье огнестрельное оружие в качестве служебного. (В редакции Федерального закона от 05.12.2017 № 391-ФЗ)</w:t>
      </w:r>
    </w:p>
    <w:p>
      <w:r>
        <w:rPr>
          <w:b/>
        </w:rPr>
        <w:t xml:space="preserve">4. </w:t>
      </w:r>
      <w:r>
        <w:t>Хранение, ношение и применение боевого ручного стрелкового оружия, а также охотничьего огнестрельного оружия, используемого в качестве служебного, осуществляются в порядке, установленном законодательством Российской Федерации</w:t>
      </w:r>
    </w:p>
    <w:p>
      <w:r>
        <w:rPr>
          <w:b/>
        </w:rPr>
        <w:t xml:space="preserve">5. </w:t>
      </w:r>
      <w:r>
        <w:t>Перечень должностных лиц федерального органа исполнительной власти в области рыболовства, осуществляющих государственный контроль (надзор), которым разрешено хранение, ношение и применение специальных средств, боевого ручного стрелкового оружия, а также охотничьего огнестрельного оружия, используемого в качестве служебного, перечень типов, моделей и количество боевого ручного стрелкового оружия, а также охотничьего огнестрельного оружия, используемого в качестве служебного, боеприпасов и патронов к ним и правила их применения должностными лицами федерального органа исполнительной власти в области рыболовства устанавливаются Правительством Российской Федерации</w:t>
      </w:r>
    </w:p>
    <w:p>
      <w:r>
        <w:rPr>
          <w:b/>
        </w:rPr>
        <w:t xml:space="preserve">6. </w:t>
      </w:r>
      <w:r>
        <w:t>Должностные лица федерального органа исполнительной власти в области рыболовства, осуществляющие государственный контроль (надзор), при исполнении служебных обязанностей носят форменную одежду. Образцы форменной одежды, знаков различия и отличия, порядок ношения форменной одежды утверждаются в установленном законодательством Российской Федерации порядке федеральным органом исполнительной власти в области рыболовства</w:t>
      </w:r>
    </w:p>
    <w:p>
      <w:r>
        <w:rPr>
          <w:b/>
        </w:rPr>
        <w:t xml:space="preserve">1. </w:t>
      </w:r>
      <w:r>
        <w:t>беспрепятственно по предъявлении служебного удостоверения, а при проверках юридических лиц и индивидуальных предпринимателей также копии приказа (распоряжения) руководителя (заместителя руководителя) соответствующего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биоресурсов, о назначении проверки посещать рыболовные участки, места добычи (вылова) водных биоресурсов, приемки, обработки, перегрузки, транспортировки, хранения и выгрузки уловов водных биоресурсов, производства рыбной продукции, находящиеся на территориях указанных участков здания, помещения и сооружения, суда рыбопромыслового флота, проводить их обследования, а также исследования, испытания, расследования, экспертизы и другие мероприятия по контролю, в том числе проверки соблюдения правил рыболовства и иных правил, регламентирующих добычу (вылов) водных биоресурсов, выделенных квот добычи (вылова) водных биоресурсов и рекомендуемых объемов добычи (вылова) водных биоресурсов, общий допустимый улов которых не устанавливается, условий выданных разрешений на добычу (вылов) водных биоресурсов, условий договоров, на основании которых возникает право на добычу (вылов) водных биоресурсов, документов, подтверждающих законность уловов водных биоресурсов и произведенной из них рыбной продукции; (В редакции федеральных законов от 02.05.2015 № 120-ФЗ, от 03.07.2016 № 349-ФЗ, от 02.07.2021 № 338-ФЗ) 3) выдавать предписания о прекращении нарушений обязательных требований, об устранении выявленных нарушений и проведении мероприятий по обеспечению предотвращения причинения вреда водным биоресурсам и среде их обитания</w:t>
      </w:r>
    </w:p>
    <w:p>
      <w:r>
        <w:rPr>
          <w:b/>
        </w:rPr>
        <w:t xml:space="preserve">1. </w:t>
      </w:r>
      <w:r>
        <w:t>составлять протоколы об административных правонарушениях, связанных с нарушениями обязательных требований, рассматривать дела об указанных административных правонарушениях, принимать меры по предотвращению таких нарушений</w:t>
      </w:r>
    </w:p>
    <w:p>
      <w:r>
        <w:rPr>
          <w:b/>
        </w:rPr>
        <w:t xml:space="preserve">1. </w:t>
      </w:r>
      <w:r>
        <w:t>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
        <w:rPr>
          <w:b/>
        </w:rPr>
        <w:t xml:space="preserve">1. </w:t>
      </w:r>
      <w:r>
        <w:t>предъявлять в установленном законодательством Российской Федерации порядке иски физическим и юридическим лицам о возмещении вреда, причиненного водным биоресурсам в результате нарушений обязательных требований</w:t>
      </w:r>
    </w:p>
    <w:p>
      <w:r>
        <w:rPr>
          <w:b/>
        </w:rPr>
        <w:t xml:space="preserve">2. </w:t>
      </w:r>
      <w:r>
        <w:t>задерживать граждан, нарушивших обязательные требования при осуществлении рыболовства, и доставлять указанных граждан в правоохранительные органы</w:t>
      </w:r>
    </w:p>
    <w:p>
      <w:r>
        <w:rPr>
          <w:b/>
        </w:rPr>
        <w:t xml:space="preserve">2. </w:t>
      </w:r>
      <w:r>
        <w:t>производить досмотр транспортных средств, орудий добычи (вылова) водных биоресурсов, личных вещей граждан</w:t>
      </w:r>
    </w:p>
    <w:p>
      <w:r>
        <w:rPr>
          <w:b/>
        </w:rPr>
        <w:t xml:space="preserve">2. </w:t>
      </w:r>
      <w:r>
        <w:t>изымать у граждан, нарушающих обязательные требования, продукцию и орудия добычи (вылова) водных биоресурсов, транспортные средства, а также соответствующие документы</w:t>
      </w:r>
    </w:p>
    <w:p>
      <w:r>
        <w:rPr>
          <w:b/>
        </w:rPr>
        <w:t>Статья 434. Технические средства контроля, устанавливаемые на судах рыбопромыслового флота</w:t>
      </w:r>
    </w:p>
    <w:p>
      <w:r>
        <w:rPr>
          <w:b/>
        </w:rPr>
        <w:t xml:space="preserve">1. </w:t>
      </w:r>
      <w:r>
        <w:t>Для осуществления промышленного и прибрежного рыболовства используются суда, которым предоставлено право плавания под Государственным флагом Российской Федерации и которые оснащены техническими средствами контроля, обеспечивающими постоянную автоматическую, некорректируемую передачу информации о местоположении судна, и другими техническими средствами контроля. Технические средства контроля в обязательном порядке устанавливаются на осуществляющие рыболовство самоходные суда с главным двигателем мощностью более пятидесяти пяти киловатт и валовой вместимостью более восьмидесяти тонн</w:t>
      </w:r>
    </w:p>
    <w:p>
      <w:r>
        <w:rPr>
          <w:b/>
        </w:rPr>
        <w:t xml:space="preserve">2. </w:t>
      </w:r>
      <w:r>
        <w:t>Порядок оснащения судов техническими средствами контроля, их виды, требования к их использованию и порядок контроля функционирования таких технических средств контроля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рыбного хозяйства. (В редакции Федерального закона от 29.05.2024 № 101-ФЗ) (Дополнение статьей - Федеральный закон от 03.07.2016 № 349-ФЗ)</w:t>
      </w:r>
    </w:p>
    <w:p>
      <w:r>
        <w:rPr>
          <w:b/>
        </w:rPr>
        <w:t>Статья 435. Контроль за осуществлением транспортировки и выгрузки уловов водных биоресурсов, добытых (выловленных) при осуществлении прибрежного рыболовства, а также рыбной продукции, произведенной из таких уловов</w:t>
      </w:r>
    </w:p>
    <w:p>
      <w:r>
        <w:t>(Наименование в редакции Федерального закона от 02.07.2021 № 338-ФЗ) Контроль за осуществлением транспортировки и выгрузки уловов водных биоресурсов, добытых (выловленных) при осуществлении прибрежного рыболовства, а также рыбной продукции, произведенной из таких уловов на судах рыбопромыслового флота, в живом, свежем и охлажденном виде в морские порты Российской Федерации и в иные места выгрузки, определенные органами государственной власти прибрежных субъектов Российской Федерации на территориях таких субъектов, осуществляется федеральным органом исполнительной власти в области обеспечения безопасности Российской Федерации. (В редакции Федерального закона от 02.07.2021 № 338-ФЗ) (Дополнение статьей - Федеральный закон от 03.07.2016 № 349-ФЗ)</w:t>
      </w:r>
    </w:p>
    <w:p>
      <w:r>
        <w:rPr>
          <w:b/>
        </w:rPr>
        <w:t>Статья 436. Производственный контроль</w:t>
      </w:r>
    </w:p>
    <w:p>
      <w:r>
        <w:rPr>
          <w:b/>
        </w:rPr>
        <w:t xml:space="preserve">1. </w:t>
      </w:r>
      <w:r>
        <w:t>Под производственным контролем понимается деятельность юридических лиц или индивидуальных предпринимателей, заключивших договор пользования рыболовным участком, по предупреждению и выявлению нарушений законодательства в области рыболовства и сохранения водных биоресурсов</w:t>
      </w:r>
    </w:p>
    <w:p>
      <w:r>
        <w:rPr>
          <w:b/>
        </w:rPr>
        <w:t xml:space="preserve">2. </w:t>
      </w:r>
      <w:r>
        <w:t>Производственный контроль осуществляется в границах рыболовных участков, указанных в договоре пользования рыболовным участком, лицами, которые выполняют обязанности, связанные с сохранением водных биоресурсов в соответствии с законодательством Российской Федерации, и имеют удостоверение установленного образца</w:t>
      </w:r>
    </w:p>
    <w:p>
      <w:r>
        <w:rPr>
          <w:b/>
        </w:rPr>
        <w:t xml:space="preserve">3. </w:t>
      </w:r>
      <w:r>
        <w:t>Лица, указанные в части 2 настоящей статьи, вправе</w:t>
      </w:r>
    </w:p>
    <w:p>
      <w:r>
        <w:rPr>
          <w:b/>
        </w:rPr>
        <w:t xml:space="preserve">4. </w:t>
      </w:r>
      <w:r>
        <w:t>Акт о наличии признаков административного правонарушения или преступления и материалы, содержащие данные, указывающие на наличие признаков нарушения законодательства в области рыболовства и сохранения водных биоресурсов, направляются в федеральный орган исполнительной власти, осуществляющий федеральный государственный контроль (надзор) в области рыболовства и сохранения водных биоресурсов (его территориальные органы)</w:t>
      </w:r>
    </w:p>
    <w:p>
      <w:r>
        <w:rPr>
          <w:b/>
        </w:rPr>
        <w:t xml:space="preserve">5. </w:t>
      </w:r>
      <w:r>
        <w:t>Порядок организации деятельности лиц, указанных в части 2 настоящей статьи, и фиксации ими административного правонарушения или преступления, образец удостоверения и порядок выдачи удостоверения, форма акта о наличии признаков административного правонарушения или преступления устанавливаются Правительством Российской Федерации. (Дополнение статьей - Федеральный закон от 24.07.2023 № 384-ФЗ)</w:t>
      </w:r>
    </w:p>
    <w:p>
      <w:r>
        <w:rPr>
          <w:b/>
        </w:rPr>
        <w:t xml:space="preserve">3. </w:t>
      </w:r>
      <w:r>
        <w:t>фиксировать невыполнение на рыболовных участках обязательных требований, установленных законодательством в области рыболовства и сохранения водных биоресурсов, включая несоблюдение правил рыболовства гражданами, юридическими лицами или индивидуальными предпринимателями</w:t>
      </w:r>
    </w:p>
    <w:p>
      <w:r>
        <w:rPr>
          <w:b/>
        </w:rPr>
        <w:t xml:space="preserve">3. </w:t>
      </w:r>
      <w:r>
        <w:t>составлять акты о наличии признаков административного правонарушения или преступления, связанных с нарушением законодательства в области рыболовства и сохранения водных биоресурсов</w:t>
      </w:r>
    </w:p>
    <w:p>
      <w:r>
        <w:rPr>
          <w:b/>
        </w:rPr>
        <w:t xml:space="preserve">3. </w:t>
      </w:r>
      <w:r>
        <w:t>фиксировать в том числе с помощью фото- и видеосъемки правонарушения в области рыболовства и сохранения водных биоресурсов</w:t>
      </w:r>
    </w:p>
    <w:p>
      <w:r>
        <w:rPr>
          <w:b/>
        </w:rPr>
        <w:t xml:space="preserve">3. </w:t>
      </w:r>
      <w:r>
        <w:t>представлять в федеральный орган исполнительной власти, осуществляющий федеральный государственный контроль (надзор) в области рыболовства и сохранения водных биоресурсов (его территориальные органы), предложения по совершенствованию контрольно-надзорных мероприятий в области рыболовства и сохранения водных биоресурсов в границах рыболовных участков, указанных в договоре пользования рыболовным участком</w:t>
      </w:r>
    </w:p>
    <w:p>
      <w:r>
        <w:rPr>
          <w:b/>
        </w:rPr>
        <w:t xml:space="preserve">3. </w:t>
      </w:r>
      <w:r>
        <w:t>участвовать в работе по просвещению населения в области рыболовства и сохранения водных биоресурсов в целях предотвращения нарушения законодательства в области рыболовства и сохранения водных биоресурсов</w:t>
      </w:r>
    </w:p>
    <w:p>
      <w:pPr>
        <w:pStyle w:val="Heading3"/>
      </w:pPr>
      <w:r>
        <w:t>СОХРАНЕНИЕ ВОДНЫХ БИОРЕСУРСОВ И СРЕДЫ ОБИТАНИЯ ВОДНЫХ БИОРЕСУРСОВ</w:t>
      </w:r>
    </w:p>
    <w:p>
      <w:r>
        <w:rPr>
          <w:b/>
        </w:rPr>
        <w:t>Статья 44. Рыбохозяйственная мелиорация</w:t>
      </w:r>
    </w:p>
    <w:p>
      <w:r>
        <w:rPr>
          <w:b/>
        </w:rPr>
        <w:t xml:space="preserve">1. </w:t>
      </w:r>
      <w:r>
        <w:t>Рыбохозяйственной мелиорацией являются мероприятия по улучшению показателей гидрологического, гидрогеохимического, экологического состояния водных объектов в целях создания условий для сохранения и рационального использования водных биоресурсов, а также обеспечения производства продукции аквакультуры</w:t>
      </w:r>
    </w:p>
    <w:p>
      <w:r>
        <w:rPr>
          <w:b/>
        </w:rPr>
        <w:t xml:space="preserve">2. </w:t>
      </w:r>
      <w:r>
        <w:t>Порядок проведения рыбохозяйственной мелиорации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рыбного хозяйства. (В редакции Федерального закона от 29.05.2024 № 101-ФЗ)</w:t>
      </w:r>
    </w:p>
    <w:p>
      <w:r>
        <w:rPr>
          <w:b/>
        </w:rPr>
        <w:t xml:space="preserve">3. </w:t>
      </w:r>
      <w:r>
        <w:t>В целях обеспечения производства продукции аквакультуры рыбохозяйственная мелиорация осуществляется рыбоводными хозяйствами в соответствии с договорами пользования рыбоводным участком, заключенными в соответствии с Федеральным законом "Об аквакультуре (рыбоводстве) и о внесении изменений в отдельные законодательные акты Российской Федерации"</w:t>
      </w:r>
    </w:p>
    <w:p>
      <w:r>
        <w:rPr>
          <w:b/>
        </w:rPr>
        <w:t xml:space="preserve">4. </w:t>
      </w:r>
      <w:r>
        <w:t>Рыбохозяйственная мелиорация может осуществляться путем проведения следующих мероприятий</w:t>
      </w:r>
    </w:p>
    <w:p>
      <w:r>
        <w:rPr>
          <w:b/>
        </w:rPr>
        <w:t xml:space="preserve">4. </w:t>
      </w:r>
      <w:r>
        <w:t>проведение дноуглубительных работ и (или) работ по извлечению донного грунта; (В редакции Федерального закона от 16.12.2019 № 431-ФЗ) 2) удаление водных растений из водного объекта</w:t>
      </w:r>
    </w:p>
    <w:p>
      <w:r>
        <w:rPr>
          <w:b/>
        </w:rPr>
        <w:t xml:space="preserve">4. </w:t>
      </w:r>
      <w:r>
        <w:t>создание искусственных рифов, донных ландшафтов в целях улучшения экологического состояния водного объекта, а также каналов, обеспечивающих свободный проход водных биоресурсов к местам нереста; (В редакции Федерального закона от 11.06.2021 № 163-ФЗ) 4) изъятие хищных видов и малоценных видов водных биоресурсов. Перечень хищных видов и малоценных видов водных биоресурсов для каждого рыбохозяйственного бассейна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рыбного хозяйства; (В редакции Федерального закона от 29.05.2024 № 101-ФЗ) 5) расчистка проток, устьев и русел рек, а также водопроводящих и сбросных каналов; (Дополнение пунктом - Федеральный закон от 11.06.2021 № 163-ФЗ) 6) выпуск растительноядных видов рыб в водные объекты рыбохозяйственного значения. Перечень растительноядных видов рыб для осуществления рыбохозяйственной мелиорации устанавливается федеральным органом исполнительной власти в области рыболовства. (Дополнение пунктом - Федеральный закон от 11.06.2021 № 163-ФЗ) (Статья в редакции Федерального закона от 02.07.2013 № 148-ФЗ)</w:t>
      </w:r>
    </w:p>
    <w:p>
      <w:r>
        <w:rPr>
          <w:b/>
        </w:rPr>
        <w:t>Статья 45. Искусственное воспроизводство водных биоресурсов</w:t>
      </w:r>
    </w:p>
    <w:p>
      <w:r>
        <w:rPr>
          <w:b/>
        </w:rPr>
        <w:t xml:space="preserve">1. </w:t>
      </w:r>
      <w:r>
        <w:t>Искусственное воспроизводство водных биоресурсов обеспечивается федеральным органом исполнительной власти в области рыболовства и подведомственными ему федеральными государственными бюджетными учреждениями, а также юридическими лицами, индивидуальными предпринимателями на основании государственных контрактов или договоров на выполнение работ по искусственному воспроизводству водных биоресурсов в соответствии с планами, утвержденными федеральным органом исполнительной власти в области рыболовства. Порядок подготовки и утверждения планов искусственного воспроизводства водных биоресурсов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рыбного хозяйства. (В редакции Федерального закона от 29.05.2024 № 101-ФЗ)</w:t>
      </w:r>
    </w:p>
    <w:p>
      <w:r>
        <w:rPr>
          <w:b/>
        </w:rPr>
        <w:t xml:space="preserve">2. </w:t>
      </w:r>
      <w:r>
        <w:t>В планы искусственного воспроизводства водных биоресурсов включаются объем и состав работ по искусственному воспроизводству водных биоресурсов на основании</w:t>
      </w:r>
    </w:p>
    <w:p>
      <w:r>
        <w:rPr>
          <w:b/>
        </w:rPr>
        <w:t xml:space="preserve">3. </w:t>
      </w:r>
      <w:r>
        <w:t>(Часть утратила силу - Федеральный закон от 26.11.2018 № 421-ФЗ)</w:t>
      </w:r>
    </w:p>
    <w:p>
      <w:r>
        <w:rPr>
          <w:b/>
        </w:rPr>
        <w:t xml:space="preserve">4. </w:t>
      </w:r>
      <w:r>
        <w:t>Выпуск водных биоресурсов в водный объект рыбохозяйственного значения подтверждается актом выпуска. В акте выпуска отражаются сведения о видовом составе водных биоресурсов, их количественные и качественные характеристики, дата и место выпуска водных биоресурсов в водный объект, реквизиты государственных заданий, на основании которых производится указанный выпуск при осуществлении искусственного воспроизводства водных биоресурсов федеральными государственными бюджетными учреждениями, подведомственными федеральному органу исполнительной власти в области рыболовства, либо реквизиты государственного контракта или договора на выполнение работ по искусственному воспроизводству водных биоресурсов, которые заключаются с юридическими лицами или индивидуальными предпринимателями и в соответствии с которыми производится выпуск водных биоресурсов в водные объекты</w:t>
      </w:r>
    </w:p>
    <w:p>
      <w:r>
        <w:rPr>
          <w:b/>
        </w:rPr>
        <w:t xml:space="preserve">5. </w:t>
      </w:r>
      <w:r>
        <w:t>Искусственное воспроизводство водных биоресурсов осуществляется в соответствии с методиками или инструкциями,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рыбного хозяйства. (В редакции Федерального закона от 29.05.2024 № 101-ФЗ)</w:t>
      </w:r>
    </w:p>
    <w:p>
      <w:r>
        <w:rPr>
          <w:b/>
        </w:rPr>
        <w:t xml:space="preserve">6. </w:t>
      </w:r>
      <w:r>
        <w:t>Порядок организации искусственного воспроизводства водных биоресурсов устанавливается Правительством Российской Федерации</w:t>
      </w:r>
    </w:p>
    <w:p>
      <w:r>
        <w:rPr>
          <w:b/>
        </w:rPr>
        <w:t xml:space="preserve">7. </w:t>
      </w:r>
      <w:r>
        <w:t>Федеральные государственные бюджетные учреждения, подведомственные федеральному органу исполнительной власти в области рыболовства, осуществляют искусственное воспроизводство водных биоресурсов в соответствии с государственным заданием, утвержденным в установленном порядке</w:t>
      </w:r>
    </w:p>
    <w:p>
      <w:r>
        <w:rPr>
          <w:b/>
        </w:rPr>
        <w:t xml:space="preserve">8. </w:t>
      </w:r>
      <w:r>
        <w:t>Государственный контракт на выполнение работ по искусственному воспроизводству водных биоресурсов заключается федеральным органом исполнительной власти в области рыболовства с признанными по итогам размещения государственного заказа на проведение указанных работ победителем или единственным исполнителем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
        <w:rPr>
          <w:b/>
        </w:rPr>
        <w:t xml:space="preserve">9. </w:t>
      </w:r>
      <w:r>
        <w:t>Договор на выполнение работ по искусственному воспроизводству водных биоресурсов заключается федеральным органом исполнительной власти в области рыболовства с юридическим лицом или индивидуальным предпринимателем в целях</w:t>
      </w:r>
    </w:p>
    <w:p>
      <w:r>
        <w:rPr>
          <w:b/>
        </w:rPr>
        <w:t xml:space="preserve">10. </w:t>
      </w:r>
      <w:r>
        <w:t>В договоре на выполнение работ по искусственному воспроизводству водных биоресурсов должны быть указаны его стороны, предмет договора (в том числе наименование водного биоресурса, подлежащего выпуску в водный объект, количественные и качественные характеристики водного биоресурса, сроки его выпуска), сведения о водных объектах рыбохозяйственного значения, используемых для искусственного воспроизводства водных биоресурсов, а также могут быть указаны иные условия</w:t>
      </w:r>
    </w:p>
    <w:p>
      <w:r>
        <w:rPr>
          <w:b/>
        </w:rPr>
        <w:t xml:space="preserve">11. </w:t>
      </w:r>
      <w:r>
        <w:t>Договор на выполнение работ по искусственному воспроизводству водных биоресурсов заключается на срок до двадцати пяти лет. (Статья в редакции Федерального закона от 02.07.2013 № 148-ФЗ)</w:t>
      </w:r>
    </w:p>
    <w:p>
      <w:r>
        <w:rPr>
          <w:b/>
        </w:rPr>
        <w:t xml:space="preserve">2. </w:t>
      </w:r>
      <w:r>
        <w:t>рекомендаций научно-исследовательских организаций, подведомственных федеральному органу исполнительной власти в области рыболовства</w:t>
      </w:r>
    </w:p>
    <w:p>
      <w:r>
        <w:rPr>
          <w:b/>
        </w:rPr>
        <w:t xml:space="preserve">2. </w:t>
      </w:r>
      <w:r>
        <w:t>заявлений юридических лиц, индивидуальных предпринимателей, поданных в порядке, установленном Правительством Российской Федерации, в соответствии с частью 3 статьи 332 настоящего Федерального закона</w:t>
      </w:r>
    </w:p>
    <w:p>
      <w:r>
        <w:rPr>
          <w:b/>
        </w:rPr>
        <w:t xml:space="preserve">2. </w:t>
      </w:r>
      <w:r>
        <w:t>заявлений юридических лиц, индивидуальных предпринимателей об осуществлении искусственного воспроизводства водных биоресурсов без предоставления водных биоресурсов в пользование, поданных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рыбного хозяйства. (В редакции Федерального закона от 29.05.2024 № 101-ФЗ)</w:t>
      </w:r>
    </w:p>
    <w:p>
      <w:r>
        <w:rPr>
          <w:b/>
        </w:rPr>
        <w:t xml:space="preserve">9. </w:t>
      </w:r>
      <w:r>
        <w:t>компенсации ущерба, причиненного водным биоресурсам и среде их обитания</w:t>
      </w:r>
    </w:p>
    <w:p>
      <w:r>
        <w:rPr>
          <w:b/>
        </w:rPr>
        <w:t xml:space="preserve">9. </w:t>
      </w:r>
      <w:r>
        <w:t>осуществления искусственного воспроизводства водных биоресурсов за счет собственных средств юридического лица или индивидуального предпринимателя</w:t>
      </w:r>
    </w:p>
    <w:p>
      <w:r>
        <w:rPr>
          <w:b/>
        </w:rPr>
        <w:t>Статья 46. Акклиматизация водных биоресурсов</w:t>
      </w:r>
    </w:p>
    <w:p>
      <w:r>
        <w:rPr>
          <w:b/>
        </w:rPr>
        <w:t xml:space="preserve">1. </w:t>
      </w:r>
      <w:r>
        <w:t>Акклиматизация водных биоресурсов - деятельность по вселению водных биоресурсов ценных видов в водные объекты рыбохозяйственного значения и созданию их устойчивых популяций в водных объектах рыбохозяйственного значения, в которых водные биоресурсы данных видов не обитали ранее или утратили свое значение</w:t>
      </w:r>
    </w:p>
    <w:p>
      <w:r>
        <w:rPr>
          <w:b/>
        </w:rPr>
        <w:t xml:space="preserve">2. </w:t>
      </w:r>
      <w:r>
        <w:t>Порядок осуществления мероприятий по акклиматизации водных биоресурсов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рыбного хозяйства. (В редакции федеральных законов от 06.12.2007 № 333-ФЗ, от 03.12.2008 № 250-ФЗ, от 29.05.2024 № 101-ФЗ)</w:t>
      </w:r>
    </w:p>
    <w:p>
      <w:r>
        <w:rPr>
          <w:b/>
        </w:rPr>
        <w:t>Статья 47. Нормативы качества воды водных объектов рыбохозяйственного значения и требования к водному режиму водных объектов рыбохозяйственного значения</w:t>
      </w:r>
    </w:p>
    <w:p>
      <w:r>
        <w:rPr>
          <w:b/>
        </w:rPr>
        <w:t xml:space="preserve">1. </w:t>
      </w:r>
      <w:r>
        <w:t>Нормативы качества воды водных объектов рыбохозяйственного значения, в том числе нормативы предельно допустимых концентраций загрязняющих веществ в водах водных объектов рыбохозяйственного значения, разрабатываются и утверждаются в порядке, установленном Правительством Российской Федерации. (В редакции федеральных законов от 06.12.2007 № 333-ФЗ, от 30.12.2021 № 445-ФЗ)</w:t>
      </w:r>
    </w:p>
    <w:p>
      <w:r>
        <w:rPr>
          <w:b/>
        </w:rPr>
        <w:t xml:space="preserve">2. </w:t>
      </w:r>
      <w:r>
        <w:t>Сброс в водные объекты рыбохозяйственного значения и рыбохозяйственные заповедные зоны загрязняющих веществ, предельно допустимые концентрации которых в водах водных объектов рыбохозяйственного значения не установлены, запрещается. (В редакции Федерального закона от 30.12.2021 № 445-ФЗ)</w:t>
      </w:r>
    </w:p>
    <w:p>
      <w:r>
        <w:rPr>
          <w:b/>
        </w:rPr>
        <w:t xml:space="preserve">3. </w:t>
      </w:r>
      <w:r>
        <w:t>Установление требования к водному режиму водных объектов рыбохозяйственного значения (ограничение объема безвозвратного изъятия поверхностных вод, обеспечение оптимального уровня воды и сбросов вод в рыбохозяйственных целях) должно обеспечивать сохранение водных биоресурсов</w:t>
      </w:r>
    </w:p>
    <w:p>
      <w:r>
        <w:rPr>
          <w:b/>
        </w:rPr>
        <w:t>Статья 48</w:t>
      </w:r>
    </w:p>
    <w:p>
      <w:r>
        <w:t>(Статья утратила силу - Федеральный закон от 30.12.2021 № 445-ФЗ)</w:t>
      </w:r>
    </w:p>
    <w:p>
      <w:r>
        <w:rPr>
          <w:b/>
        </w:rPr>
        <w:t>Статья 49. Рыбохозяйственные заповедные зоны</w:t>
      </w:r>
    </w:p>
    <w:p>
      <w:r>
        <w:rPr>
          <w:b/>
        </w:rPr>
        <w:t xml:space="preserve">1. </w:t>
      </w:r>
      <w:r>
        <w:t>Водный объект рыбохозяйственного значения или его часть с прилегающей к таким объекту или его части территорией, имеющие важное значение для сохранения водных биоресурсов особо ценных и ценных видов, могут быть объявлены рыбохозяйственной заповедной зоной</w:t>
      </w:r>
    </w:p>
    <w:p>
      <w:r>
        <w:rPr>
          <w:b/>
        </w:rPr>
        <w:t xml:space="preserve">2. </w:t>
      </w:r>
      <w:r>
        <w:t>В рыбохозяйственной заповедной зоне устанавливается особый режим хозяйственной и иной деятельности в целях сохранения водных биоресурсов, в том числе сохранения условий для их воспроизводства, и создания условий для развития аквакультуры и рыболовства</w:t>
      </w:r>
    </w:p>
    <w:p>
      <w:r>
        <w:rPr>
          <w:b/>
        </w:rPr>
        <w:t xml:space="preserve">3. </w:t>
      </w:r>
      <w:r>
        <w:t>В рыбохозяйственных заповедных зонах могут быть запрещены полностью или частично, постоянно или временно либо ограничены следующие виды хозяйственной и иной деятельности</w:t>
      </w:r>
    </w:p>
    <w:p>
      <w:r>
        <w:rPr>
          <w:b/>
        </w:rPr>
        <w:t xml:space="preserve">4. </w:t>
      </w:r>
      <w:r>
        <w:t>Порядок установления рыбохозяйственных заповедных зон, изменения их границ, принятия решений о прекращении существования рыбохозяйственных заповедных зон определяется Правительством Российской Федерации</w:t>
      </w:r>
    </w:p>
    <w:p>
      <w:r>
        <w:rPr>
          <w:b/>
        </w:rPr>
        <w:t xml:space="preserve">5. </w:t>
      </w:r>
      <w:r>
        <w:t>Правовой режим рыбохозяйственной заповедной зоны озера Байкал устанавливается в соответствии с настоящим Федеральным законом и Федеральным законом от 1 мая 1999 года № 94-ФЗ "Об охране озера Байкал". (Статья в редакции Федерального закона от 30.12.2021 № 445-ФЗ)</w:t>
      </w:r>
    </w:p>
    <w:p>
      <w:r>
        <w:rPr>
          <w:b/>
        </w:rPr>
        <w:t xml:space="preserve">3. </w:t>
      </w:r>
      <w:r>
        <w:t>разведка и добыча полезных ископаемых</w:t>
      </w:r>
    </w:p>
    <w:p>
      <w:r>
        <w:rPr>
          <w:b/>
        </w:rPr>
        <w:t xml:space="preserve">3. </w:t>
      </w:r>
      <w:r>
        <w:t>судоходство</w:t>
      </w:r>
    </w:p>
    <w:p>
      <w:r>
        <w:rPr>
          <w:b/>
        </w:rPr>
        <w:t xml:space="preserve">3. </w:t>
      </w:r>
      <w:r>
        <w:t>транспортировка углеводородов и продукции из них трубопроводным транспортом</w:t>
      </w:r>
    </w:p>
    <w:p>
      <w:r>
        <w:rPr>
          <w:b/>
        </w:rPr>
        <w:t xml:space="preserve">3. </w:t>
      </w:r>
      <w:r>
        <w:t>сплав древесины (лесоматериалов)</w:t>
      </w:r>
    </w:p>
    <w:p>
      <w:r>
        <w:rPr>
          <w:b/>
        </w:rPr>
        <w:t xml:space="preserve">3. </w:t>
      </w:r>
      <w:r>
        <w:t>деятельность, влекущая за собой изменения гидрологического режима, за исключением осуществления мероприятий по рыбохозяйственной мелиорации</w:t>
      </w:r>
    </w:p>
    <w:p>
      <w:r>
        <w:rPr>
          <w:b/>
        </w:rPr>
        <w:t xml:space="preserve">3. </w:t>
      </w:r>
      <w:r>
        <w:t>сброс сточных, в том числе дренажных, вод в водный объект</w:t>
      </w:r>
    </w:p>
    <w:p>
      <w:r>
        <w:rPr>
          <w:b/>
        </w:rPr>
        <w:t xml:space="preserve">3. </w:t>
      </w:r>
      <w:r>
        <w:t>строительство гидроэлектростанций</w:t>
      </w:r>
    </w:p>
    <w:p>
      <w:r>
        <w:rPr>
          <w:b/>
        </w:rPr>
        <w:t xml:space="preserve">3. </w:t>
      </w:r>
      <w:r>
        <w:t>рубка лесных насаждений</w:t>
      </w:r>
    </w:p>
    <w:p>
      <w:r>
        <w:rPr>
          <w:b/>
        </w:rPr>
        <w:t xml:space="preserve">3. </w:t>
      </w:r>
      <w:r>
        <w:t>строительство промышленных объектов</w:t>
      </w:r>
    </w:p>
    <w:p>
      <w:r>
        <w:rPr>
          <w:b/>
        </w:rPr>
        <w:t xml:space="preserve">3. </w:t>
      </w:r>
      <w:r>
        <w:t>использование сточных вод в целях регулирования плодородия почв</w:t>
      </w:r>
    </w:p>
    <w:p>
      <w:r>
        <w:rPr>
          <w:b/>
        </w:rPr>
        <w:t xml:space="preserve">3. </w:t>
      </w:r>
      <w:r>
        <w:t>размещение кладбищ, объектов уничтожения биологических отходов,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 (В редакции Федерального закона от 12.12.2023 № 582-ФЗ) 12) осуществление авиационных мер по борьбе с вредными организмами</w:t>
      </w:r>
    </w:p>
    <w:p>
      <w:r>
        <w:rPr>
          <w:b/>
        </w:rPr>
        <w:t xml:space="preserve">3. </w:t>
      </w:r>
      <w:r>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
        <w:rPr>
          <w:b/>
        </w:rPr>
        <w:t xml:space="preserve">3. </w:t>
      </w:r>
      <w:r>
        <w:t>строительство и реконструкция автозаправочных станций, складов горюче-смазочных материалов,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r>
        <w:rPr>
          <w:b/>
        </w:rPr>
        <w:t xml:space="preserve">3. </w:t>
      </w:r>
      <w:r>
        <w:t>хранение пестицидов и агрохимикатов (за исключением хранения агрохимикатов в специализированных хранилищах на территориях морских портов за пределами границ прибрежных защитных полос), применение пестицидов и агрохимикатов</w:t>
      </w:r>
    </w:p>
    <w:p>
      <w:r>
        <w:rPr>
          <w:b/>
        </w:rPr>
        <w:t xml:space="preserve">3. </w:t>
      </w:r>
      <w:r>
        <w:t>распашка земель</w:t>
      </w:r>
    </w:p>
    <w:p>
      <w:r>
        <w:rPr>
          <w:b/>
        </w:rPr>
        <w:t xml:space="preserve">3. </w:t>
      </w:r>
      <w:r>
        <w:t>размещение отвалов размываемых грунтов</w:t>
      </w:r>
    </w:p>
    <w:p>
      <w:r>
        <w:rPr>
          <w:b/>
        </w:rPr>
        <w:t xml:space="preserve">3. </w:t>
      </w:r>
      <w:r>
        <w:t>выпас сельскохозяйственных животных и организация для них летних лагерей, ванн</w:t>
      </w:r>
    </w:p>
    <w:p>
      <w:r>
        <w:rPr>
          <w:b/>
        </w:rPr>
        <w:t>Статья 50. Требования о сохранении водных биоресурсов и среды их обитания при осуществлении градостроительной и иной деятельности</w:t>
      </w:r>
    </w:p>
    <w:p>
      <w:r>
        <w:rPr>
          <w:b/>
        </w:rPr>
        <w:t xml:space="preserve">1. </w:t>
      </w:r>
      <w:r>
        <w:t>При территориальном планировании, градостроительном зонировании, планировке территории, архитектурно-строительном проектировании, строительстве, реконструкции, капитальном ремонте объектов капитального строительства, внедрении новых технологических процессов и осуществлении иной деятельности должны применяться меры по сохранению водных биоресурсов и среды их обитания</w:t>
      </w:r>
    </w:p>
    <w:p>
      <w:r>
        <w:rPr>
          <w:b/>
        </w:rPr>
        <w:t xml:space="preserve">2. </w:t>
      </w:r>
      <w:r>
        <w:t>Деятельность, указанная в части 1 настоящей статьи, осуществляется только по согласованию с федеральным органом исполнительной власти в области рыболовства в порядке, установленном Правительством Российской Федерации</w:t>
      </w:r>
    </w:p>
    <w:p>
      <w:r>
        <w:rPr>
          <w:b/>
        </w:rPr>
        <w:t xml:space="preserve">3. </w:t>
      </w:r>
      <w:r>
        <w:t>Меры по сохранению водных биоресурсов и среды их обитания, порядок их осуществления определяются Правительством Российской Федерации. (Статья в редакции Федерального закона от 03.12.2008 № 250-ФЗ)</w:t>
      </w:r>
    </w:p>
    <w:p>
      <w:r>
        <w:rPr>
          <w:b/>
        </w:rPr>
        <w:t>Статья 501. Охрана редких и находящихся под угрозой исчезновения видов водных биоресурсов</w:t>
      </w:r>
    </w:p>
    <w:p>
      <w:r>
        <w:t>Охрана редких и находящихся под угрозой исчезновения видов водных биоресурсов осуществляется в соответствии с Федеральным законом от 10 января 2002 года № 7-ФЗ "Об охране окружающей среды" и настоящим Федеральным законом. (Дополнение статьей - Федеральный закон от 28.12.2010 № 420-ФЗ)</w:t>
      </w:r>
    </w:p>
    <w:p>
      <w:r>
        <w:rPr>
          <w:b/>
        </w:rPr>
        <w:t>Статья 502. Требования о сохранении анадромных видов рыб на миграционных путях к местам нереста</w:t>
      </w:r>
    </w:p>
    <w:p>
      <w:r>
        <w:t>В целях обеспечения сохранения анадромных видов рыб на миграционных путях к местам нереста запрещается применение плавных (дрифтерных) сетей при осуществлении промышленного рыболовства, рыболовства в научно-исследовательских и контрольных целях и прибрежного рыболовства анадромных видов рыб во внутренних морских водах Российской Федерации, в территориальном море Российской Федерации и в исключительной экономической зоне Российской Федерации. (Дополнение статьей - Федеральный закон от 29.06.2015 № 208-ФЗ)</w:t>
      </w:r>
    </w:p>
    <w:p>
      <w:pPr>
        <w:pStyle w:val="Heading3"/>
      </w:pPr>
      <w:r>
        <w:t>РАЗРЕШЕНИЕ СПОРОВ В ОБЛАСТИ РЫБОЛОВСТВА И СОХРАНЕНИЯ ВОДНЫХ БИОРЕСУРСОВ И ОТВЕТСТВЕННОСТЬ ЗА СОВЕРШЕНИЕ ПРАВОНАРУШЕНИЙ В ОБЛАСТИ РЫБОЛОВСТВА И СОХРАНЕНИЯ ВОДНЫХ БИОРЕСУРСОВ</w:t>
      </w:r>
    </w:p>
    <w:p>
      <w:r>
        <w:rPr>
          <w:b/>
        </w:rPr>
        <w:t>Статья 51. Порядок разрешения споров в области рыболовства и сохранения водных биоресурсов</w:t>
      </w:r>
    </w:p>
    <w:p>
      <w:r>
        <w:rPr>
          <w:b/>
        </w:rPr>
        <w:t xml:space="preserve">1. </w:t>
      </w:r>
      <w:r>
        <w:t>Споры в области рыболовства и сохранения водных биоресурсов разрешаются в судебном порядке</w:t>
      </w:r>
    </w:p>
    <w:p>
      <w:r>
        <w:rPr>
          <w:b/>
        </w:rPr>
        <w:t xml:space="preserve">2. </w:t>
      </w:r>
      <w:r>
        <w:t>В административном порядке споры в области рыболовства и сохранения водных биоресурсов разрешаются в случаях, предусмотренных законодательством Российской Федерации</w:t>
      </w:r>
    </w:p>
    <w:p>
      <w:r>
        <w:rPr>
          <w:b/>
        </w:rPr>
        <w:t>Статья 52. Ответственность за совершение правонарушений в области рыболовства и сохранения водных биоресурсов</w:t>
      </w:r>
    </w:p>
    <w:p>
      <w:r>
        <w:t>Лица, совершившие правонарушения в области рыболовства и сохранения водных биоресурсов, несут ответственность в соответствии с законодательством Российской Федерации.</w:t>
      </w:r>
    </w:p>
    <w:p>
      <w:r>
        <w:rPr>
          <w:b/>
        </w:rPr>
        <w:t>Статья 53. Возмещение вреда, причиненного водным биоресурсам</w:t>
      </w:r>
    </w:p>
    <w:p>
      <w:r>
        <w:t>Возмещение вреда, причиненного водным биоресурсам, осуществляется в добровольном порядке или на основании решения суда. Размер вреда, причиненного водным биоресурсам, определяется в соответствии с таксами для исчисления размера причиненного водным биоресурсам вреда, утвержденными Правительством Российской Федерации, и методиками исчисления размера причиненного водным биоресурсам вреда,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рыбного хозяйства, а при отсутствии указанных такс и методик - исходя из затрат на восстановление водных биоресурсов. (В редакции Федерального закона от 29.05.2024 № 101-ФЗ) (Статья в редакции Федерального закона от 26.07.2019 № 243-ФЗ)</w:t>
      </w:r>
    </w:p>
    <w:p>
      <w:r>
        <w:rPr>
          <w:b/>
        </w:rPr>
        <w:t>Статья 54. Изъятие незаконно добытых (выловленных) водных биоресурсов</w:t>
      </w:r>
    </w:p>
    <w:p>
      <w:r>
        <w:t>(Наименование в редакции Федерального закона от 06.03.2019 № 20-ФЗ)</w:t>
      </w:r>
    </w:p>
    <w:p>
      <w:r>
        <w:rPr>
          <w:b/>
        </w:rPr>
        <w:t xml:space="preserve">1. </w:t>
      </w:r>
      <w:r>
        <w:t>Незаконно добытые (выловленные) водные биоресурсы и рыбная продукция из них подлежат безвозмездному изъятию или конфискации в порядке, установленном законодательством Российской Федерации. (В редакции федеральных законов от 06.12.2007 № 333-ФЗ, от 06.03.2019 № 20-ФЗ, от 02.07.2021 № 338-ФЗ)</w:t>
      </w:r>
    </w:p>
    <w:p>
      <w:r>
        <w:rPr>
          <w:b/>
        </w:rPr>
        <w:t xml:space="preserve">2. </w:t>
      </w:r>
      <w:r>
        <w:t>Безвозмездно изъятые или конфискованные водные биоресурсы, относящиеся к осетровым, лососевым видам рыб, крабам, включая крабоиды, морским гребешкам, трепангам, морским ежам, подлежат возвращению в среду обитания. Указанные водные биоресурсы в случае, если их физическое состояние не позволяет возвратить их в среду обитания, а также рыбная продукция из них, в том числе икра, подлежат незамедлительному уничтожению. Другие безвозмездно изъятые или конфискованные водные биоресурсы и рыбная продукция из них подлежат реализации или уничтожению. (В редакции Федерального закона от 02.07.2021 № 338-ФЗ)</w:t>
      </w:r>
    </w:p>
    <w:p>
      <w:r>
        <w:rPr>
          <w:b/>
        </w:rPr>
        <w:t xml:space="preserve">3. </w:t>
      </w:r>
      <w:r>
        <w:t>Порядок реализации и уничтожения безвозмездно изъятых или конфискованных водных биоресурсов, рыбной продукции из них, а также перечень водных биоресурсов, подлежащих уничтожению и указанных в части 2 настоящей статьи, устанавливается Правительством Российской Федерации. (В редакции Федерального закона от 02.07.2021 № 338-ФЗ)</w:t>
      </w:r>
    </w:p>
    <w:p>
      <w:r>
        <w:rPr>
          <w:b/>
        </w:rPr>
        <w:t xml:space="preserve">4. </w:t>
      </w:r>
      <w:r>
        <w:t>(Дополнение частью - Федеральный закон от 06.12.2007 № 333-ФЗ) (Утратила силу - Федеральный закон от 06.03.2019 № 20-ФЗ) (Дополнение статьей - Федеральный закон от 20.04.2007 № 57-ФЗ)</w:t>
      </w:r>
    </w:p>
    <w:p>
      <w:pPr>
        <w:pStyle w:val="Heading3"/>
      </w:pPr>
      <w:r>
        <w:t>ЗАКЛЮЧИТЕЛЬНЫЕ И ПЕРЕХОДНЫЕ ПОЛОЖЕНИЯ</w:t>
      </w:r>
    </w:p>
    <w:p>
      <w:r>
        <w:rPr>
          <w:b/>
        </w:rPr>
        <w:t>Статья 55. О действии актов законодательства Союза ССР в области рыболовства и сохранения водных биоресурсов</w:t>
      </w:r>
    </w:p>
    <w:p>
      <w:r>
        <w:rPr>
          <w:b/>
        </w:rPr>
        <w:t xml:space="preserve">1. </w:t>
      </w:r>
      <w:r>
        <w:t>Акты законодательства Союза ССР в области рыболовства и сохранения водных биоресурсов в части, касающейся оснований и порядка предоставления гражданам и юридическим лицам права на добычу (вылов) водных биоресурсов, признаются недействующими</w:t>
      </w:r>
    </w:p>
    <w:p>
      <w:r>
        <w:rPr>
          <w:b/>
        </w:rPr>
        <w:t xml:space="preserve">2. </w:t>
      </w:r>
      <w:r>
        <w:t>Акты законодательства Союза ССР в области рыболовства и сохранения водных биоресурсов по вопросам, не указанным в части 1 настоящей статьи, применяются постольку, поскольку они не противоречат настоящему Федеральному закону</w:t>
      </w:r>
    </w:p>
    <w:p>
      <w:r>
        <w:rPr>
          <w:b/>
        </w:rPr>
        <w:t>Статья 56. О зонах водных объектов рыбохозяйственного назначения, созданных до дня вступления в силу настоящего Федерального закона</w:t>
      </w:r>
    </w:p>
    <w:p>
      <w:r>
        <w:t>Береговые охранные зоны, заповедные зоны, водоохранные зоны водных объектов рыбохозяйственного назначения, созданные до дня вступления в силу настоящего Федерального закона, рыбоохранные зоны, установленные в период до 1 января 2022 года, и водный объект или часть водного объекта, к которым прилегают такие зоны, в целях сохранения водных биоресурсов признаются на период до 1 января 2025 года рыбохозяйственными заповедными зонами в случае и порядке, предусмотренных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рыбного хозяйства. (В редакции Федерального закона от 29.05.2024 № 101-ФЗ) (Статья в редакции Федерального закона от 30.12.2021 № 445-ФЗ)</w:t>
      </w:r>
    </w:p>
    <w:p>
      <w:r>
        <w:rPr>
          <w:b/>
        </w:rPr>
        <w:t>Статья 57. Переходные положения в отношении договоров о закреплении долей квот добычи (вылова) водных биоресурсов для осуществления прибрежного рыболовства и договоров о закреплении долей квот добычи (вылова) водных биоресурсов для осуществления промышленного рыболовства, за исключением промышленного рыболовства в пресноводных водных объектах, срок действия которых истекает до 31 декабря 2018 года, порядок распределения квот добычи (вылова) водных биоресурсов в морских водах и закрепления долей квот добычи (вылова) водных биоресурсов</w:t>
      </w:r>
    </w:p>
    <w:p>
      <w:r>
        <w:rPr>
          <w:b/>
        </w:rPr>
        <w:t xml:space="preserve">1. </w:t>
      </w:r>
      <w:r>
        <w:t>Квота добычи (вылова) водных биоресурсов в морских водах распределяется в долевом соотношении между лицами, указанными в части 3 статьи 16 настоящего Федерального закона, у которых срок действия договоров о закреплении долей квот добычи (вылова) водных биоресурсов для осуществления промышленного рыболовства, за исключением промышленного рыболовства в пресноводных водных объектах, и (или) договоров о закреплении долей квот добычи (вылова) водных биоресурсов для осуществления прибрежного рыболовства истекает до 31 декабря 2018 года, путем заключения с такими лицами договоров о закреплении доли квоты добычи (вылова) водных биоресурсов в морских водах на пятнадцать лет</w:t>
      </w:r>
    </w:p>
    <w:p>
      <w:r>
        <w:rPr>
          <w:b/>
        </w:rPr>
        <w:t xml:space="preserve">2. </w:t>
      </w:r>
      <w:r>
        <w:t>Расчет доли квоты добычи (вылова) водных биоресурсов в морских водах, закрепляемой за лицом, у которого срок действия договора о закреплении долей квот добычи (вылова) водных биоресурсов для осуществления промышленного рыболовства и (или) договора о закреплении долей квот добычи (вылова) водных биоресурсов для осуществления прибрежного рыболовства истекает до 31 декабря 2018 года, осуществляется в порядке, предусмотренном частями 3 - 6 настоящей статьи. При расчете доли квоты добычи (вылова) водных биоресурсов в морских водах, закрепляемой за лицом, указанным в части 1 настоящей статьи, при заключении с таким лицом договора о закреплении доли квоты в морских водах, используются</w:t>
      </w:r>
    </w:p>
    <w:p>
      <w:r>
        <w:rPr>
          <w:b/>
        </w:rPr>
        <w:t xml:space="preserve">3. </w:t>
      </w:r>
      <w:r>
        <w:t>Общий размер доли соответствующей квоты добычи (вылова) водных биоресурсов для осуществления прибрежного рыболовства или промышленного рыболовства, закрепленной за лицом, указанным в части 2 настоящей статьи, определяется путем суммирования долей соответствующей квоты добычи (вылова) водных биоресурсов, указанных в договорах о закреплении долей квот добычи (вылова) водных биоресурсов для осуществления прибрежного или промышленного рыболовства, заключенных с таким лицом. Общий размер доли соответствующей квоты добычи (вылова) водных биоресурсов для осуществления прибрежного рыболовства или промышленного рыболовства, закрепленной за лицом, указанным в части 1 настоящей статьи, не определяется в случае, если у лица заключен один договор о закреплении долей квот добычи (вылова) водных биоресурсов для осуществления прибрежного рыболовства или промышленного рыболовства в отношении соответствующей квоты добычи (вылова) водных биоресурсов. В качестве размера доли соответствующей квоты признается размер доли, указанный в соответствующем договоре о закреплении долей квот добычи (вылова) водных биоресурсов для осуществления прибрежного рыболовства или промышленного рыболовства</w:t>
      </w:r>
    </w:p>
    <w:p>
      <w:r>
        <w:rPr>
          <w:b/>
        </w:rPr>
        <w:t xml:space="preserve">4. </w:t>
      </w:r>
      <w:r>
        <w:t>Определяются суммарный объем общих допустимых уловов водных биоресурсов, распределенных применительно к соответствующей квоте добычи (вылова) водных биоресурсов для осуществления прибрежного рыболовства, за девять лет, предшествующих расчетному году, и суммарный объем общих допустимых уловов водных биоресурсов, распределенных применительно к соответствующей квоте добычи (вылова) водных биоресурсов для осуществления промышленного рыболовства, за девять лет, предшествующих расчетному году</w:t>
      </w:r>
    </w:p>
    <w:p>
      <w:r>
        <w:rPr>
          <w:b/>
        </w:rPr>
        <w:t xml:space="preserve">5. </w:t>
      </w:r>
      <w:r>
        <w:t>Определяется удельный вес (доля) соответствующего вида рыболовства (промышленного рыболовства и (или) прибрежного рыболовства), осуществленного за девять лет, предшествующих расчетному году, в суммарном объеме общих допустимых уловов, распределенных применительно к соответствующей квоте добычи (вылова) водных биоресурсов для осуществления прибрежного рыболовства, за девять лет, предшествующих расчетному году, и суммарном объеме общих допустимых уловов, распределенных применительно к соответствующей квоте добычи (вылова) водных биоресурсов для осуществления промышленного рыболовства, за этот же период</w:t>
      </w:r>
    </w:p>
    <w:p>
      <w:r>
        <w:rPr>
          <w:b/>
        </w:rPr>
        <w:t xml:space="preserve">6. </w:t>
      </w:r>
      <w:r>
        <w:t>Доля квоты добычи (вылова) водных биоресурсов в морских водах, закрепляемая за лицом, указанным в части 2 настоящей статьи, при заключении с указанным лицом договора о закреплении доли квоты добычи (вылова) водных биоресурсов в морских водах, определяется как произведение общего размера доли соответствующей квоты добычи (вылова) водных биоресурсов для осуществления прибрежного рыболовства или промышленного рыболовства, определенной в соответствии с частью 3 настоящей статьи, и удельного веса (доли) соответствующего вида рыболовства (прибрежного рыболовства или промышленного рыболовства), определенного в соответствии с частью 5 настоящей статьи. В случае, если у лица, указанного в части 2 настоящей статьи, после осуществления расчета определены две доли квоты добычи (вылова) водных биоресурсов в морских водах (в случае осуществления указанным лицом прибрежного рыболовства и промышленного рыболовства в отношении водных биоресурсов в определенном районе), при заключении договора о закреплении доли квоты добычи (вылова) водных биоресурсов в морских водах такие доли суммируются и в договоре о закреплении доли квоты добычи (вылова) водных биоресурсов указывается доля, равная совокупному размеру двух долей</w:t>
      </w:r>
    </w:p>
    <w:p>
      <w:r>
        <w:rPr>
          <w:b/>
        </w:rPr>
        <w:t xml:space="preserve">7. </w:t>
      </w:r>
      <w:r>
        <w:t>Порядок распределения квот добычи (вылова) водных биоресурсов в морских водах и закрепления долей таких квот, порядок заключения договоров о закреплении доли квоты добычи (вылова) водных биоресурсов в морских водах в соответствии с настоящей статьей, примерная форма такого договора устанавливаются Правительством Российской Федерации. (Статья в редакции Федерального закона от 03.07.2016 № 349-ФЗ)</w:t>
      </w:r>
    </w:p>
    <w:p>
      <w:r>
        <w:rPr>
          <w:b/>
        </w:rPr>
        <w:t xml:space="preserve">2. </w:t>
      </w:r>
      <w:r>
        <w:t>размер доли, указанный в договоре о закреплении долей квот добычи (вылова) водных биоресурсов для осуществления промышленного рыболовства и (или) для осуществления прибрежного рыболовства, срок действия которого истекает до 31 декабря 2018 года и на основании которого осуществляется добыча (вылов) водных биоресурсов в определенном районе при осуществлении промышленного рыболовства и (или) прибрежного рыболовства</w:t>
      </w:r>
    </w:p>
    <w:p>
      <w:r>
        <w:rPr>
          <w:b/>
        </w:rPr>
        <w:t xml:space="preserve">2. </w:t>
      </w:r>
      <w:r>
        <w:t>общий допустимый улов водных биоресурсов, распределяемый применительно к квоте добычи (вылова) водных биоресурсов в определенном районе для осуществления прибрежного рыболовства и (или) промышленного рыболовства</w:t>
      </w:r>
    </w:p>
    <w:p>
      <w:r>
        <w:rPr>
          <w:b/>
        </w:rPr>
        <w:t>Статья 58. Переходные положения в отношении договоров о закреплении долей квот добычи (вылова) водных биоресурсов для осуществления промышленного рыболовства в пресноводных водных объектах, срок действия которых истекает до 31 декабря 2018 года, и порядок закрепления долей квот добычи (вылова) водных биоресурсов</w:t>
      </w:r>
    </w:p>
    <w:p>
      <w:r>
        <w:rPr>
          <w:b/>
        </w:rPr>
        <w:t xml:space="preserve">1. </w:t>
      </w:r>
      <w:r>
        <w:t>Доли квот добычи (вылова) водных биоресурсов во внутренних водных объектах закрепляются за лицами, указанными в части 3 статьи 16 настоящего Федерального закона, у которых срок действия договоров о закреплении долей квот добычи (вылова) водных биоресурсов для осуществления промышленного рыболовства в пресноводных водных объектах истекает до 31 декабря 2018 года, путем заключения с указанными лицами договоров о закреплении доли квоты добычи (вылова) водных биоресурсов во внутреннем водном объекте на пятнадцать лет</w:t>
      </w:r>
    </w:p>
    <w:p>
      <w:r>
        <w:rPr>
          <w:b/>
        </w:rPr>
        <w:t xml:space="preserve">2. </w:t>
      </w:r>
      <w:r>
        <w:t>В договоре о закреплении доли квоты добычи (вылова) водных биоресурсов во внутреннем водном объекте, заключаемом с лицом, указанным в части 1 настоящей статьи, указывается доля квоты добычи (вылова) водных биоресурсов, содержащаяся в договоре о закреплении долей квот добычи (вылова) водных биоресурсов для осуществления промышленного рыболовства в пресноводных водных объектах, срок действия которого истекает. В случае, если у лица истекает срок действия нескольких договоров о закреплении долей квот добычи (вылова) водных биоресурсов для осуществления промышленного рыболовства в пресноводных водных объектах, заключенных в отношении соответствующей квоты добычи (вылова) водных биоресурсов, с таким лицом заключается один договор о закреплении доли квоты добычи (вылова) водных биоресурсов во внутреннем водном объекте. Доля квоты добычи (вылова) водных биоресурсов при заключении такого договора определяется как сумма долей квоты, указанных в договорах о закреплении доли квоты добычи (вылова) водных биоресурсов для осуществления промышленного рыболовства в пресноводных водных объектах, срок действия которых истекает до 31 декабря 2018 года</w:t>
      </w:r>
    </w:p>
    <w:p>
      <w:r>
        <w:rPr>
          <w:b/>
        </w:rPr>
        <w:t xml:space="preserve">3. </w:t>
      </w:r>
      <w:r>
        <w:t>Порядок закрепления долей квот добычи (вылова) водных биоресурсов во внутренних водных объектах за лицами, у которых срок действия договоров о закреплении долей квот добычи (вылова) водных биоресурсов для осуществления промышленного рыболовства в пресноводных водных объектах истекает до 31 декабря 2018 года, и порядок заключения договоров о закреплении доли квоты добычи (вылова) водных биоресурсов во внутреннем водном объекте с такими лицами, примерная форма такого договора устанавливаются Правительством Российской Федерации. (Дополнение статьей - Федеральный закон от 03.07.2016 № 349-ФЗ)</w:t>
      </w:r>
    </w:p>
    <w:p>
      <w:r>
        <w:rPr>
          <w:b/>
        </w:rPr>
        <w:t>Статья 59. Переходные положения в отношении договоров о закреплении долей квот добычи (вылова) водных биоресурсов для Российской Федерации в районах действия международных договоров Российской Федерации в области рыболовства и сохранения водных биоресурсов, срок действия которых истекает до 31 декабря 2018 года, и порядок закрепления долей международной квоты, предоставленной Российской Федерации</w:t>
      </w:r>
    </w:p>
    <w:p>
      <w:r>
        <w:rPr>
          <w:b/>
        </w:rPr>
        <w:t xml:space="preserve">1. </w:t>
      </w:r>
      <w:r>
        <w:t>Доли международной квоты, предоставленной Российской Федерации, закрепляются за лицами, указанными в части 3 статьи 16 настоящего Федерального закона, у которых срок действия договоров о закреплении долей квоты добычи (вылова) водных биоресурсов для Российской Федерации в районах действия международных договоров Российской Федерации в области рыболовства и сохранения водных биоресурсов истекает до 31 декабря 2018 года, путем заключения с указанными лицами договоров о закреплении доли международной квоты, предоставленной Российской Федерации, на срок, который устанавливается в соответствии с частью 2 настоящей статьи, за исключением случаев, установленных частью 4 настоящей статьи</w:t>
      </w:r>
    </w:p>
    <w:p>
      <w:r>
        <w:rPr>
          <w:b/>
        </w:rPr>
        <w:t xml:space="preserve">2. </w:t>
      </w:r>
      <w:r>
        <w:t>Договор о закреплении доли международной квоты, предоставленной Российской Федерации, заключается на срок не более срока действия такого международного договора или на пятнадцать лет в случае, если такой международный договор заключен на пятнадцать и более лет или является бессрочным</w:t>
      </w:r>
    </w:p>
    <w:p>
      <w:r>
        <w:rPr>
          <w:b/>
        </w:rPr>
        <w:t xml:space="preserve">3. </w:t>
      </w:r>
      <w:r>
        <w:t>В договоре о закреплении доли международной квоты, предоставленной Российской Федерации, заключаемом с лицом, указанным в части 1 настоящей статьи, указывается доля квоты добычи (вылова) водных биоресурсов, содержащаяся в договоре о закреплении долей квоты добычи (вылова) водных биоресурсов для Российской Федерации в районах действия международных договоров Российской Федерации в области рыболовства и сохранения водных биоресурсов, срок действия которого истекает. В случае, если у лица истекает срок действия нескольких договоров о закреплении долей квоты добычи (вылова) водных биоресурсов для Российской Федерации в районах действия международных договоров Российской Федерации в области рыболовства и сохранения водных биоресурсов, заключенных в отношении соответствующей квоты добычи (вылова) водных биоресурсов, указанным лицом заключается один договор о закреплении доли международной квоты, предоставленной Российской Федерации. Доля квоты добычи (вылова) водных биоресурсов при заключении такого договора определяется как сумма долей этой квоты, указанных в договорах о закреплении долей квоты добычи (вылова) водных биоресурсов для Российской Федерации в районах действия международных договоров Российской Федерации в области рыболовства и сохранения водных биоресурсов, которые заключены в отношении соответствующей квоты добычи (вылова) водных биоресурсов и срок действия которых истекает до 31 декабря 2018 года</w:t>
      </w:r>
    </w:p>
    <w:p>
      <w:r>
        <w:rPr>
          <w:b/>
        </w:rPr>
        <w:t xml:space="preserve">4. </w:t>
      </w:r>
      <w:r>
        <w:t>В случае, если международным договором Российской Федерации в области рыболовства и сохранения водных биоресурсов водный биоресурс в районе действия такого международного договора признан совместным запасом Российской Федерации и иностранного государства (иностранных государств), международная квота, предоставленная Российской Федерации, распределяется в долевом соотношении между лицами, указанными в части 3 статьи 16 настоящего Федерального закона, у которых срок действия договоров о закреплении долей квоты добычи (вылова) этих водных биоресурсов для Российской Федерации в районах действия международных договоров Российской Федерации в области рыболовства и сохранения водных биоресурсов, и (или) договоров о закреплении долей квоты добычи (вылова) водных биоресурсов для осуществления промышленного рыболовства, за исключением промышленного рыболовства в пресноводных водных объектах, и (или) договоров о закреплении долей квот добычи (вылова) водных биоресурсов для осуществления прибрежного рыболовства истекает до 31 декабря 2018 года, путем заключения с такими лицами договоров о закреплении доли международной квоты, предоставленной Российской Федерации, на срок, который устанавливается в соответствии с частью 2 настоящей статьи</w:t>
      </w:r>
    </w:p>
    <w:p>
      <w:r>
        <w:rPr>
          <w:b/>
        </w:rPr>
        <w:t xml:space="preserve">5. </w:t>
      </w:r>
      <w:r>
        <w:t>Расчет доли международной квоты, предоставленной Российской Федерации, закрепляемой за лицом, указанным в части 4 настоящей статьи, осуществляется в порядке, предусмотренном частями 6 - 9 настоящей статьи. При расчете доли международной квоты, предоставленной Российской Федерации, закрепляемой за лицом, указанным в части 4 настоящей статьи, при заключении с таким лицом договора о закреплении доли международной квоты, предоставленной Российской Федерации, используются</w:t>
      </w:r>
    </w:p>
    <w:p>
      <w:r>
        <w:rPr>
          <w:b/>
        </w:rPr>
        <w:t xml:space="preserve">6. </w:t>
      </w:r>
      <w:r>
        <w:t>Общий размер доли соответствующей квоты добычи (вылова) водных биоресурсов для Российской Федерации в районах действия международных договоров Российской Федерации в области рыболовства и сохранения водных биоресурсов для осуществления промышленного рыболовства, закрепленной за лицом, указанным в части 4 настоящей статьи, определяется путем суммирования долей соответствующей квоты добычи (вылова) водных биоресурсов, указанных в договорах о закреплении долей квот добычи (вылова) водных биоресурсов для Российской Федерации в районах действия международных договоров Российской Федерации в области рыболовства и сохранения водных биоресурсов для осуществления промышленного рыболовства, заключенных с таким лицом. Общий размер доли соответствующей квоты добычи (вылова) водных биоресурсов для осуществления прибрежного или промышленного рыболовства, закрепленной за лицом, указанным в части 4 настоящей статьи, определяется путем суммирования долей соответствующей квоты добычи (вылова) водных биоресурсов, указанных в договорах о закреплении долей квот добычи (вылова) водных биоресурсов для осуществления прибрежного рыболовства или промышленного рыболовства, заключенных с таким лицом. Общий размер доли соответствующей квоты добычи (вылова) водных биоресурсов для осуществления прибрежного рыболовства или промышленного рыболовства, закрепленной за лицом, указанным в части 4 настоящей статьи, не определяется в случае, если у лица заключен один договор о закреплении долей квот добычи (вылова) водных биоресурсов в отношении соответствующей квоты добычи (вылова) водных биоресурсов. В качестве общего размера доли соответствующей квоты признается размер доли, указанный в соответствующем договоре о закреплении долей квот добычи (вылова) водных биоресурсов</w:t>
      </w:r>
    </w:p>
    <w:p>
      <w:r>
        <w:rPr>
          <w:b/>
        </w:rPr>
        <w:t xml:space="preserve">7. </w:t>
      </w:r>
      <w:r>
        <w:t>Определяются суммарный объем общих допустимых уловов, распределенных применительно к соответствующей квоте добычи (вылова) водных биоресурсов для Российской Федерации в районах действия международных договоров Российской Федерации в области рыболовства и сохранения водных биоресурсов для осуществления промышленного рыболовства, за девять лет, предшествующих расчетному году, суммарный объем общих допустимых уловов, распределенных применительно к соответствующей квоте добычи (вылова) водных биоресурсов для осуществления прибрежного рыболовства, за девять лет, предшествующих расчетному году, и суммарный объем общих допустимых уловов, распределенных применительно к соответствующей квоте добычи (вылова) водных биоресурсов для осуществления промышленного рыболовства, за девять лет, предшествующих расчетному году</w:t>
      </w:r>
    </w:p>
    <w:p>
      <w:r>
        <w:rPr>
          <w:b/>
        </w:rPr>
        <w:t xml:space="preserve">8. </w:t>
      </w:r>
      <w:r>
        <w:t>Определяется удельный вес (доля) соответствующего вида рыболовства (промышленного рыболовства и (или) прибрежного рыболовства), осуществленного за девять лет, предшествующих расчетному году, в суммарном объеме общих допустимых уловов, распределенных применительно к соответствующей квоте добычи (вылова) водных биоресурсов для осуществления прибрежного рыболовства, за девять лет, предшествующих расчетному году, и распределенных применительно к соответствующей квоте добычи (вылова) водных биоресурсов для осуществления промышленного рыболовства за этот же период</w:t>
      </w:r>
    </w:p>
    <w:p>
      <w:r>
        <w:rPr>
          <w:b/>
        </w:rPr>
        <w:t xml:space="preserve">9. </w:t>
      </w:r>
      <w:r>
        <w:t>Доля международной квоты, предоставленной Российской Федерации, закрепляемая за лицом, указанным в части 4 настоящей статьи, при заключении с указанным лицом договора о закреплении доли международной квоты, предоставленной Российской Федерации, определяется как произведение общего размера доли соответствующей квоты добычи (вылова) водных биоресурсов для осуществления прибрежного рыболовства или промышленного рыболовства, определенной в соответствии с частью 6 настоящей статьи, и удельного веса (доли) соответствующего вида рыболовства (прибрежного рыболовства или промышленного рыболовства), определенного в соответствии с частью 8 настоящей статьи. В случае, если у лица, указанного в части 4 настоящей статьи, после осуществления расчета определены две или три доли квоты добычи (вылова) водных биоресурсов (в случае осуществления указанным лицом прибрежного рыболовства и промышленного рыболовства в отношении водных биоресурсов конкретного вида в определенном районе), при заключении договора о закреплении доли международной квоты, предоставленной Российской Федерации, такие доли суммируются и в договоре о закреплении доли квоты добычи (вылова) водных биоресурсов указывается доля, равная совокупному размеру двух или трех долей</w:t>
      </w:r>
    </w:p>
    <w:p>
      <w:r>
        <w:rPr>
          <w:b/>
        </w:rPr>
        <w:t xml:space="preserve">10. </w:t>
      </w:r>
      <w:r>
        <w:t>Порядок распределения международной квоты, предоставленной Российской Федерации, между лицами, указанными в настоящей статье, закрепления долей международной квоты, предоставленной Российской Федерации, и заключения договоров о закреплении доли международной квоты, предоставленной Российской Федерации, а также примерная форма такого договора устанавливается Правительством Российской Федерации. (Дополнение статьей - Федеральный закон от 03.07.2016 № 349-ФЗ)</w:t>
      </w:r>
    </w:p>
    <w:p>
      <w:r>
        <w:rPr>
          <w:b/>
        </w:rPr>
        <w:t xml:space="preserve">5. </w:t>
      </w:r>
      <w:r>
        <w:t>размер доли, указанной в договоре о закреплении долей квоты добычи (вылова) водных биоресурсов для Российской Федерации в районах действия международных договоров Российской Федерации в области рыболовства и сохранения водных биоресурсов, срок действия которого истекает до 31 декабря 2018 года и на основании которого осуществляется добыча (вылов) водных биоресурсов в определенном районе при осуществлении промышленного рыболовства</w:t>
      </w:r>
    </w:p>
    <w:p>
      <w:r>
        <w:rPr>
          <w:b/>
        </w:rPr>
        <w:t xml:space="preserve">5. </w:t>
      </w:r>
      <w:r>
        <w:t>размер доли, указанной в договоре о закреплении долей квот добычи (вылова) водных биоресурсов для осуществления промышленного рыболовства и (или) прибрежного рыболовства, срок действия которого истекает до 31 декабря 2018 года и на основании которого осуществляется добыча (вылов) водных биоресурсов в определенном районе при осуществлении промышленного рыболовства и (или) прибрежного рыболовства</w:t>
      </w:r>
    </w:p>
    <w:p>
      <w:r>
        <w:rPr>
          <w:b/>
        </w:rPr>
        <w:t xml:space="preserve">5. </w:t>
      </w:r>
      <w:r>
        <w:t>общий допустимый улов водных биоресурсов конкретного вида, распределяемый применительно к квоте добычи (вылова) этого же вида водных биоресурсов в определенном районе для осуществления промышленного рыболовства</w:t>
      </w:r>
    </w:p>
    <w:p>
      <w:r>
        <w:rPr>
          <w:b/>
        </w:rPr>
        <w:t xml:space="preserve">5. </w:t>
      </w:r>
      <w:r>
        <w:t>общий допустимый улов водных биоресурсов конкретного вида, распределяемый применительно к квоте добычи (вылова) этого же вида водных биоресурсов в определенном районе для осуществления прибрежного рыболовства</w:t>
      </w:r>
    </w:p>
    <w:p>
      <w:r>
        <w:rPr>
          <w:b/>
        </w:rPr>
        <w:t>Статья 60. Переходные положения в отношении договоров о закреплении долей квот добычи (вылова) водных биоресурсов для осуществления промышленного рыболовства, договоров о закреплении долей квот добычи (вылова) водных биоресурсов для осуществления промышленного рыболовства в пресноводных водных объектах, договоров о закреплении долей квот добычи (вылова) водных биоресурсов для осуществления прибрежного рыболовства, договоров о закреплении долей квот добычи (вылова) водных биоресурсов для Российской Федерации в районах действия международных договоров Российской Федерации в области рыболовства и сохранения водных биоресурсов, срок действия которых истекает после 31 декабря 2018 года</w:t>
      </w:r>
    </w:p>
    <w:p>
      <w:r>
        <w:rPr>
          <w:b/>
        </w:rPr>
        <w:t xml:space="preserve">1. </w:t>
      </w:r>
      <w:r>
        <w:t>Договоры о закреплении долей квот добычи (вылова) водных биоресурсов для осуществления промышленного рыболовства, договоры о закреплении долей квот добычи (вылова) водных биоресурсов для осуществления промышленного рыболовства в пресноводных водных объектах, договоры о закреплении долей квот добычи (вылова) водных биоресурсов для осуществления прибрежного рыболовства, договоры о закреплении долей квот добычи (вылова) водных биоресурсов для Российской Федерации в районах действия международных договоров Российской Федерации в области рыболовства и сохранения водных биоресурсов, срок действия которых истекает после 31 декабря 2018 года, подлежат переоформлению в 2018 году</w:t>
      </w:r>
    </w:p>
    <w:p>
      <w:r>
        <w:rPr>
          <w:b/>
        </w:rPr>
        <w:t xml:space="preserve">2. </w:t>
      </w:r>
      <w:r>
        <w:t>Переоформление договоров, указанных в части 1 настоящей статьи, осуществляется путем расторжения договоров о закреплении долей квот добычи (вылова) водных биоресурсов, срок действия которых истекает после 31 декабря 2018 года, и заключения с лицами, с которыми такие договоры расторгнуты, договоров о закреплении доли квоты добычи (вылова) водных биоресурсов, указанных в настоящей статье</w:t>
      </w:r>
    </w:p>
    <w:p>
      <w:r>
        <w:rPr>
          <w:b/>
        </w:rPr>
        <w:t xml:space="preserve">3. </w:t>
      </w:r>
      <w:r>
        <w:t>С лицами, у которых срок действия договоров о закреплении долей квот добычи (вылова) водных биоресурсов для осуществления промышленного рыболовства в пресноводных водных объектах истекает после 31 декабря 2018 года, такие договоры расторгаются и заключаются договоры о закреплении доли квоты добычи (вылова) водных биоресурсов во внутреннем водном объекте на пятнадцать лет</w:t>
      </w:r>
    </w:p>
    <w:p>
      <w:r>
        <w:rPr>
          <w:b/>
        </w:rPr>
        <w:t xml:space="preserve">4. </w:t>
      </w:r>
      <w:r>
        <w:t>С лицами, у которых срок действия договоров о закреплении долей квот добычи (вылова) водных биоресурсов для Российской Федерации в районах действия международных договоров Российской Федерации в области рыболовства и сохранения водных биоресурсов истекает после 31 декабря 2018 года, такие договоры расторгаются и заключаются договоры о закреплении доли международной квоты, предоставленной Российской Федерации, на срок, установленный частью 2 статьи 59 настоящего Федерального закона, за исключением случаев, установленных частью 6 настоящей статьи</w:t>
      </w:r>
    </w:p>
    <w:p>
      <w:r>
        <w:rPr>
          <w:b/>
        </w:rPr>
        <w:t xml:space="preserve">5. </w:t>
      </w:r>
      <w:r>
        <w:t>В договоре о закреплении доли квоты добычи (вылова) водных биоресурсов во внутреннем водном объекте или в договоре о закреплении доли международной квоты, предоставленной Российской Федерации, заключаемыми с лицом, указанным в части 3 или 4 настоящей статьи, указывается доля квоты добычи (вылова) водных биоресурсов, содержащаяся в договоре о закреплении долей квоты добычи (вылова) водных биоресурсов, который расторгается. В случае, если у указанного лица истекает срок действия нескольких договоров о закреплении долей квот добычи (вылова) водных биоресурсов, заключенных в отношении соответствующей квоты добычи (вылова) водных биоресурсов, с указанным лицом заключается один договор о закреплении доли квоты добычи (вылова) водных биоресурсов. Доля квоты добычи (вылова) водных биоресурсов при заключении такого договора определяется как сумма долей квоты добычи (вылова) водных биоресурсов, указанных в договорах о закреплении доли квоты добычи (вылова) водных биоресурсов, заключенных в отношении соответствующей квоты, которые расторгаются</w:t>
      </w:r>
    </w:p>
    <w:p>
      <w:r>
        <w:rPr>
          <w:b/>
        </w:rPr>
        <w:t xml:space="preserve">6. </w:t>
      </w:r>
      <w:r>
        <w:t>В случае, если международным договором Российской Федерации в области рыболовства и сохранения водных биоресурсов водные биоресурсы в районе действия такого международного договора признаны совместным запасом Российской Федерации и иностранного государства (иностранных государств), международная квота, предоставленная Российской Федерации, распределяется в долевом соотношении между лицами, указанными в части 3 статьи 16 настоящего Федерального закона, у которых срок действия договоров о закреплении долей квоты добычи (вылова) таких водных биоресурсов для Российской Федерации в районах действия международных договоров Российской Федерации в области рыболовства и сохранения водных биоресурсов, и (или) договоров о закреплении долей квот добычи (вылова) водных биоресурсов для осуществления промышленного рыболовства, за исключением промышленного рыболовства в пресноводных водных объектах, и (или) договоров о закреплении долей квот добычи (вылова) водных биоресурсов для осуществления прибрежного рыболовства истекает после 31 декабря 2018 года, путем заключения с указанными лицами договоров о закреплении доли международной квоты, предоставленной Российской Федерации, на срок, установленный частью 2 статьи 59 настоящего Федерального закона. Расчет долей международной квоты, предоставленной Российской Федерации, закрепляемых за указанными лицами, осуществляется в порядке, предусмотренном частью 5 статьи 59 настоящего Федерального закона</w:t>
      </w:r>
    </w:p>
    <w:p>
      <w:r>
        <w:rPr>
          <w:b/>
        </w:rPr>
        <w:t xml:space="preserve">7. </w:t>
      </w:r>
      <w:r>
        <w:t>С лицами, у которых срок действия договоров о закреплении долей квот добычи (вылова) водных биоресурсов для осуществления прибрежного рыболовства и (или) договоров о закреплении долей квот добычи (вылова) водных биоресурсов для осуществления промышленного рыболовства истекает после 31 декабря 2018 года, такие договоры расторгаются и заключаются договоры о закреплении доли квоты добычи (вылова) водных биоресурсов в морских водах на пятнадцать лет. Расчет доли квоты добычи (вылова) водных биоресурсов в морских водах, закрепляемой за указанными лицами, осуществляется в порядке, предусмотренном частью 2 статьи 57 настоящего Федерального закона</w:t>
      </w:r>
    </w:p>
    <w:p>
      <w:r>
        <w:rPr>
          <w:b/>
        </w:rPr>
        <w:t xml:space="preserve">8. </w:t>
      </w:r>
      <w:r>
        <w:t>Порядок переоформления договоров, указанных в настоящей статье, а также примерные формы таких договоров устанавливаются Правительством Российской Федерации. (Дополнение статьей - Федеральный закон от 03.07.2016 № 349-ФЗ)</w:t>
      </w:r>
    </w:p>
    <w:p>
      <w:r>
        <w:rPr>
          <w:b/>
        </w:rPr>
        <w:t>Статья 601. О сроках действия договоров о закреплении долей квот добычи (вылова) водных биоресурсов для осуществления отдельных видов рыболовства</w:t>
      </w:r>
    </w:p>
    <w:p>
      <w:r>
        <w:rPr>
          <w:b/>
        </w:rPr>
        <w:t xml:space="preserve">1. </w:t>
      </w:r>
      <w:r>
        <w:t>При отсутствии отказа юридического лица или индивидуального предпринимателя, у которых имеется право на добычу (вылов) водных биоресурсов на основании договора о закреплении долей квот добычи (вылова) водных биоресурсов для осуществления прибрежного рыболовства или договора о закреплении долей квот добычи (вылова) водных биоресурсов для осуществления промышленного рыболовства, за исключением промышленного рыболовства в пресноводных водных объектах, срок действия которых истекает ранее 31 декабря 2018 года, от предоставленного по соответствующему договору права на добычу (вылов) водных биоресурсов, срок действия такого договора считается продленным по 31 декабря 2018 года включительно на тех же условиях, какие были предусмотрены таким договором</w:t>
      </w:r>
    </w:p>
    <w:p>
      <w:r>
        <w:rPr>
          <w:b/>
        </w:rPr>
        <w:t xml:space="preserve">2. </w:t>
      </w:r>
      <w:r>
        <w:t>При отсутствии отказа юридического лица или индивидуального предпринимателя, у которых имеется право на добычу (вылов) водных биоресурсов на основании договора о закреплении долей квот добычи (вылова) водных биоресурсов для Российской Федерации в районах действия международных договоров Российской Федерации в области рыболовства и сохранения водных биоресурсов, срок действия которого истекает до 31 декабря 2018 года, от предоставленного по такому договору права на добычу (вылов) водных биоресурсов срок действия такого договора считается продленным по 31 декабря 2018 года включительно на тех же условиях, какие были предусмотрены таким договором. (Дополнение статьей - Федеральный закон от 26.11.2018 № 421-ФЗ)</w:t>
      </w:r>
    </w:p>
    <w:p>
      <w:r>
        <w:rPr>
          <w:b/>
        </w:rPr>
        <w:t>Статья 61. Переходные положения в отношении договоров о предоставлении рыбопромыслового участка для осуществления промышленного и (или) прибрежного рыболовства в отношении анадромных видов рыб, добыча (вылов) которых регулируется статьей 291 настоящего Федерального закона</w:t>
      </w:r>
    </w:p>
    <w:p>
      <w:r>
        <w:rPr>
          <w:b/>
        </w:rPr>
        <w:t xml:space="preserve">1. </w:t>
      </w:r>
      <w:r>
        <w:t>В случае, если юридическому лицу или индивидуальному предпринимателю до дня вступления в силу положений настоящей статьи предоставлено право на добычу (вылов) анадромных видов рыб, добыча (вылов) которых регулируется статьей 291 настоящего Федерального закона, для осуществления промышленного и (или) прибрежного рыболовства во внутренних морских водах Российской Федерации или в территориальном море Российской Федерации на основании договора о предоставлении рыбопромыслового участка, этот договор переоформляется без проведения торгов путем заключения договора пользования рыболовным участком для осуществления промышленного рыболовства на оставшуюся часть срока действия заключенного ранее договора о предоставлении рыбопромыслового участка</w:t>
      </w:r>
    </w:p>
    <w:p>
      <w:r>
        <w:rPr>
          <w:b/>
        </w:rPr>
        <w:t xml:space="preserve">2. </w:t>
      </w:r>
      <w:r>
        <w:t>Договор пользования рыболовным участком для осуществления промышленного рыболовства в отношении анадромных видов рыб, добыча (вылов) которых регулируется статьей 291 настоящего Федерального закона, заключается с юридическим лицом или индивидуальным предпринимателем, указанными в части 1 настоящей статьи, до 1 января 2020 года в порядке, установленном федеральным органом исполнительной власти в области рыболовства</w:t>
      </w:r>
    </w:p>
    <w:p>
      <w:r>
        <w:rPr>
          <w:b/>
        </w:rPr>
        <w:t xml:space="preserve">3. </w:t>
      </w:r>
      <w:r>
        <w:t>Заключение договора пользования рыболовным участком, предусмотренного частью 1 настоящей статьи, является основанием для включения соответствующего рыболовного участка в перечень рыболовных участков, предусмотренный частью 5 статьи 18 настоящего Федерального закона</w:t>
      </w:r>
    </w:p>
    <w:p>
      <w:r>
        <w:rPr>
          <w:b/>
        </w:rPr>
        <w:t xml:space="preserve">4. </w:t>
      </w:r>
      <w:r>
        <w:t>До переоформления договоров о предоставлении рыбопромысловых участков в порядке и сроки, которые указаны в части 2 настоящей статьи, на таких рыбопромысловых участках юридические лица или индивидуальные предприниматели осуществляют промышленное рыболовство в отношении анадромных видов рыб, добыча (вылов) которых регулируется статьей 291 настоящего Федерального закона</w:t>
      </w:r>
    </w:p>
    <w:p>
      <w:r>
        <w:rPr>
          <w:b/>
        </w:rPr>
        <w:t xml:space="preserve">5. </w:t>
      </w:r>
      <w:r>
        <w:t>Договор о предоставлении рыбопромыслового участка считается прекратившим свое действие в случае, если лицо, с которым заключен указанный договор, не подало в уполномоченный орган в установленном частью 2 настоящей статьи порядке заявление о переоформлении указанного договора. (Дополнение статьей - Федеральный закон от 26.11.2018 № 421-ФЗ)</w:t>
      </w:r>
    </w:p>
    <w:p>
      <w:r>
        <w:rPr>
          <w:b/>
        </w:rPr>
        <w:t>Статья 62. Переходные положения в отношении договоров о предоставлении рыбопромыслового участка для осуществления промышленного рыболовства или прибрежного рыболовства в определенных границах территориального моря Российской Федерации или внутренних морских вод Российской Федерации, за исключением договоров о предоставлении рыбопромысловых участков для осуществления промышленного рыболовства или прибрежного рыболовства в отношении анадромных видов рыб, добыча (вылов) которых регулируется статьей 291 настоящего Федерального закона</w:t>
      </w:r>
    </w:p>
    <w:p>
      <w:r>
        <w:rPr>
          <w:b/>
        </w:rPr>
        <w:t xml:space="preserve">1. </w:t>
      </w:r>
      <w:r>
        <w:t>Договоры о предоставлении рыбопромысловых участков для осуществления промышленного рыболовства или прибрежного рыболовства в определенных границах территориального моря Российской Федерации или внутренних морских вод Российской Федерации, за исключением договоров о предоставлении рыбопромысловых участков для осуществления промышленного рыболовства или прибрежного рыболовства в отношении анадромных видов рыб, добыча (вылов) которых регулируется статьей 291 настоящего Федерального закона, действуют до окончания срока их действия</w:t>
      </w:r>
    </w:p>
    <w:p>
      <w:r>
        <w:rPr>
          <w:b/>
        </w:rPr>
        <w:t xml:space="preserve">2. </w:t>
      </w:r>
      <w:r>
        <w:t>На рыбопромысловых участках, в отношении которых заключены договоры, указанные в части 1 настоящей статьи, осуществляются промышленное рыболовство и (или) прибрежное рыболовство до окончания срока действия таких договоров. (Дополнение статьей - Федеральный закон от 03.07.2016 № 349-ФЗ)</w:t>
      </w:r>
    </w:p>
    <w:p>
      <w:r>
        <w:rPr>
          <w:b/>
        </w:rPr>
        <w:t>Статья 63. Переходные положения в отношении договоров о предоставлении рыбопромыслового участка, на основании которых осуществляется рыболовство в целях обеспечения ведения традиционного образа жизни и осуществления традиционной хозяйственной деятельности коренных малочисленных народов Севера, Сибири и Дальнего Востока Российской Федерации</w:t>
      </w:r>
    </w:p>
    <w:p>
      <w:r>
        <w:rPr>
          <w:b/>
        </w:rPr>
        <w:t xml:space="preserve">1. </w:t>
      </w:r>
      <w:r>
        <w:t>Лица, относящиеся к коренным малочисленным народам Севера, Сибири и Дальнего Востока Российской Федерации, и их общины, осуществляющие рыболовство в целях обеспечения ведения традиционного образа жизни и осуществления традиционной хозяйственной деятельности коренных малочисленных народов Севера, Сибири и Дальнего Востока Российской Федерации, вправе переоформить договор о предоставлении рыбопромыслового участка без проведения торгов на договор пользования рыболовным участком на оставшуюся часть срока действия заключенного ранее договора о предоставлении рыбопромыслового участка</w:t>
      </w:r>
    </w:p>
    <w:p>
      <w:r>
        <w:rPr>
          <w:b/>
        </w:rPr>
        <w:t xml:space="preserve">2. </w:t>
      </w:r>
      <w:r>
        <w:t>Договор пользования рыболовным участком, предусмотренный частью 1 настоящей статьи, заключается с лицами, указанными в части 1 настоящей статьи, до 1 января 2020 года в порядке, установленном федеральным органом исполнительной власти в области рыболовства</w:t>
      </w:r>
    </w:p>
    <w:p>
      <w:r>
        <w:rPr>
          <w:b/>
        </w:rPr>
        <w:t xml:space="preserve">3. </w:t>
      </w:r>
      <w:r>
        <w:t>Заключение договора пользования рыболовным участком, предусмотренного частью 1 настоящей статьи, является основанием для включения соответствующего рыболовного участка в перечень рыболовных участков, предусмотренный частью 5 статьи 18 настоящего Федерального закона</w:t>
      </w:r>
    </w:p>
    <w:p>
      <w:r>
        <w:rPr>
          <w:b/>
        </w:rPr>
        <w:t xml:space="preserve">4. </w:t>
      </w:r>
      <w:r>
        <w:t>До переоформления договоров о предоставлении рыбопромысловых участков в порядке и сроки, которые указаны в части 2 настоящей статьи, на таких рыбопромысловых участках лица, указанные в части 1 настоящей статьи, вправе осуществлять добычу (вылов) водных биоресурсов, указанных в этих договорах</w:t>
      </w:r>
    </w:p>
    <w:p>
      <w:r>
        <w:rPr>
          <w:b/>
        </w:rPr>
        <w:t xml:space="preserve">5. </w:t>
      </w:r>
      <w:r>
        <w:t>Договор о предоставлении рыбопромыслового участка считается прекратившим свое действие в случае, если лицо, с которым заключен указанный договор, не подало в уполномоченный орган в установленном частью 2 настоящей статьи порядке заявление о переоформлении указанного договора. (Дополнение статьей - Федеральный закон от 26.11.2018 № 421-ФЗ)</w:t>
      </w:r>
    </w:p>
    <w:p>
      <w:r>
        <w:rPr>
          <w:b/>
        </w:rPr>
        <w:t>Статья 64. Переходные положения в отношении договоров о предоставлении рыбопромыслового участка, на основании которых осуществляется промышленное рыболовство в пресноводных водных объектах</w:t>
      </w:r>
    </w:p>
    <w:p>
      <w:r>
        <w:rPr>
          <w:b/>
        </w:rPr>
        <w:t xml:space="preserve">1. </w:t>
      </w:r>
      <w:r>
        <w:t>Юридические лица и индивидуальные предприниматели, осуществляющие промышленное рыболовство в пресноводных водных объектах, вправе переоформить договор о предоставлении рыбопромыслового участка без проведения торгов на договор пользования рыболовным участком на оставшуюся часть срока действия заключенного ранее договора о предоставлении рыбопромыслового участка</w:t>
      </w:r>
    </w:p>
    <w:p>
      <w:r>
        <w:rPr>
          <w:b/>
        </w:rPr>
        <w:t xml:space="preserve">2. </w:t>
      </w:r>
      <w:r>
        <w:t>Договор пользования рыболовным участком, предусмотренный частью 1 настоящей статьи, заключается с лицами, указанными в части 1 настоящей статьи, до 1 января 2020 года в порядке, установленном федеральным органом исполнительной власти в области рыболовства</w:t>
      </w:r>
    </w:p>
    <w:p>
      <w:r>
        <w:rPr>
          <w:b/>
        </w:rPr>
        <w:t xml:space="preserve">3. </w:t>
      </w:r>
      <w:r>
        <w:t>Заключение договора пользования рыболовным участком, предусмотренного частью 1 настоящей статьи, является основанием для включения соответствующего рыболовного участка в перечень рыболовных участков, предусмотренный частью 5 статьи 18 настоящего Федерального закона</w:t>
      </w:r>
    </w:p>
    <w:p>
      <w:r>
        <w:rPr>
          <w:b/>
        </w:rPr>
        <w:t xml:space="preserve">4. </w:t>
      </w:r>
      <w:r>
        <w:t>До переоформления договоров о предоставлении рыбопромысловых участков в порядке и сроки, которые указаны в части 2 настоящей статьи, на таких рыбопромысловых участках лица, указанные в части 1 настоящей статьи, вправе осуществлять добычу (вылов) водных биоресурсов, указанных в этих договорах</w:t>
      </w:r>
    </w:p>
    <w:p>
      <w:r>
        <w:rPr>
          <w:b/>
        </w:rPr>
        <w:t xml:space="preserve">5. </w:t>
      </w:r>
      <w:r>
        <w:t>Договор о предоставлении рыбопромыслового участка считается прекратившим свое действие в случае, если лицо, с которым заключен указанный договор, не подало в уполномоченный орган в установленном частью 2 настоящей статьи порядке заявление о переоформлении указанного договора. (Дополнение статьей - Федеральный закон от 26.11.2018 № 421-ФЗ)</w:t>
      </w:r>
    </w:p>
    <w:p>
      <w:r>
        <w:rPr>
          <w:b/>
        </w:rPr>
        <w:t>Статья 65. Переходные положения в отношении договоров о предоставлении рыбопромысловых участков, на основании которых осуществляется организация любительского и спортивного рыболовства</w:t>
      </w:r>
    </w:p>
    <w:p>
      <w:r>
        <w:rPr>
          <w:b/>
        </w:rPr>
        <w:t xml:space="preserve">1. </w:t>
      </w:r>
      <w:r>
        <w:t>Юридические лица и индивидуальные предприниматели, осуществляющие организацию любительского и спортивного рыболовства, вправе переоформить договор о предоставлении рыбопромыслового участка без проведения торгов на договор пользования рыболовным участком на оставшуюся часть срока действия заключенного ранее договора о предоставлении рыбопромыслового участка</w:t>
      </w:r>
    </w:p>
    <w:p>
      <w:r>
        <w:rPr>
          <w:b/>
        </w:rPr>
        <w:t xml:space="preserve">2. </w:t>
      </w:r>
      <w:r>
        <w:t>Договор пользования рыболовным участком, предусмотренный частью 1 настоящей статьи, заключается с лицами, указанными в части 1 настоящей статьи, до 1 января 2020 года в порядке, установленном федеральным органом исполнительной власти в области рыболовства</w:t>
      </w:r>
    </w:p>
    <w:p>
      <w:r>
        <w:rPr>
          <w:b/>
        </w:rPr>
        <w:t xml:space="preserve">3. </w:t>
      </w:r>
      <w:r>
        <w:t>Заключение договора пользования рыболовным участком, предусмотренного частью 1 настоящей статьи, является основанием для включения соответствующего рыболовного участка в перечень рыболовных участков, предусмотренный частью 5 статьи 18 настоящего Федерального закона</w:t>
      </w:r>
    </w:p>
    <w:p>
      <w:r>
        <w:rPr>
          <w:b/>
        </w:rPr>
        <w:t xml:space="preserve">4. </w:t>
      </w:r>
      <w:r>
        <w:t>До переоформления договоров о предоставлении рыбопромысловых участков в порядке и в сроки, которые указаны в части 2 настоящей статьи, на таких рыбопромысловых участках лица, указанные в части 1 настоящей статьи, вправе осуществлять добычу (вылов) водных биоресурсов, указанных в этих договорах</w:t>
      </w:r>
    </w:p>
    <w:p>
      <w:r>
        <w:rPr>
          <w:b/>
        </w:rPr>
        <w:t xml:space="preserve">5. </w:t>
      </w:r>
      <w:r>
        <w:t>Договор о предоставлении рыбопромыслового участка считается прекратившим свое действие в случае, если лицо, с которым заключен указанный договор, не подало в уполномоченный орган в установленном частью 2 настоящей статьи порядке заявление о переоформлении указанного договора. (Дополнение статьей - Федеральный закон от 25.12.2018 № 475-ФЗ)</w:t>
      </w:r>
    </w:p>
    <w:p>
      <w:r>
        <w:rPr>
          <w:b/>
        </w:rPr>
        <w:t>Статья 66. Переходные положения в отношении порядка ведения рыболовных журналов в Азовском и Черном морях</w:t>
      </w:r>
    </w:p>
    <w:p>
      <w:r>
        <w:t>Лицами, указанными в части 6 статьи 251 настоящего Федерального закона и осуществляющими рыболовство в Азовском и Черном морях, допускается ведение рыболовного журнала в форме документа на бумажном носителе или в форме электронного документа, подписанного усиленной квалифицированной электронной подписью капитана судна (судоводителя), лица, его замещающего, до 1 января 2027 года. (В редакции Федерального закона от 28.11.2025 № 444-ФЗ) (Дополнение статьей - Федеральный закон от 29.05.2024 № 101-ФЗ)</w:t>
      </w:r>
    </w:p>
    <w:p>
      <w:r>
        <w:rPr>
          <w:b/>
        </w:rPr>
        <w:t>Статья 67. Заключительные положения в отношении осуществления рыболовства в исключительной зоне Российской Федерации в районах действия международных договоров Российской Федерации в области рыболовства и сохранения водных биоресурсов</w:t>
      </w:r>
    </w:p>
    <w:p>
      <w:r>
        <w:t>При отсутствии решений межгосударственных органов, принятие которых предусмотрено на основании положений международных договоров Российской Федерации в отношении видов водных биоресурсов и (или) объемов их добычи (вылова) в исключительной экономической зоне Российской Федерации на конкретный календарный год, виды водных биоресурсов и объемы их добычи (вылова) определяются в порядке, установленном Правительством Российской Федерации. (Дополнение статьей - Федеральный закон от 29.05.2024 № 101-ФЗ)</w:t>
      </w:r>
    </w:p>
    <w:p>
      <w:r>
        <w:rPr>
          <w:b/>
        </w:rPr>
        <w:t>Статья 68. Переходные положения в отношении договоров пользования рыболовными участками, действующих по состоянию на 1 сентября 2025 года</w:t>
      </w:r>
    </w:p>
    <w:p>
      <w:r>
        <w:rPr>
          <w:b/>
        </w:rPr>
        <w:t xml:space="preserve">1. </w:t>
      </w:r>
      <w:r>
        <w:t>Юридическое лицо, в том числе община коренных малочисленных народов Севера, Сибири и Дальнего Востока Российской Федерации, или индивидуальный предприниматель, которым предоставлено право на добычу (вылов) водных биоресурсов на основании договора пользования рыболовным участком, действующего по состоянию на 1 сентября 2025 года, имеет право заключить новый договор пользования рыболовным участком в соответствии со статьей 333 настоящего Федерального закона на основании заявлений, поданных не позднее 1 апреля 2026 года в органы государственной власти, которые ранее заключали договор пользования рыболовным участком</w:t>
      </w:r>
    </w:p>
    <w:p>
      <w:r>
        <w:rPr>
          <w:b/>
        </w:rPr>
        <w:t xml:space="preserve">2. </w:t>
      </w:r>
      <w:r>
        <w:t>В случае, указанном в части 1 настоящей статьи, новый договор пользования рыболовным участком заключается не позднее 1 июня 2026 года</w:t>
      </w:r>
    </w:p>
    <w:p>
      <w:r>
        <w:rPr>
          <w:b/>
        </w:rPr>
        <w:t xml:space="preserve">3. </w:t>
      </w:r>
      <w:r>
        <w:t>С 1-го числа месяца, следующего за месяцем заключения нового договора пользования рыболовным участком, указанного в части 1 настоящей статьи, ранее заключенный договор пользования рыболовным участком прекращает свое действие</w:t>
      </w:r>
    </w:p>
    <w:p>
      <w:r>
        <w:rPr>
          <w:b/>
        </w:rPr>
        <w:t xml:space="preserve">4. </w:t>
      </w:r>
      <w:r>
        <w:t>Если договоры пользования рыболовным участком были заключены в период с 1 ноября 2024 года по 1 сентября 2025 года, то в соответствии с настоящей статьей заключение новых договоров пользования рыболовным участком не требуется</w:t>
      </w:r>
    </w:p>
    <w:p>
      <w:r>
        <w:rPr>
          <w:b/>
        </w:rPr>
        <w:t xml:space="preserve">5. </w:t>
      </w:r>
      <w:r>
        <w:t>Новый договор пользования рыболовным участком начинает действовать с 1-го числа месяца, следующего за месяцем заключения указанного договора</w:t>
      </w:r>
    </w:p>
    <w:p>
      <w:r>
        <w:rPr>
          <w:b/>
        </w:rPr>
        <w:t xml:space="preserve">6. </w:t>
      </w:r>
      <w:r>
        <w:t>Новый договор пользования рыболовным участком заключается на срок, равный совокупности оставшейся части срока действия ранее действовавшего договора пользования рыболовным участком и срока, указанного в части 3 статьи 333 настоящего Федерального закона</w:t>
      </w:r>
    </w:p>
    <w:p>
      <w:r>
        <w:rPr>
          <w:b/>
        </w:rPr>
        <w:t xml:space="preserve">7. </w:t>
      </w:r>
      <w:r>
        <w:t>Плата за заключение в соответствии с настоящей статьей нового договора пользования рыболовным участком для осуществления промышленного рыболовства и организации любительского рыболовства, предусмотренная частью 9 статьи 333 настоящего Федерального закона, взимается за двадцать лет</w:t>
      </w:r>
    </w:p>
    <w:p>
      <w:r>
        <w:rPr>
          <w:b/>
        </w:rPr>
        <w:t xml:space="preserve">8. </w:t>
      </w:r>
      <w:r>
        <w:t>В случае, если лицо, указанное в части 1 настоящей статьи, не заключило новый договор пользования рыболовным участком в соответствии с настоящей статьей, действующий договор пользования рыболовным участком действует до окончания срока его действия</w:t>
      </w:r>
    </w:p>
    <w:p>
      <w:r>
        <w:rPr>
          <w:b/>
        </w:rPr>
        <w:t xml:space="preserve">9. </w:t>
      </w:r>
      <w:r>
        <w:t>По окончании срока действия договора, указанного в части 8 настоящей статьи, право на добычу (вылов) водных биоресурсов предоставляется в порядке, установленном статьями 38 и 382 настоящего Федерального закона. (Дополнение статьей - Федеральный закон от 24.06.2025 № 165-ФЗ)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