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</w:t>
      </w:r>
    </w:p>
    <w:p>
      <w:r>
        <w:rPr>
          <w:b/>
        </w:rPr>
        <w:t>Статья None. Федеральный закон   от 20.12.2004 № 161-ФЗ</w:t>
      </w:r>
    </w:p>
    <w:p>
      <w:r>
        <w:t>О ратификации Протокола о внесении изменений 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ФЕДЕРАЛЬНЫЙ ЗАКОН О ратификации Протокола о внесении изменений 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Принят Государственной Думой 23 ноября 2004 года Одобрен Советом Федерации 8 декабря 2004 года Ратифицировать Протокол о внесении изменений 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года, подписанный в городе Ялте 19 сентября 2003 года. Президент Российской Федерации В.Путин Москва, Кремль 20 декабря 2004 года № 161-ФЗ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