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защите прав потребителей" и о признании утратившим силу пункта 28 статьи 1 Федерального закона "О внесении изменений и дополнений в Закон Российской Федерации "О защите прав потребителей"</w:t>
      </w:r>
    </w:p>
    <w:p>
      <w:r>
        <w:rPr>
          <w:b/>
        </w:rPr>
        <w:t>Статья 1</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35, ст. 3607; № 45, ст. 4377) следующие изменения: 1) в преамбуле: в абзаце первом слова "и здоровья потребителей," заменить словами ", здоровья, имущества потребителей и окружающей среды,"; абзац седьмой признать утратившим силу; абзац девятый после слов "без несоразмерных" дополнить словами "расходов или"; дополнить абзацами следующего содержания: "уполномоченная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 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 2) в статье 1: пункт 1 изложить в следующей редакции: "1.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 пункт 2 дополнить абзацем следующего содержания: "Правительство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 3) пункт 5 статьи 4 изложить в следующей редакции: "5.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 4) в статье 5: в пункте 1 слова ", возникшие по его вине" заменить словами "на основании пункта 6 статьи 19 и пункта 6 статьи 29 настоящего Закона"; второе предложение пункта 2 исключить; второе предложение пункта 4 исключить; в пункте 6: слова "изготовитель (исполнитель, продавец) обязан" заменить словами "изготовитель (исполнитель), продавец, уполномоченная организация или уполномоченный индивидуальный предприниматель, импортер обязаны"; дополнить абзацами следующего содержания: "Изготовитель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 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 пункт 7 изложить в следующей редакции: "7. Продавец вправе установить на товар гарантийный срок, если он не установлен изготовителем. 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 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 дополнить пунктом 8 следующего содержания: "8.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статьи 18 настоящего Закона, а после окончания срока действия дополнительного обязательства - в соответствии с пунктом 5 статьи 19 настоящего Закона."; 5) в статье 7: в абзаце первом пункта 4 слова ", в частности стандартами," и последнее предложение исключить; второе предложение абзаца второго пункта 5 изложить в следующей редакции: "При невыполнении изготовителем (исполнителем) этой обязанности уполномоченный федеральный орган исполнительной власти по контролю (надзору) в области защиты прав потребителей принимает меры по отзыву такого товара (работы, услуги) с внутреннего рынка и (или) от потребителя или потребителей в порядке, установленном законодательством Российской Федерации."; пункт 6 признать утратившим силу; 6) в статье 9: в пункте 1 слово "юридический" исключить; пункт 2 изложить в следующей редакции: "2.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потребителю должна быть предоставлена информация о номере лицензии и (или) номере свидетельства о государственной аккредитации, сроках действия лицензии и (или) указанного свидетельства, а также информация об органе, выдавшем лицензию и (или) указанное свидетельство."; 7) в статье 10: в пункте 2: абзацы второй - четвертый изложить в следующей редакции: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 цену в рублях и условия приобретения товаров (работ, услуг);"; абзац восьмой изложить в следующей редакции: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 в пункте 3: второе предложение абзаца первого изложить в следующей редакции: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 абзац второй признать утратившим силу; 8) в статье 12: в наименовании слова ", об изготовителе (исполнителе, продавце)" исключить; в пункте 1: в абзаце первом слова "расторгнуть его" заменить словами "отказаться от его исполнения"; в абзаце втором слова "При расторжении договора" заменить словами "При отказе от исполнения договора"; 9) в статье 13: в наименовании слова "продавца (изготовителя, исполнителя)" заменить словами "изготовителя (исполнителя, продавца, уполномоченной организации или уполномоченного индивидуального предпринимателя, импортера)"; в пунктах 1 и 3 слова "продавец (изготовитель, исполнитель)" в соответствующем падеже заменить словами "изготовитель (исполнитель, продавец, уполномоченная организация или уполномоченный индивидуальный предприниматель, импортер)" в соответствующем падеже; в пункте 4 слова "Продавец (изготовитель, исполнитель)" заменить словами "Изготовитель (исполнитель, продавец, уполномоченная организация или уполномоченный индивидуальный предприниматель, импортер)"; в пункте 5 слова "продавцом (изготовителем, исполнителем)" заменить словами "изготовителем (исполнителем, продавцом, уполномоченной организацией или уполномоченным индивидуальным предпринимателем, импортером)"; абзац первый пункта 6 изложить в следующей редакции: "6.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10) в абзаце первом статьи 15 слова "продавцом) или организацией, выполняющей функции изготовителя (продавца) на основании договора с ним," заменить словами "продавцом, уполномоченной организацией или уполномоченным индивидуальным предпринимателем, импортером)"; 11) пункт 2 статьи 16 дополнить абзацем следующего содержания: "Запрещается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 12) пункт 2 статьи 17 изложить в следующей редакции: "2.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 13) в статье 18: в пункте 1: в абзаце пятом слово "цены;" заменить словом "цены."; в абзаце шестом слова "расторжения договора купли-продажи" заменить словами "Потребитель вместо предъявления этих требований вправе отказаться от исполнения договора купли-продажи и потребовать возврата уплаченной за товар денежной суммы"; в абзаце восьмом слова ", указанные в абзацах четвертом и пятом настоящего пункта," заменить словами "об их замене на товары аналогичной марки (модели, артикула), а также о замене на такие же товары другой марки (модели, артикула) с соответствующим перерасчетом покупной цены"; в пункте 2 слова "или организации, выполняющей функции продавца на основании договора с ним" заменить словами "либо уполномоченной организации или уполномоченному индивидуальному предпринимателю"; в абзаце первом пункта 3 слова "или организации, выполняющей функции изготовителя на основании договора с ним" заменить словами ", уполномоченной организации или уполномоченному индивидуальному предпринимателю, импортеру"; (Абзац утратил силу - Федеральный закон от 25.10.2007 № 234-ФЗ) (Абзац утратил силу - Федеральный закон от 25.10.2007 № 234-ФЗ) в абзацах втором, третьем и четвертом пункта 5 и пункте 6 слова "или выполняющая функции продавца (изготовителя) на основании договора с ним организация" в соответствующем падеже заменить словами ", уполномоченная организация или уполномоченный индивидуальный предприниматель, импортер" в соответствующем падеже; пункт 7 изложить в следующей редакции: "7.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 14) в статье 19: абзац первый пункта 1 изложить в следующей редакции: "1.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в абзаце шестом пункта 2 слова ", установленным стандартами" исключить; пункт 6 изложить в следующей редакции: "6.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15) в статье 20: в наименовании слово "(продавцом)" заменить словами "(продавцом, уполномоченной организацией или уполномоченным индивидуальным предпринимателем, импортером)"; пункт 1 изложить в следующей редакции: "1.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в пункте 2 слова "(продавец) или организация, выполняющая функции изготовителя (продавца) на основании договора с ним," заменить словами ", продавец либо уполномоченная организация или уполномоченный индивидуальный предприниматель"; 16) пункт 1 статьи 21 изложить в следующей редакции: "1.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 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 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аналогичный товар длительного пользования,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 17) статью 22 изложить в следующей редакции: "Статья 22. Сроки удовлетворения отдельных требований потребителя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18) в статье 23: в наименовании слово "(изготовителя)" заменить словами "(изготовителя, уполномоченной организации или уполномоченного индивидуального предпринимателя, импортера)"; в пункте 1: в абзаце первом слова "(изготовитель) или организация, выполняющая функции продавца (изготовителя) на основании договора с ним, допустившие такие нарушения, уплачивают" заменить словами "(изготовитель, уполномоченная организация или уполномоченный индивидуальный предприниматель, импортер), допустивший такие нарушения, уплачивает"; в абзаце втором слова "(изготовителем) или организацией, выполняющей функции продавца (изготовителя) на основании договора с ним," заменить словами "(изготовителем, уполномоченной организацией или уполномоченным индивидуальным предпринимателем, импортером),"; 19) в статье 24: в пункте 4 слова "При расторжении договора купли-продажи" заменить словами "При возврате товара ненадлежащего качества"; пункт 5 изложить в следующей редакции: "5.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20) в статье 25: абзац третий пункта 1 изложить в следующей редакции: "Обмен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 пункт 2 изложить в следующей редакции: "2.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 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 21) (Утратил силу - Федеральный закон от 25.10.2007 № 234-ФЗ) 22) главу II дополнить статьей 261 следующего содержания: "Статья 261. Дистанционный способ продажи товара 1. Договор розничной купли-продажи может быть заключен на основании ознакомления потребителя с предложенным продавцом описанием товара, содержащимся в каталогах, проспектах, буклетах, представленным на фотоснимках, посредством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
        <w:rPr>
          <w:b/>
        </w:rPr>
        <w:t xml:space="preserve">2. </w:t>
      </w:r>
      <w:r>
        <w:t>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
        <w:rPr>
          <w:b/>
        </w:rPr>
        <w:t xml:space="preserve">3. </w:t>
      </w:r>
      <w:r>
        <w:t>Потребителю в момент доставки товара должна быть в письменной форме предоставлена информация о товаре, предусмотренная статьей 10 настоящего Закона, а также предусмотренная пунктом 4 настоящей статьи информация о порядке и сроках возврата товара</w:t>
      </w:r>
    </w:p>
    <w:p>
      <w:r>
        <w:rPr>
          <w:b/>
        </w:rPr>
        <w:t xml:space="preserve">4. </w:t>
      </w:r>
      <w:r>
        <w:t>Потребитель вправе отказаться от товара в любое время до его передачи, а после передачи товара - в течение семи дней. 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
        <w:rPr>
          <w:b/>
        </w:rPr>
        <w:t xml:space="preserve">5. </w:t>
      </w:r>
      <w:r>
        <w:t>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w:t>
      </w:r>
    </w:p>
    <w:p>
      <w:r>
        <w:rPr>
          <w:b/>
        </w:rPr>
        <w:t xml:space="preserve">2. </w:t>
      </w:r>
      <w:r>
        <w:t>Государственный контроль и надзор в области защиты прав потребителей предусматривают: проведение мероприятий, связанных с контролем, - проверка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обязательных требований законов и иных нормативных правовых актов Российской Федерации, регулирующих отношения в области защиты прав потребителей, а также обязательных требований к товарам (работам, услугам); выдачу в пределах полномочий, предусмотренных законодательством Российской Федерации, предписаний изготовителям (исполнителям, продавцам, уполномоченным организациям или уполномоченным индивидуальным предпринимателям, импортерам) о прекращении нарушений прав потребителей, о необходимости соблюдения обязательных требований к товарам (работам, услугам); в установленном законодательством Российской Федерации порядке принятие мер по приостановлению производства и реализации товаров (выполнения работ, оказания услуг), которые не соответствуют обязательным требованиям (в том числе с истекшим сроком годности), и товаров, на которые должен быть установлен, но не установлен срок годности, по отзыву с внутреннего рынка и (или) от потребителя или потребителей товаров (работ, услуг), которые не соответствуют обязательным требованиям, и информированию об этом потребителей; направление в орган, осуществляющий лицензирование соответствующего вида деятельности (лицензирующий орган), материалов о нарушении прав потребителей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 направление в органы прокуратуры, другие правоохранительные органы по подведомственности материалов для решения вопросов о возбуждении уголовных дел по признакам преступлений, связанных с нарушением установленных законами и иными нормативными правовыми актами Российской Федерации прав потребителей; обращение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или грубое нарушение установленных законами и иными нормативными правовыми актами Российской Федерации прав потребителей</w:t>
      </w:r>
    </w:p>
    <w:p>
      <w:r>
        <w:rPr>
          <w:b/>
        </w:rPr>
        <w:t xml:space="preserve">3. </w:t>
      </w:r>
      <w:r>
        <w:t>Уполномоченный федеральный орган исполнительной власти по контролю (надзору) в области защиты прав потребителей (его территориальные органы), а также иные федеральные органы исполнительной власти (их территориальные органы), осуществляющие функции по контролю и надзору в области защиты прав потребителей и безопасности товаров (работ, услуг), могут быть привлечены судом к участию в деле или вступать в дело по своей инициативе или по инициативе лиц, участвующих в деле, для дачи заключения по делу в целях защиты прав потребителей</w:t>
      </w:r>
    </w:p>
    <w:p>
      <w:r>
        <w:rPr>
          <w:b/>
        </w:rPr>
        <w:t xml:space="preserve">4. </w:t>
      </w:r>
      <w:r>
        <w:t>Федеральный орган исполнительной власти, осуществляющий функции по выработке государственной политики в области защиты прав потребителей, дает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 а также утверждает положение о порядке рассмотрения уполномоченным федеральным органом исполнительной власти по контролю (надзору) в области защиты прав потребителей (его территориальными органами) дел о нарушении законов и иных нормативных правовых актов Российской Федерации, регулирующих отношения в области защиты прав потребителей</w:t>
      </w:r>
    </w:p>
    <w:p>
      <w:r>
        <w:rPr>
          <w:b/>
        </w:rPr>
        <w:t xml:space="preserve">5. </w:t>
      </w:r>
      <w:r>
        <w:t>в статье 28: в абзаце пятом пункта 1 слова "расторгнуть договор" заменить словами "отказаться от исполнения договора"; в пункте 3 слова "при расторжении" заменить словами "при отказе от исполнения" и слова "пунктом 3" заменить словами "пунктами 3, 4 и 5"; в пункте 4 слова "При расторжении" заменить словами "При отказе от исполнения"</w:t>
      </w:r>
    </w:p>
    <w:p>
      <w:r>
        <w:rPr>
          <w:b/>
        </w:rPr>
        <w:t xml:space="preserve">5. </w:t>
      </w:r>
      <w:r>
        <w:t>в статье 29: в абзаце седьмом пункта 1 слова "расторгнуть договор" заменить словами "отказаться от исполнения договора"; в пункте 2 слова "при расторжении договора" заменить словами "при отказе от исполнения договора" и слова "пунктом 3" заменить словами "пунктами 3, 4 и 5"; в абзаце четвертом пункта 6 слова "расторжения договора" заменить словами "отказа от исполнения договора"</w:t>
      </w:r>
    </w:p>
    <w:p>
      <w:r>
        <w:rPr>
          <w:b/>
        </w:rPr>
        <w:t xml:space="preserve">5. </w:t>
      </w:r>
      <w:r>
        <w:t>в пункте 1 статьи 31 слова "о возмещении убытков, причиненных расторжением договора о выполнении работ (оказании услуг)" заменить словами "о возврате уплаченной за работу (услугу) денежной суммы и возмещении убытков, причиненных в связи с отказом от исполнения договора"</w:t>
      </w:r>
    </w:p>
    <w:p>
      <w:r>
        <w:rPr>
          <w:b/>
        </w:rPr>
        <w:t xml:space="preserve">5. </w:t>
      </w:r>
      <w:r>
        <w:t>статью 32 изложить в следующей редакции: "Статья 32. Право потребителя на отказ от исполнения договора о выполнении работ (оказании услуг)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
        <w:rPr>
          <w:b/>
        </w:rPr>
        <w:t xml:space="preserve">5. </w:t>
      </w:r>
      <w:r>
        <w:t>в части второй статьи 36 слова "вправе расторгнуть договор" заменить словами "вправе отказаться от исполнения договора"</w:t>
      </w:r>
    </w:p>
    <w:p>
      <w:r>
        <w:rPr>
          <w:b/>
        </w:rPr>
        <w:t xml:space="preserve">5. </w:t>
      </w:r>
      <w:r>
        <w:t>в статье 37: наименование изложить в следующей редакции: "Статья 37. Порядок оплаты выполненной работы (оказанной услуги)"; часть первую изложить в следующей редакции: "Потребитель обязан оплатить оказанные ему услуги в порядке и в сроки, которые установлены договором с исполнителем."; в части второй слова "(оказанную услугу)", слово "(услуга)" исключить</w:t>
      </w:r>
    </w:p>
    <w:p>
      <w:r>
        <w:rPr>
          <w:b/>
        </w:rPr>
        <w:t xml:space="preserve">5. </w:t>
      </w:r>
      <w:r>
        <w:t>статьи 40 и 41 изложить в следующей редакции: "Статья 40. Государственный контроль и надзор за соблюдением законов и иных нормативных правовых актов Российской Федерации, регулирующих отношения в области защиты прав потребителей 1. Государственный контроль и надзор за соблюдением законов и иных нормативных правовых актов Российской Федерации, регулирующих отношения в области защиты прав потребителей (далее - государственный контроль и надзор в области защиты прав потребителей), осуществляются уполномоченным федеральным органом исполнительной власти по контролю (надзору) в области защиты прав потребителей (его территориальными органами), а также иными федеральными органами исполнительной власти (их территориальными органами), осуществляющими функции по контролю и надзору в области защиты прав потребителей и безопасности товаров (работ, услуг), в порядке, определяемом Правительством Российской Федерации</w:t>
      </w:r>
    </w:p>
    <w:p>
      <w:r>
        <w:rPr>
          <w:b/>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федеральным органам исполнительной власти, уполномоченным на проведение государственного контроля и надзора в области защиты прав потребителей (их территориальным органам)</w:t>
      </w:r>
    </w:p>
    <w:p>
      <w:r>
        <w:t>Изготовитель (исполнитель, продавец, уполномоченная организация или уполномоченный индивидуальный предприниматель, импортер) по требованию уполномоченного федерального органа исполнительной власти по контролю (надзору) в области защиты прав потребителей (его территориальных органов), а также иных федеральных органов исполнительной власти (их территориальных органов), осуществляющих функции по государственному контролю и надзору в области защиты прав потребителей и безопасности товаров (работ, услуг), их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указанными федеральными органами исполнительной власти и их должностными лицами полномочий, установленных настоящим Законом."; 30) статью 42 признать утратившей силу; 31) дополнить статьей 421 следующего содержания: "Статья 421. Полномочия высших исполнительных органов государственной власти субъектов Российской Федерации в области защиты прав потребителей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 32) статью 43 изложить в следующей редакции: "Статья 43. Ответственность за нарушение прав потребителей, установленных законами и иными нормативными правовыми актами Российской Федерации 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 33) статьи 45 и 46 изложить в следующей редакции: "Статья 45. Права общественных объединений потребителей (их ассоциаций, союзов)</w:t>
      </w:r>
    </w:p>
    <w:p>
      <w:r>
        <w:rPr>
          <w:b/>
        </w:rPr>
        <w:t xml:space="preserve">1. </w:t>
      </w:r>
      <w:r>
        <w:t>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законодательством Российской Федерации</w:t>
      </w:r>
    </w:p>
    <w:p>
      <w:r>
        <w:rPr>
          <w:b/>
        </w:rPr>
        <w:t xml:space="preserve">2. </w:t>
      </w:r>
      <w:r>
        <w:t>Общественные объединения потребителей (их ассоциации, союзы) для осуществления своих уставных целей вправе: 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 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 проверять соблюдение прав потребителей и правил торгового, бытового и иных видов обслуживания потребителей, составлять акты о выявленных нарушениях прав потребителей и направлять указанные акты для рассмотрения в уполномоченные органы государственной власти, а также информировать органы местного самоуправления о выявленных нарушениях, участвовать по просьбе потребителей в проведении экспертиз по фактам нарушения прав потребителей; 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 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 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 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 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
        <w:rPr>
          <w:b/>
        </w:rPr>
        <w:t>Статья 46. Защита прав и законных интересов неопределенного круга потребителей</w:t>
      </w:r>
    </w:p>
    <w:p>
      <w:r>
        <w:t>Уполномоченный федеральный орган исполнительной власти по контролю (надзору) в области защиты прав потребителей (его территориальные органы), иные федеральные органы исполнительной власти (их территориальные органы), осуществляющие функции по контролю и надзору в области защиты прав потребителей и безопасности товаров (работ, услуг), органы местного самоуправления, общественные объединения потребителей (их ассоциации, союзы) вправе предъявлять иски в суды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и о прекращении этих действий. 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 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 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
        <w:rPr>
          <w:b/>
        </w:rPr>
        <w:t>Статья 2</w:t>
      </w:r>
    </w:p>
    <w:p>
      <w:r>
        <w:t>Абзацы шестой и седьмой пункта 7 статьи 1 настоящего Федерального закона в части доведения до потребителя информации об импортере вступают в силу по истечении девяноста дней после дня официального опубликования настоящего Федерального закона.</w:t>
      </w:r>
    </w:p>
    <w:p>
      <w:r>
        <w:rPr>
          <w:b/>
        </w:rPr>
        <w:t>Статья 3</w:t>
      </w:r>
    </w:p>
    <w:p>
      <w:r>
        <w:t>Признать утратившим силу пункт 28 статьи 1 Федерального закона от 17 декабря 1999 года № 212-ФЗ "О внесении изменений и дополнений в Закон Российской Федерации "О защите прав потребителей" (Собрание законодательства Российской Федерации, 1999, № 51, ст. 6287).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