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привилегиях и иммунитетах Шанхайской организации сотрудничества</w:t>
      </w:r>
    </w:p>
    <w:p>
      <w:r>
        <w:rPr>
          <w:b/>
        </w:rPr>
        <w:t>Статья None. Федеральный закон   от 19.02.2005 № 5-ФЗ</w:t>
      </w:r>
    </w:p>
    <w:p>
      <w:r>
        <w:t>О ратификации Конвенции о привилегиях и иммунитетах Шанхайской организации сотрудничества РОССИЙСКАЯ ФЕДЕРАЦИЯ ФЕДЕРАЛЬНЫЙ ЗАКОН О ратификации Конвенции о привилегиях и иммунитетах Шанхайской организации сотрудничества Принят Государственной Думой 2 февраля 2005 года Одобрен Советом Федерации 9 февраля 2005 года Ратифицировать Конвенцию о привилегиях и иммунитетах Шанхайской организации сотрудничества, подписанную в городе Ташкенте 17 июня 2004 года. Президент Российской Федерации В.Путин Москва, Кремль 19 февраля 2005 года № 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