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основах системы профилактики безнадзорности и правонарушений несовершеннолетних"</w:t>
      </w:r>
    </w:p>
    <w:p>
      <w:r>
        <w:rPr>
          <w:b/>
        </w:rPr>
        <w:t>Статья None. Федеральный закон   от 22.04.2005 № 39-ФЗ</w:t>
      </w:r>
    </w:p>
    <w:p>
      <w:r>
        <w:t>О внесении изменений в Федеральный закон "Об основах системы профилактики безнадзорности и правонарушений несовершеннолетних" РОССИЙСКАЯ ФЕДЕРАЦИЯ ФЕДЕРАЛЬНЫЙ ЗАКОН О внесении изменений в Федеральный закон "Об основах системы профилактики безнадзорности и правонарушений несовершеннолетних" Принят Государственной Думой 8 апреля 2005 года Одобрен Советом Федерации 13 апреля 2005 года (В редакции Федерального закона от 29.06.2015 № 179-ФЗ ) Внести в Федеральный закон от 24 июня 1999 года № 120-ФЗ "Об основах системы профилактики безнадзорности и правонарушений несовершеннолетних" (Собрание законодательства Российской Федерации, 1999, № 26, ст. 3177; 2003, № 28, ст. 2880; 2004, № 35, ст. 3607; № 49, ст. 4849) следующие изменения</w:t>
      </w:r>
    </w:p>
    <w:p>
      <w:r>
        <w:t>в статье 1: в абзаце шестом слова "спиртных напитков" заменить словами "алкогольной и спиртосодержащей продукции, пива и напитков, изготавливаемых на его основе"; (Абзац утратил силу - Федеральный закон от 29.06.2015 № 179-ФЗ ) (Абзац утратил силу - Федеральный закон от 29.06.2015 № 179-ФЗ ) 2) подпункт 4 пункта 1 статьи 5 дополнить словами ", алкогольную и спиртосодержащую продукцию, пиво и напитки, изготавливаемые на его основе"</w:t>
      </w:r>
    </w:p>
    <w:p>
      <w:r>
        <w:t>в подпункте 6 пункта 2 статьи 9 слова "спиртных напитков" заменить словами "алкогольной и спиртосодержащей продукции, пива и напитков, изготавливаемых на его основе"</w:t>
      </w:r>
    </w:p>
    <w:p>
      <w:r>
        <w:t>пункт 2 статьи 16 после слов "беспризорности и правонарушений" дополнить словами ", а также антиобщественных действий"</w:t>
      </w:r>
    </w:p>
    <w:p>
      <w:r>
        <w:t>в подпункте 10 пункта 1 статьи 18 слова "спиртные напитки" заменить словами "алкогольную и спиртосодержащую продукцию, пиво и напитки, изготавливаемые на его основе". Президент Российской Федерации В.Путин Москва, Кремль 22 апреля 2005 года № 39-ФЗ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