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несостоятельности (банкротства) субъектов естественных монополий топливно-энергетического комплекса"</w:t>
      </w:r>
    </w:p>
    <w:p>
      <w:r>
        <w:rPr>
          <w:b/>
        </w:rPr>
        <w:t>Статья 1</w:t>
      </w:r>
    </w:p>
    <w:p>
      <w:r>
        <w:t>Внести в Федеральный закон от 24 июня 1999 года № 122-ФЗ "Об особенностях несостоятельности (банкротства) субъектов естественных монополий топливно-энергетического комплекса" (Собрание законодательства Российской Федерации, 1999, № 26, ст. 3179; 2002, № 43, ст. 4190; 2005, № 1, ст. 46) следующие изменения</w:t>
      </w:r>
    </w:p>
    <w:p>
      <w:r>
        <w:t>в пункте 1 статьи 3 слова "в статье 8" заменить словами "в статье 9"</w:t>
      </w:r>
    </w:p>
    <w:p>
      <w:r>
        <w:t>в абзаце первом статьи 7 слова "в статье 30" заменить словами "в статье 34"</w:t>
      </w:r>
    </w:p>
    <w:p>
      <w:r>
        <w:t>в части первой статьи 9 слова "в статье 45" заменить словами "в статье 47"</w:t>
      </w:r>
    </w:p>
    <w:p>
      <w:r>
        <w:t>в пункте 1 статьи 10 слова "статьей 47" заменить словами "статьей 51"</w:t>
      </w:r>
    </w:p>
    <w:p>
      <w:r>
        <w:t>в статье 11 слова "статьей 51" заменить словами "статьей 55"</w:t>
      </w:r>
    </w:p>
    <w:p>
      <w:r>
        <w:t>в части второй статьи 12 слова "статьей 67" заменить словами "статьей 75"</w:t>
      </w:r>
    </w:p>
    <w:p>
      <w:r>
        <w:t>в статье 13 слова "статьями 132 - 138" заменить словами "статьями 169 - 176"</w:t>
      </w:r>
    </w:p>
    <w:p>
      <w:r>
        <w:t>в пункте 2 статьи 14 слова "статьей 135" заменить словами "статьей 172"</w:t>
      </w:r>
    </w:p>
    <w:p>
      <w:r>
        <w:t>в пункте 2 статьи 15 слова "статьей 71" заменить словами "статьей 96"</w:t>
      </w:r>
    </w:p>
    <w:p>
      <w:r>
        <w:t>в пункте 1 статьи 16 слова "статьей 74" заменить словами "статьей 99"</w:t>
      </w:r>
    </w:p>
    <w:p>
      <w:r>
        <w:t>в абзаце первом статьи 19 слова "в статье 85" заменить словами "в статье 109"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