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Армения о продлении срока действия Соглашения между Правительством Российской Федерации и Правительством Республики Армения о регулировании процесса добровольного переселения от 29 августа 1997 года</w:t>
      </w:r>
    </w:p>
    <w:p>
      <w:r>
        <w:rPr>
          <w:b/>
        </w:rPr>
        <w:t>Статья None. Федеральный закон   от 21.07.2005 № 96-ФЗ</w:t>
      </w:r>
    </w:p>
    <w:p>
      <w:r>
        <w:t>О ратификации Протокола между Правительством Российской Федерации и Правительством Республики Армения о продлении срока действия Соглашения между Правительством Российской Федерации и Правительством Республики Армения о регулировании процесса добровольного переселения от 29 августа 1997 года РОССИЙСКАЯ ФЕДЕРАЦИЯ ФЕДЕРАЛЬНЫЙ ЗАКОН О ратификации Протокола между Правительством Российской Федерации и Правительством Республики Армения о продлении срока действия Соглашения между Правительством Российской Федерации и Правительством Республики Армения о регулировании процесса добровольного переселения от 29 августа 1997 года Принят Государственной Думой 8 июля 2005 года Одобрен Советом Федерации 13 июля 2005 года Ратифицировать Протокол между Правительством Российской Федерации и Правительством Республики Армения о продлении срока действия Соглашения между Правительством Российской Федерации и Правительством Республики Армения о регулировании процесса добровольного переселения от 29 августа 1997 года, подписанный в городе Ереване 4 марта 2004 года. Президент Российской Федерации В.Путин Москва, Кремль 21 июля 2005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