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55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статью 55 Федерального закона от 28 марта 1998 года № 53-ФЗ "О воинской обязанности и военной службе" (Собрание законодательства Российской Федерации, 1998, № 13, ст. 1475; № 30, ст. 3613; 2002, № 30, ст. 3030, 3033; 2003, № 27, ст. 2700; 2004, № 25, ст. 2484; 2005, № 14, ст. 1212) следующие изменения</w:t>
      </w:r>
    </w:p>
    <w:p>
      <w:r>
        <w:t>наименование изложить в следующей редакции: "Статья 55. Освобождение от военных сборов. Граждане, не подлежащие призыву на военные сборы"</w:t>
      </w:r>
    </w:p>
    <w:p>
      <w:r>
        <w:t>дополнить пунктом 4 следующего содержания: "4. Не подлежат призыву на военные сборы граждане, указанные в пункте 3 статьи 23 настоящего Федерального закона."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2005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