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Болгарии к Договору между Правительством Российской Федерации и Правительством Республики Болгарии о поощрении и взаимной защите капиталовложений от 8 июня 1993 г.</w:t>
      </w:r>
    </w:p>
    <w:p>
      <w:r>
        <w:rPr>
          <w:b/>
        </w:rPr>
        <w:t>Статья None. Федеральный закон   от 08.11.2005 № 143-ФЗ</w:t>
      </w:r>
    </w:p>
    <w:p>
      <w:r>
        <w:t>О ратификации Протокола между Правительством Российской Федерации и Правительством Республики Болгарии к Договору между Правительством Российской Федерации и Правительством Республики Болгарии о поощрении и взаимной защите капиталовложений от 8 июня 1993 г. РОССИЙСКАЯ ФЕДЕРАЦИЯ ФЕДЕРАЛЬНЫЙ ЗАКОН О ратификации Протокола между Правительством Российской Федерации и Правительством Республики Болгарии к Договору между Правительством Российской Федерации и Правительством Республики Болгарии о поощрении и взаимной защите капиталовложений от 8 июня 1993 г. Принят Государственной Думой 21 октября 2005 года Одобрен Советом Федерации 26 октября 2005 года Ратифицировать Протокол между Правительством Российской Федерации и Правительством Республики Болгарии к Договору между Правительством Российской Федерации и Правительством Республики Болгарии о поощрении и взаимной защите капиталовложений от 8 июня 1993 г., подписанный в городе Софии 2 марта 2003 года. Президент Российской Федерации В.Путин Москва, Кремль 8 ноября 2005 года № 143-ФЗ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