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2005 год"</w:t>
      </w:r>
    </w:p>
    <w:p>
      <w:r>
        <w:rPr>
          <w:b/>
        </w:rPr>
        <w:t>Статья None. Федеральный закон   от 04.11.2005 № 141-ФЗ</w:t>
      </w:r>
    </w:p>
    <w:p>
      <w:r>
        <w:t>О внесении изменений в Федеральный закон "О федеральном бюджете на 2005 год" РОССИЙСКАЯ ФЕДЕРАЦИЯ ФЕДЕРАЛЬНЫЙ ЗАКОН О внесении изменений в Федеральный закон "О федеральном бюджете на 2005 год" Принят Государственной Думой 19 октября 2005 года Одобрен Советом Федерации 26 октября 2005 года Статья 1 Внести в Федеральный закон от 23 декабря 2004 года № 173-ФЗ "О федеральном бюджете на 2005 год" (Собрание законодательства Российской Федерации, 2004, № 52, ст. 5277; 2005, № 28, ст. 2813) следующие изменения: 1) статью 1 изложить в следующей редакции: "Статья 1 1. Утвердить федеральный бюджет на 2005 год по расходам в сумме 3 539 450,6 млн. рублей и по доходам в сумме 4 979 756,6 млн. рублей исходя из прогнозируемого объема валового внутреннего продукта в сумме 21 000 млрд. рублей и уровня инфляции (потребительских цен) 10 - 11 процентов (декабрь 2005 года к декабрю 2004 года).</w:t>
      </w:r>
    </w:p>
    <w:p>
      <w:r>
        <w:rPr>
          <w:b/>
        </w:rPr>
        <w:t xml:space="preserve">2. </w:t>
      </w:r>
      <w:r>
        <w:t>Установить превышение доходов над расходами федерального бюджета в 2005 году в размере 1 440 306,0 млн. рублей.";</w:t>
      </w:r>
    </w:p>
    <w:p>
      <w:r>
        <w:rPr>
          <w:b/>
        </w:rPr>
        <w:t xml:space="preserve">2. </w:t>
      </w:r>
      <w:r>
        <w:t>статью 2 дополнить частью 3 следующего содержания: "3. Отпуск из Государственного фонда драгоценных металлов и драгоценных камней Российской Федерации в 2005 году имущества религиозного назначения для безвозмездной передачи в установленном порядке в собственность Московского патриархата Русской православной церкви на общую сумму до 9 млн. рублей осуществляется в соответствии с законодательством Российской Федерации."</w:t>
      </w:r>
    </w:p>
    <w:p>
      <w:r>
        <w:rPr>
          <w:b/>
        </w:rPr>
        <w:t xml:space="preserve">2. </w:t>
      </w:r>
      <w:r>
        <w:t>в статье 4:</w:t>
      </w:r>
    </w:p>
    <w:p>
      <w:r>
        <w:rPr>
          <w:b/>
        </w:rPr>
        <w:t xml:space="preserve">2. </w:t>
      </w:r>
      <w:r>
        <w:t>в статье 21 1 слова "Правительством Российской Федерации" заменить словами "Министерством финансов Российской Федерации"</w:t>
      </w:r>
    </w:p>
    <w:p>
      <w:r>
        <w:rPr>
          <w:b/>
        </w:rPr>
        <w:t xml:space="preserve">2. </w:t>
      </w:r>
      <w:r>
        <w:t>в статье 30 слова "согласно приложениям 6 и 6 1 " заменить словами "согласно приложению 6"</w:t>
      </w:r>
    </w:p>
    <w:p>
      <w:r>
        <w:rPr>
          <w:b/>
        </w:rPr>
        <w:t xml:space="preserve">2. </w:t>
      </w:r>
      <w:r>
        <w:t>в статье 31 слова "согласно приложениям 7 и 7 1 " заменить словами "согласно приложению 7"</w:t>
      </w:r>
    </w:p>
    <w:p>
      <w:r>
        <w:rPr>
          <w:b/>
        </w:rPr>
        <w:t xml:space="preserve">2. </w:t>
      </w:r>
      <w:r>
        <w:t>в части 1 статьи 32 слова "до 2 279,2 млн. рублей" заменить словами "до 2 294,0 млн. рублей"</w:t>
      </w:r>
    </w:p>
    <w:p>
      <w:r>
        <w:rPr>
          <w:b/>
        </w:rPr>
        <w:t xml:space="preserve">2. </w:t>
      </w:r>
      <w:r>
        <w:t>в статье 33 цифры "9 1 ," слова "10 1 (совершенно секретно)," и слова "и 11 1 (секретно)" исключить</w:t>
      </w:r>
    </w:p>
    <w:p>
      <w:r>
        <w:rPr>
          <w:b/>
        </w:rPr>
        <w:t xml:space="preserve">2. </w:t>
      </w:r>
      <w:r>
        <w:t>в статье 34:</w:t>
      </w:r>
    </w:p>
    <w:p>
      <w:r>
        <w:rPr>
          <w:b/>
        </w:rPr>
        <w:t xml:space="preserve">2. </w:t>
      </w:r>
      <w:r>
        <w:t>в статье 40:</w:t>
      </w:r>
    </w:p>
    <w:p>
      <w:r>
        <w:rPr>
          <w:b/>
        </w:rPr>
        <w:t xml:space="preserve">2. </w:t>
      </w:r>
      <w:r>
        <w:t>в статье 43:</w:t>
      </w:r>
    </w:p>
    <w:p>
      <w:r>
        <w:rPr>
          <w:b/>
        </w:rPr>
        <w:t xml:space="preserve">2. </w:t>
      </w:r>
      <w:r>
        <w:t>в части 1 статьи 44 слова "8 498 523,0 тыс. рублей" заменить словами "9 306 634,0 тыс. рублей", слова "и в виде дотации в сумме 808 111,0 тыс. рублей согласно приложению 17 1 " исключить</w:t>
      </w:r>
    </w:p>
    <w:p>
      <w:r>
        <w:rPr>
          <w:b/>
        </w:rPr>
        <w:t xml:space="preserve">2. </w:t>
      </w:r>
      <w:r>
        <w:t>в статье 45:</w:t>
      </w:r>
    </w:p>
    <w:p>
      <w:r>
        <w:rPr>
          <w:b/>
        </w:rPr>
        <w:t xml:space="preserve">2. </w:t>
      </w:r>
      <w:r>
        <w:t>в статье 47:</w:t>
      </w:r>
    </w:p>
    <w:p>
      <w:r>
        <w:rPr>
          <w:b/>
        </w:rPr>
        <w:t xml:space="preserve">2. </w:t>
      </w:r>
      <w:r>
        <w:t>в части 1 статьи 81 слова "согласно приложениям 26 и 26 1 " заменить словами "согласно приложению 26"</w:t>
      </w:r>
    </w:p>
    <w:p>
      <w:r>
        <w:rPr>
          <w:b/>
        </w:rPr>
        <w:t xml:space="preserve">2. </w:t>
      </w:r>
      <w:r>
        <w:t>в статье 83 1 слова "и пунктом 1 статьи 2 Федерального закона "О внесении изменений в Федеральный закон "О федеральном бюджете на 2005 год" исключить</w:t>
      </w:r>
    </w:p>
    <w:p>
      <w:r>
        <w:rPr>
          <w:b/>
        </w:rPr>
        <w:t xml:space="preserve">2. </w:t>
      </w:r>
      <w:r>
        <w:t>дополнить статьей 86 1 следующего содержания: "Статья 86 1 Установить, что Министерство финансов Российской Федерации вправе осуществить погашение задолженности перед Центральным банком Российской Федерации в сумме 351,6 млн. рублей, образовавшейся в результате перечисления Украиной, Республикой Молдова и Республикой Армения в 1996-1998 годах средств на счета Министерства финансов Российской Федерации по учету доходов федерального бюджета, предназначенных для погашения задолженности этих государств перед Центральным банком Российской Федерации по техническим кредитам."</w:t>
      </w:r>
    </w:p>
    <w:p>
      <w:r>
        <w:rPr>
          <w:b/>
        </w:rPr>
        <w:t xml:space="preserve">2. </w:t>
      </w:r>
      <w:r>
        <w:t>статью 103 изложить в следующей редакции: "Статья 103 Правительство Российской Федерации направляет в 2005 году в установленном порядке:</w:t>
      </w:r>
    </w:p>
    <w:p>
      <w:r>
        <w:rPr>
          <w:b/>
        </w:rPr>
        <w:t xml:space="preserve">2. </w:t>
      </w:r>
      <w:r>
        <w:t>700,0 млн. рублей в качестве взноса в уставный капитал открытого акционерного общества "Агентство по ипотечному жилищному кредитованию"</w:t>
      </w:r>
    </w:p>
    <w:p>
      <w:r>
        <w:rPr>
          <w:b/>
        </w:rPr>
        <w:t xml:space="preserve">2. </w:t>
      </w:r>
      <w:r>
        <w:t>6 000,0 млн. рублей в качестве взноса в уставный капитал учреждаемого российско-казахстанского Межгосударственного банка развития."</w:t>
      </w:r>
    </w:p>
    <w:p>
      <w:r>
        <w:rPr>
          <w:b/>
        </w:rPr>
        <w:t xml:space="preserve">2. </w:t>
      </w:r>
      <w:r>
        <w:t>дополнить статьей 103 1 следующего содержания: "Статья 103 1 Правительство Российской Федерации вправе направить в 2005 году средства федерального бюджета в сумме до 37,5 млрд. рублей на увеличение уставного капитала Банка внешней торговли (открытое акционерное общество) в целях полного выкупа долей участия и депозитов Центрального банка Российской Федерации в следующих кредитных организациях, созданных на территориях иностранных государств: Донау-банк АГ, Вена; Ист-Вест Юнайтед банк, Люксембург; Коммерческий банк для Северной Европы - Евробанк, Париж; Московский Народный банк Лтд, Лондон; Ост-Вест Хандельсбанк АГ, Франкфурт-на-Майне, а также полного выкупа балансовой задолженности Коммерческого банка для Северной Европы - Евробанка, Париж, перед Центральным банком Российской Федерации."</w:t>
      </w:r>
    </w:p>
    <w:p>
      <w:r>
        <w:rPr>
          <w:b/>
        </w:rPr>
        <w:t xml:space="preserve">2. </w:t>
      </w:r>
      <w:r>
        <w:t>в части 1 слова "до 19,3 млрд. рублей" заменить словами "до 22,8 млрд. рублей"</w:t>
      </w:r>
    </w:p>
    <w:p>
      <w:r>
        <w:rPr>
          <w:b/>
        </w:rPr>
        <w:t xml:space="preserve">2. </w:t>
      </w:r>
      <w:r>
        <w:t>дополнить статьей 103 2 следующего содержания: "Статья 103 2 Федеральный орган исполнительной власти, осуществляющий функции по разработке государственной политики и нормативно-правовому регулированию в сфере промышленного и топливно-энергетического комплексов, в устанавливаемом им порядке направляет в 2005 году средства федерального бюджета в сумме 1 415,0 млн. рублей на увеличение уставного капитала открытого акционерного общества "Сангтудинская ГЭС-1" с учетом Соглашения между Правительством Российской Федерации и Правительством Республики Таджикистан о порядке и условиях долевого участия Российской Федерации в строительстве Сангтудинской ГЭС-1, подписанного 16 октября 2004 года в городе Душанбе."</w:t>
      </w:r>
    </w:p>
    <w:p>
      <w:r>
        <w:rPr>
          <w:b/>
        </w:rPr>
        <w:t xml:space="preserve">2. </w:t>
      </w:r>
      <w:r>
        <w:t>в части 1 статьи 106 слова "согласно приложениям 27 и 27 1 " заменить словами "согласно приложению 27"</w:t>
      </w:r>
    </w:p>
    <w:p>
      <w:r>
        <w:rPr>
          <w:b/>
        </w:rPr>
        <w:t xml:space="preserve">2. </w:t>
      </w:r>
      <w:r>
        <w:t>часть 2 после слов "по ранее предоставленным" дополнить словами "Российской Федерацией"</w:t>
      </w:r>
    </w:p>
    <w:p>
      <w:r>
        <w:rPr>
          <w:b/>
        </w:rPr>
        <w:t xml:space="preserve">2. </w:t>
      </w:r>
      <w:r>
        <w:t>дополнить статьей 110 1 следующего содержания: "Статья 110 1 Установить, что средства федерального бюджета в пределах, предусмотренных федеральному органу исполнительной власти, осуществляющему функции по разработке государственной политики и нормативно-правовому регулированию в сфере здравоохранения и социального развития, по подразделу "Другие вопросы в области социальной политики" раздела "Социальная политика" функциональной классификации расходов бюджетов Российской Федерации, направляются в 2005 году на исполнение судебных решений по искам, предъявленным к упраздняемому Министерству труда и социального развития Российской Федерации за оказанные операторами связи в 2000 - 2004 годах услуги ветеранам и инвалидам в соответствии с Федеральным законом "О ветеранах" (в редакции Федерального закона от 2 января 2000 года № 40-ФЗ)."</w:t>
      </w:r>
    </w:p>
    <w:p>
      <w:r>
        <w:rPr>
          <w:b/>
        </w:rPr>
        <w:t xml:space="preserve">2. </w:t>
      </w:r>
      <w:r>
        <w:t>часть 4 статьи 115 изложить в следующей редакции: "4. Органы государственной власти субъектов Российской Федерации и органы местного самоуправления вправе принимать решения об осуществлении операций со средствами от предпринимательской и иной приносящей доход деятельности, полученными учреждениями, находящимися в их ведении, на счетах, открытых им или органам, осуществляющим кассовое обслуживание исполнения соответственно бюджетов субъектов Российской Федерации и местных бюджетов, в учреждениях Центрального банка Российской Федерации или кредитных организациях, с учетом положений бюджетного законодательства Российской Федерации. Установить, что обслуживание указанных счетов осуществляется без взимания платы."</w:t>
      </w:r>
    </w:p>
    <w:p>
      <w:r>
        <w:rPr>
          <w:b/>
        </w:rPr>
        <w:t xml:space="preserve">2. </w:t>
      </w:r>
      <w:r>
        <w:t>в части 1 статьи 119 цифры "1, 3" заменить цифрами "1, 2, 3", слова "и 16" заменить словами ", 16 части 1 и частью 3"</w:t>
      </w:r>
    </w:p>
    <w:p>
      <w:r>
        <w:rPr>
          <w:b/>
        </w:rPr>
        <w:t xml:space="preserve">2. </w:t>
      </w:r>
      <w:r>
        <w:t>в статье 125 слово "реорганизацией" заменить словом "реформированием"</w:t>
      </w:r>
    </w:p>
    <w:p>
      <w:r>
        <w:rPr>
          <w:b/>
        </w:rPr>
        <w:t xml:space="preserve">2. </w:t>
      </w:r>
      <w:r>
        <w:t>в статье 127:</w:t>
      </w:r>
    </w:p>
    <w:p>
      <w:r>
        <w:rPr>
          <w:b/>
        </w:rPr>
        <w:t xml:space="preserve">2. </w:t>
      </w:r>
      <w:r>
        <w:t>приложение 1 изложить в следующей редакции: "Приложение 1 к Федеральному закону "О федеральном бюджете на 2005 год" (в редакции Федерального закона "О внесении изменений в Федеральный закон "О федеральном бюджете на 2005 год") Главные распорядители средств федерального бюджета - администраторы доходов федерального бюджета Код бюджетной классификации Российской Федерации Наименование администратора доходов федерального бюджета администратора доходов доходов федерального бюджета 1 2 3 182 Федеральная налоговая служба 182 1 01 01000 00 0000 110 Налог на прибыль организаций* 182 1 02 01010 01 0000 110 Единый социальный налог, зачисляемый в федеральный бюджет 182 1 03 01000 01 0000 110 Налог на добавленную стоимость на товары (работы, услуги), реализуемые на территории Российской Федерации 182 1 03 02000 01 0000 110 Акцизы по подакцизным товарам (продукции), производимым на территории Российской Федерации* 182 1 04 01000 01 0000 110 Налог на добавленную стоимость на товары, ввозимые на территорию Российской Федерации 182 1 04 02000 01 0000 110 Акцизы по подакцизным товарам (продукции), ввозимым на территорию Российской Федерации 182 1 06 05020 01 0000 110 Налог на игорный бизнес, зачисляемый в федеральный бюджет (в части погашения задолженности прошлых лет) 182 1 07 01000 01 0000 110 Налог на добычу полезных ископаемых* 182 1 07 02000 01 0000 110 Регулярные платежи за добычу полезных ископаемых (роялти) при выполнении соглашений о разделе продукции 182 1 07 03000 01 0000 110 Водный налог 182 1 07 04000 01 0000 110 Сборы за пользование объектами животного мира и за пользование объектами водных биологических ресурсов* 182 1 08 01000 01 0000 110 Государственная пошлина по делам, рассматриваемым в арбитражных судах 182 1 08 02010 01 0000 110 Государственная пошлина по делам, рассматриваемым Конституционным Судом Российской Федерации 182 1 08 03020 01 0000 110 Государственная пошлина по делам, рассматриваемым Верховным Судом Российской Федерации 182 1 08 07010 01 0000 110 Государственная пошлина за государственную регистрацию юридических лиц, физических лиц в качестве индивидуальных предпринимателей, изменений, вносимых в их учредительные документы, а также за государственную регистрацию ликвидации юридического лица 182 1 08 07030 01 0000 110 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182 1 09 00000 00 0000 000 Задолженность и перерасчеты по отмененным налогам, сборам и иным обязательным платежам* 182 1 12 02030 01 0000 120 Регулярные платежи за пользование недрами при пользовании недрами (ренталс) на территории Российской Федерации 182 1 12 02080 01 0000 120 Регулярные платежи за пользование недрами (ренталс)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182 1 13 01020 01 0000 130 Плата за предоставление информации по Единому государственному реестру налогоплательщиков 182 1 13 01030 01 0000 130 Плата за предоставление сведений, содержащихся в Едином государственном реестре юридических лиц и в Едином государственном реестре индивидуальных предпринимателей 182 1 13 02011 01 0000 130 Сборы за выдачу лицензий и право на производство и оборот этилового спирта, спиртосодержащей и алкогольной продукции, зачисляемые в федеральный бюджет 182 1 16 03010 01 0000 140 Денежные взыскания (штрафы) за нарушение законодательства о налогах и сборах, предусмотренные статьями 116, 117, 118, пунктами 1 и 2 статьи 120, статьями 125, 126, 128, 129, 129 1 , 132, 133, 134, 135, 135 1 Налогового кодекса Российской Федерации 182 1 16 03030 01 0000 140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 182 1 16 05000 01 0000 140 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 153 Федеральная таможенная служба 153 1 04 01000 01 0000 110 Налог на добавленную стоимость на товары, ввозимые на территорию Российской Федерации 153 1 04 02000 01 0000 110 Акцизы по подакцизным товарам (продукции), ввозимым на территорию Российской Федерации 153 1 10 01000 01 0000 180 Таможенные пошлины 153 1 10 02000 01 0000 180 Таможенные сборы 153 1 10 07000 01 0000 180 Прочие поступления от внешнеэкономической деятельности 153 1 14 03010 01 0000 410 Средства федерального бюджета от распоряжения и реализации конфискованного и иного имущества, обращенного в доход государства (в части реализации основных средств по указанному имуществу) 153 1 14 03010 01 0000 440 Средства федерального бюджета от распоряжения и реализации конфискованного и иного имущества, обращенного в доход государства (в части реализации материальных запасов по указанному имуществу) 153 1 16 04000 01 0000 140 Денежные взыскания (штрафы) за нарушение таможенного дела (таможенных правил) 166 Федеральное агентство по управлению федеральным имуществом 166 1 11 01010 01 0000 120 Дивиденды по акциям и доходы от прочих форм участия в капитале, находящихся в собственности Российской Федерации 166 1 11 02081 01 0000 120 Доходы от размещения сумм, аккумулируемых в ходе проведения аукционов по продаже акций, находящихся в собственности Российской Федерации 166 1 11 05021 01 0000 120 Арендная плата и поступления от продажи права на заключение договоров аренды за земли, находящиеся в федеральной собственности 166 1 11 05031 01 0000 120 Доходы от сдачи в аренду имущества, находящегося в оперативном управлении федеральных органов государственной власти и созданных ими учреждений и в хозяйственном ведении федеральных государственных унитарных предприятий 166 1 11 07011 01 0000 120 Доходы от перечисления части прибыли, остающейся после уплаты налогов и иных обязательных платежей федеральных государственных унитарных предприятий 166 1 11 07020 01 0000 120 Доходы от деятельности совместного предприятия "Вьетсовпетро" 166 1 14 02012 01 0000 410 Доходы федерального бюджета от реализации имущества федеральных государственных унитарных предприятий (в части реализации основных средств по указанному имуществу) 166 1 14 02012 01 0000 440 Доходы федерального бюджета от реализации имущества федеральных государственных унитарных предприятий (в части реализации материальных запасов по указанному имуществу) 166 1 14 02013 01 0000 410 Доходы федерального бюджета от реализации имущества, находящегося в оперативном управлении федеральных учреждений (в части реализации основных средств по указанному имуществу) 166 1 14 02013 01 0000 440 Доходы федерального бюджета от реализации имущества, находящегося в оперативном управлении федеральных учреждений (в части реализации материальных запасов по указанному имуществу) 166 1 14 03010 01 0000 410 Средства федерального бюджета от распоряжения и реализации конфискованного и иного имущества, обращенного в доход государства (в части реализации основных средств по указанному имуществу) 166 1 14 03010 01 0000 440 Средства федерального бюджета от распоряжения и реализации конфискованного и иного имущества, обращенного в доход государства (в части реализации материальных запасов по указанному имуществу) 303 Управление делами Президента Российской Федерации (федеральное агентство) 303 1 11 05040 01 0000 120 Доходы от использования федерального имущества, расположенного за пределами территории Российской Федерации 108 Федеральное дорожное агентство 108 1 11 08031 01 0000 120 Доходы от эксплуатации и использования имущества автомобильных дорог, находящихся в федеральной собственности 108 1 16 24000 01 0000 140 Средства страховых выплат при возникновении страховых случаев на федеральных автомобильных дорогах и имущественных комплексах, необходимые для их эксплуатации 498 Федеральная служба по экологическому, технологическому и атомному надзору 498 1 12 01000 01 0000 120 Плата за негативное воздействие на окружающую среду 049 Федеральное агентство по недропользованию 049 1 12 02011 01 0000 120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по месторождениям и участкам недр (кроме участков недр, содержащих месторождения общераспространенных полезных ископаемых, или участков недр местного значения) 049 1 12 02020 01 0000 120 Плата за геологическую информацию о недрах при пользовании недрами на территории Российской Федерации 049 1 12 02060 01 0000 120 Разовые платежи за пользование недрами при наступлении определенных событий, оговоренных в лицензии (бонусы),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049 1 12 02070 01 0000 120 Плата за геологическую информацию о недрах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049 1 12 02101 01 0000 120 Прочие платежи при пользовании недрами, зачисляемые в федеральный бюджет 021 Министерство промышленности и энергетики Российской Федерации 021 1 12 02040 01 0000 120 Плата за договорную акваторию и участки морского дна, полученная при пользовании недрами на территории Российской Федерации 021 1 12 02090 01 0000 120 Плата за договорную акваторию и участки морского дна, полученная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080 Федеральное агентство по рыболовству 080 1 08 07070 01 0000 110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080 1 12 03000 01 0000 120 Плата за пользование водными биологическими ресурсами по межправительственным соглашениям 080 1 12 06000 01 0000 120 Доходы от проведения аукционов по продаже долей в общем объеме квот на вылов (добычу) водных биологических ресурсов, вновь разрешаемых к использованию в промышленных целях, а также во вновь осваиваемых районах промысла 080 1 12 07010 01 0000 120 Доходы, полученные от применения рыночного механизма оборота долей, определяемых федеральными органами исполнительной власти, в общем объеме квот на вылов (добычу) водных биологических ресурсов 053 Федеральное агентство лесного хозяйства 053 1 12 04000 00 0000 120 Платежи за пользование лесным фондом и лесами иных категорий* 052 Федеральное агентство водных ресурсов 052 1 12 05000 01 0000 120 Плата за пользование водными объектами 310 Министерство иностранных дел Российской Федерации 310 1 08 06000 01 0000 110 Государственная пошлина за совершение действий, связанных с приобретением гражданства Российской Федерации или с выходом из него, с въездом в Российскую Федерацию и выездом из Российской Федерации 310 1 11 05050 01 0000 120 Доходы от использования федерального имущества, расположенного за пределами территории Российской Федерации, получаемые за рубежом 310 1 13 01010 01 0000 130 Консульские сборы 310 1 13 01150 01 0000 130 Доходы от действий, связанных с оформлением визовых документов иностранным гражданам 310 1 13 01160 01 0000 130 Доходы от оказания информационно-консультационных и иных видов услуг 310 1 13 01230 01 0000 130 Доходы, поступающие в виде компенсации Российской Федерации за участие российских воинских контингентов в миротворческих операциях ООН, получаемые за рубежом 310 1 13 01240 01 0000 130 Доходы, взимаемые в возмещение фактических расходов, связанных с консульскими действиями 140 Министерство экономического развития и торговли Российской Федерации 140 1 10 06000 01 0000 180 Средства, полученные от аукционной продажи квот на отдельные виды товаров, ввозимых на территорию Особой экономической зоны в Калининградской области 140 1 10 07000 01 0000 180 Прочие поступления от внешнеэкономической деятельности 140 1 13 01160 01 0000 130 Доходы от оказания информационно-консультационных и иных видов услуг 171 Федеральное агентство по государственным резервам 171 1 13 01050 01 0000 130 Доходы от операций с государственным материальным резервом 157 Федеральная служба государственной статистики 157 1 13 01070 01 0000 130 Доходы от оказания платных услуг (работ), предоставления статистической информации 084 Федеральное агентство связи 084 1 08 10000 01 0000 110 Государственная пошлина за получение ресурса нумерации оператором связи 084 1 08 11000 01 0000 110 Государственная пошлина за регистрацию декларации о соответствии требованиям средств связи и услуг связи 084 1 13 01100 01 0000 130 Средства отчислений операторов сети общего пользования в резерв универсального обслуживания 084 1 13 01250 01 0000 130 Плата пользователей радиочастотным спектром 307 Федеральная служба по тарифам 307 1 16 02010 01 0000 140 Денежные взыскания (штрафы) за нарушение законодательства о государственном регулировании цен (тарифов), зачисляемые в федеральный бюджет 085 Федеральное агентство по сельскому хозяйству 085 1 13 01120 01 0000 130 Доходы от отпуска семян из федеральных фондов семян 085 1 13 01130 01 0000 130 Доходы от проведения товарных интервенций из запасов федерального интервенционного фонда сельскохозяйственной продукции, сырья и продовольствия 085 1 13 01170 01 0000 130 Патентные пошлины за селекционные достижения 188 Министерство внутренних дел Российской Федерации 188 1 13 01180 01 0000 130 Плата за услуги, предоставляемые на договорной основе подразделениями органов внутренних дел Министерства внутренних дел Российской Федерации по охране имущества юридических и физических лиц, и иные услуги, связанные с обеспечением охраны и безопасности граждан 188 1 14 03010 01 0000 410 Средства федерального бюджета от распоряжения и реализации конфискованного и иного имущества, обращенного в доход государства (в части реализации основных средств по указанному имуществу) 188 1 14 03010 01 0000 440 Средства федерального бюджета от распоряжения и реализации конфискованного и иного имущества, обращенного в доход государства (в части реализации материальных запасов по указанному имуществу) 188 1 16 21010 01 0000 140 Денежные взыскания (штрафы) и иные суммы, взыскиваемые с лиц, виновных в совершении преступлений, и в возмещение ущерба имуществу, зачисляемые в федеральный бюджет 188 1 16 22000 01 0000 140 Поступление сумм в возмещение причиненного военному имуществу ущерба 189 Федеральная служба безопасности Российской Федерации 189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189 1 14 03010 01 0000 410 Средства федерального бюджета от распоряжения и реализации конфискованного и иного имущества, обращенного в доход государства (в части реализации основных средств по указанному имуществу) 189 1 14 03010 01 0000 440 Средства федерального бюджета от распоряжения и реализации конфискованного и иного имущества, обращенного в доход государства (в части реализации материальных запасов по указанному имуществу) 189 1 16 22000 01 0000 140 Поступление сумм в возмещение причиненного военному имуществу ущерба 192 Федеральная миграционная служба 192 1 08 06000 01 0000 110 Государственная пошлина за совершение действий, связанных с приобретением гражданства Российской Федерации или с выходом из него, с въездом в Российскую Федерацию и выездом из Российской Федерации 192 1 08 07100 01 0000 110 Государственная пошлина за выдачу и обмен паспорта гражданина Российской Федерации 187 Министерство обороны Российской Федерации 187 1 14 02011 01 0000 410 Доходы федерального бюджета от реализации продуктов утилизации кораблей (в части реализации основных средств по указанному имуществу) 187 1 14 02011 01 0000 440 Доходы федерального бюджета от реализации продуктов утилизации кораблей (в части реализации материальных запасов по указанному имуществу) 187 1 14 02015 01 0000 410 Доходы федерального бюджета от реализации продуктов утилизации вооружения, военной техники и боеприпасов (в части реализации основных средств по указанному имуществу) 187 1 14 02015 01 0000 440 Доходы федерального бюджета от реализации продуктов утилизации вооружения, военной техники и боеприпасов (в части реализации материальных запасов по указанному имуществу) 187 1 16 22000 01 0000 140 Поступление сумм в возмещение причиненного военному имуществу ущерба 161 Федеральная антимонопольная служба 161 1 08 07090 01 0000 110 Государственная пошлина за рассмотрение ходатайств, предусмотренных антимонопольным законодательством 089 Государственная фельдъегерская служба Российской Федерации 089 1 13 01190 01 0000 130 Доходы от оказания платных услуг органами Государственной фельдъегерской службы Российской Федерации 101 Федеральное агентство по атомной энергии 101 1 10 03000 01 0000 180 Доходы от реализации на экспорт высокообогащенного урана и природного сырьевого компонента низкообогащенного урана 101 1 10 04000 01 0000 180 Доходы от реализации работы разделения, содержащейся в стоимости низкообогащенного урана, полученного из высокообогащенного урана, извлеченного из ядерного оружия 101 1 10 05000 01 0000 180 Доходы от реализации продукции особого хранения 100 Федеральное казначейство (федеральная служба) 100 1 17 01010 01 0000 180 Невыясненные поступления, зачисляемые в федеральный бюджет 151 Федеральная служба финансово-бюджетного надзора 151 1 16 05000 01 0000 140 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 151 1 16 18010 01 0000 140 Денежные взыскания (штрафы) за нарушение бюджетного законодательства (в части федерального бюджета) 168 Федеральная служба по интеллектуальной собственности, патентам и товарным знакам 168 1 08 09000 01 0000 110 Государственная пошлина за совершение действий уполномоченным федеральным органом исполнительной власти по официальной регистрации программы для электронных вычислительных машин, базы данных и топологий интегральных микросхем 168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521 Федеральная служба по финансовым рынкам 521 1 08 07040 01 0000 110 Государственная пошлина за совершение действий, связанных с государственной регистрацией выпусков (дополнительных выпусков) эмиссионных ценных бумаг 521 1 08 07050 01 0000 110 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 521 1 08 07060 01 0000 110 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 177 Министерство Российской Федерации по делам гражданской обороны, чрезвычайным ситуациям и ликвидации последствий стихийных бедствий 177 1 08 07070 01 0000 110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106 Федеральная служба по надзору в сфере транспорта 106 1 08 07070 01 0000 110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150 Федеральная служба по труду и занятости 150 1 16 19000 01 0000 140 Денежные взыскания (штрафы) за нарушение трудового законодательства 141 Федеральная служба по надзору в сфере защиты прав потребителей и благополучия человека 141 1 13 01200 01 0000 130 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141 1 16 01000 01 0000 140 Денежные взыскания (штрафы) за выпуск и реализацию продукции, изготовленной с отступлением от стандартов и технических условий 587 Федеральная служба по техническому и экспортному контролю 587 1 13 01200 01 0000 130 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587 1 16 05000 01 0000 140 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 092 Министерство финансов Российской Федерации 092 1 08 08000 01 0000 110 Государственная пошлина за совершение действий при осуществлении федерального пробирного надзора 092 1 11 02011 01 0000 120 Доходы от размещения средств Стабилизационного фонда Российской Федерации 092 1 11 03010 01 0000 120 Проценты, полученные от предоставления бюджетных кредитов внутри страны за счет средств федерального бюджета 092 1 11 04000 00 0000 120 Проценты по государственным кредитам 092 1 11 06000 01 0000 120 Доходы от перечисления части прибыли Центрального банка Российской Федерации 092 1 13 01220 01 0000 130 Плата за услуги (работы), оказываемые Гохраном России 092 1 17 07000 01 0000 180 Средства, поступающие в федеральный бюджет в виде остатка неиспользованного долевого взноса Российской Федерации в бюджет Союзного государства прошлых лет 318 Министерство юстиции Российской Федерации 318 1 11 08011 01 0000 120 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 321 Федеральная регистрационная служба 321 1 08 05000 01 0000 110 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321 1 08 07010 01 0000 110 Государственная пошлина за государственную регистрацию юридических лиц, физических лиц в качестве индивидуальных предпринимателей, изменений, вносимых в их учредительные документы, а также за государственную регистрацию ликвидации юридического лица 321 1 08 07020 01 0000 110 Государственная пошлина за государственную регистрацию прав, ограничений (обременений) прав на недвижимое имущество и сделок с ним 321 1 13 01040 01 0000 130 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322 Федеральная служба судебных приставов 322 1 15 01010 01 0000 140 Исполнительский сбор 322 1 16 21010 01 0000 140 Денежные взыскания (штрафы) и иные суммы, взыскиваемые с лиц, виновных в совершении преступлений, и в возмещение ущерба имуществу, зачисляемые в федеральный бюджет 320 Федеральная служба исполнения наказаний 320 1 17 03000 01 0000 180 Поступление средств, удерживаемых из заработной платы осужденных 172 Федеральное агентство по техническому регулированию и метрологии 172 1 16 01000 01 0000 140 Денежные взыскания (штрафы) за выпуск и реализацию продукции, изготовленной с отступлением от стандартов и технических условий 059 Федеральная служба по надзору за соблюдением законодательства в сфере массовых коммуникаций и охране культурного наследия 059 1 08 07180 01 0000 110 Государственная пошлина за право вывоза культурных ценностей, предметов коллекционирования по палеонтологии и минералогии 184 Служба внешней разведки 184 1 16 22000 01 0000 140 Поступление сумм в возмещение причиненного военному имуществу ущерба 202 Федеральная служба охраны Российской Федерации 202 1 16 22000 01 0000 140 Поступление сумм в возмещение причиненного военному имуществу ущерба 000 Доходы, закрепляемые за всеми администраторами доходов федерального бюджета 000 1 08 07080 01 0000 110 Государственная пошлина за совершение действий, связанных с лицензированием, с проведением аттестации в случаях, когда такая аттестация предусмотрена законодательством Российской Федерации 000 1 08 07200 01 0000 110 Прочие государственные пошлины за государственную регистрацию, а также за совершение прочих юридически значимых действий 000 1 11 02012 01 0000 120 Доходы по остаткам средств на счетах федерального бюджета и от их размещения, кроме средств Стабилизационного фонда Российской Федерации 000 1 11 08021 00 0000 120 Доходы от распоряжения правами на результаты научно-технической деятельности, находящимися в собственности Российской Федерации 000 1 11 08041 01 0000 120 Прочие поступления от использования имущества, находящегося в собственности Российской Федерации 000 1 12 04010 01 0000 120 Платежи за пользование лесным фондом и лесами иных категорий в части минимальных ставок платы за древесину, отпускаемую на корню 000 1 13 02021 01 0000 130 Прочие лицензионные сборы, зачисляемые в федеральный бюджет 000 1 13 03010 01 0000 130 Прочие доходы федерального бюджета от оказания платных услуг и компенсации затрат государства 000 1 14 01010 01 0000 410 Доходы федерального бюджета от продажи квартир 000 1 14 04010 01 0000 420 Доходы федерального бюджета от продажи нематериальных активов 000 1 15 02010 01 0000 140 Платежи, взимаемые федеральными государственными организациями за выполнение определенных функций 000 1 16 07000 01 0000 140 Денежные взыскания (штрафы) за нарушение законодательства Российской Федерации об основах конституционного строя Российской Федерации, о государственной власти Российской Федерации, о государственной службе Российской Федерации, о выборах и референдумах Российской Федерации, об Уполномоченном по правам человека в Российской Федерации 000 1 16 08000 01 0000 140 Денежные взыскания (штрафы) за нарушение законодательства Российской Федерации о внешней политике и международных отношениях 000 1 16 09000 01 0000 140 Денежные взыскания (штрафы) за нарушение законодательства Российской Федерации о военном и чрезвычайном положении, об обороне и безопасности государства, о воинской обязанности и военной службе 000 1 16 10000 01 0000 140 Денежные взыскания (штрафы) за нарушение законодательства Российской Федерации о государственном оборонном заказе 000 1 16 11000 01 0000 140 Денежные взыскания (штрафы) за нарушение законодательства Российской Федерации об использовании атомной энергии 000 1 16 12000 01 0000 140 Денежные взыскания (штрафы)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об обороте наркотических и психотропных средств 000 1 16 13000 01 0000 140 Денежные взыскания (штрафы) за нарушение законодательства Российской Федерации о внутренних морских водах, территориальном море, континентальном шельфе, об исключительной экономической зоне Российской Федерации 000 1 16 14000 01 0000 140 Денежные взыскания (штрафы) за нарушение законодательства Российской Федерации о банках и банковской деятельности 000 1 16 15000 01 0000 140 Денежные взыскания (штрафы) за нарушение законодательства Российской Федерации о рынке ценных бумаг 000 1 16 16000 01 0000 140 Денежные взыскания (штрафы) за нарушение законодательства Российской Федерации о товарных биржах и биржевой торговле 000 1 16 17000 01 0000 140 Денежные взыскания (штрафы) за нарушение законодательства Российской Федерации о суде и судоустройстве, об исполнительном производстве и судебные штрафы 000 1 16 23010 01 0000 140 Доходы от возмещения ущерба при возникновении страховых случаев, зачисляемые в федеральный бюджет 000 1 16 30010 01 0000 140 Прочие поступления от денежных взысканий (штрафов) и иных сумм в возмещение ущерба, зачисляемые в федеральный бюджет 000 1 17 05010 01 0000 180 Прочие неналоговые доходы федерального бюджета 000 1 18 01000 01 0000 000 Доходы федерального бюджета от возврата остатков субсидий и субвенций прошлых лет _______________ * В части доходов, зачисляемых в федеральный бюджет."</w:t>
      </w:r>
    </w:p>
    <w:p>
      <w:r>
        <w:rPr>
          <w:b/>
        </w:rPr>
        <w:t xml:space="preserve">2. </w:t>
      </w:r>
      <w:r>
        <w:t>приложение 2 изложить в следующей редакции: "Приложение 2 к Федеральному закону "О федеральном бюджете на 2005 год" (в редакции Федерального закона "О внесении изменений в Федеральный закон "О федеральном бюджете на 2005 год") Нормативы отчислений неналоговых доходов в федеральный бюджет (в процентах) Код бюджетной классификации Российской Федерации Наименование дохода Нормативы отчислений 1 2 3 1 10 00000 00 0000 000 Доходы от внешнеэкономической деятельности 1 10 03000 01 0000 180 Доходы от реализации на экспорт высокообогащенного урана и природного сырьевого компонента низкообогащенного урана 100 1 10 04000 01 0000 180 Доходы от реализации работы разделения, содержащейся в стоимости низкообогащенного урана, полученного из высокообогащенного урана, извлеченного из ядерного оружия 100 1 10 05000 01 0000 180 Доходы от реализации продукции особого хранения 100 1 10 06000 01 0000 180 Средства, полученные от аукционной продажи квот на отдельные виды товаров, ввозимых на территорию Особой экономической зоны в Калининградской области 100 1 10 07000 01 0000 180 Прочие поступления от внешнеэкономической деятельности 100 1 11 00000 00 0000 000 Доходы от использования имущества, находящегося в государственной и муниципальной собственности 1 11 01010 01 0000 120 Дивиденды по акциям и доходы от прочих форм участия в капитале, находящихся в собственности Российской Федерации 100 1 11 02010 01 0000 120 Доходы от размещения средств федерального бюджета 100 1 11 02081 01 0000 120 Доходы от размещения сумм, аккумулируемых в ходе проведения аукционов по продаже акций, находящихся в собственности Российской Федерации 100 1 11 03010 01 0000 120 Проценты, полученные от предоставления бюджетных кредитов внутри страны за счет средств федерального бюджета 100 1 11 04010 01 0000 120 Поступление средств от правительств иностранных государств, их юридических лиц в уплату процентов по кредитам, предоставленным Российской Федерацией 100 1 11 04020 01 0000 120 Поступление средств от предприятий и организаций в уплату процентов и гарантий по кредитам, полученным Российской Федерацией от правительств иностранных государств 100 1 11 04030 01 0000 120 Поступление средств от предприятий и организаций в уплату процентов и гарантий по кредитам, полученным Российской Федерацией от международных финансовых организаций 100 1 11 05021 01 0000 120 Арендная плата и поступления от продажи права на заключение договоров аренды за земли, находящиеся в федеральной собственности 100 1 11 05031 01 0000 120 Доходы от сдачи в аренду имущества, находящегося в оперативном управлении федеральных органов государственной власти и созданных ими учреждений и в хозяйственном ведении федеральных государственных унитарных предприятий 100 1 11 05040 01 0000 120 Доходы от использования федерального имущества, расположенного за пределами территории Российской Федерации 100 1 11 05050 01 0000 120 Доходы от использования федерального имущества, расположенного за пределами территории Российской Федерации, получаемые за рубежом 100 1 11 06000 01 0000 120 Доходы от перечисления части прибыли Центрального банка Российской Федерации 100 1 11 07011 01 0000 120 Доходы от перечисления части прибыли, остающейся после уплаты налогов и иных обязательных платежей федеральных государственных унитарных предприятий 100 1 11 07020 01 0000 120 Доходы от деятельности совместного предприятия "Вьетсовпетро" 100 1 11 08011 01 0000 120 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 100 1 11 08021 01 0000 120 Доходы от распоряжения правами на результаты научно-технической деятельности, находящимися в собственности Российской Федерации 100 1 11 08031 01 0000 120 Доходы от эксплуатации и использования имущества автомобильных дорог, находящихся в федеральной собственности 100 1 11 08041 01 0000 120 Прочие поступления от использования имущества, находящегося в собственности Российской Федерации 100 Доходы от сдачи в аренду иностранным государствам вооружения и военной техники, находящихся в федеральной собственности (подлежат зачислению по коду бюджетной классификации 1 11 08041 01 0000 120) 100 1 12 00000 00 0000 000 Платежи при пользовании природными ресурсами 1 12 02000 01 0000 120 Платежи при пользовании недрами В соответствии со статьей 22 настоящего Федерального закона 1 12 02101 01 0000 120 Прочие платежи при пользовании недрами, зачисляемые в федеральный бюджет 100 1 12 06000 01 0000 120 Доходы от проведения аукционов по продаже долей в общем объеме квот на вылов (добычу) водных биологических ресурсов, вновь разрешаемых к использованию в промышленных целях, а также во вновь осваиваемых районах промысла 100 1 12 07010 01 0000 120 Доходы, полученные от применения рыночного механизма оборота долей, определяемых федеральными органами исполнительной власти, в общем объеме квот на вылов (добычу) водных биологических ресурсов 100 1 13 00000 00 0000 000 Доходы от оказания платных услуг и компенсации затрат государства 1 13 01020 01 0000 130 Плата за предоставление информации по Единому государственному реестру налогоплательщиков 100 1 13 01030 01 0000 130 Плата за предоставление сведений, содержащихся в Едином государственном реестре юридических лиц и в Едином государственном реестре индивидуальных предпринимателей 100 1 13 01040 01 0000 130 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100 1 13 01050 01 0000 130 Доходы от операций с государственным материальным резервом 100 1 13 01070 01 0000 130 Доходы от оказания платных услуг (работ), предоставления статистической информации 100 1 13 01100 01 0000 130 Средства отчислений операторов сети общего пользования в резерв универсального обслуживания 100 1 13 01120 01 0000 130 Доходы от отпуска семян из федеральных фондов семян 100 1 13 01130 01 0000 130 Доходы от проведения товарных интервенций из запасов федерального интервенционного фонда сельскохозяйственной продукции, сырья и продовольствия 100 1 13 01150 01 0000 130 Доходы от действий, связанных с оформлением визовых документов иностранным гражданам 100 1 13 01160 01 0000 130 Доходы от оказания информационно-консультационных и иных видов услуг 100 1 13 01170 01 0000 130 Патентные пошлины за селекционные достижения 100 1 13 01180 01 0000 130 Плата за услуги, предоставляемые на договорной основе подразделениями органов внутренних дел Министерства внутренних дел Российской Федерации по охране имущества юридических и физических лиц, и иные услуги, связанные с обеспечением охраны и безопасности граждан 100 1 13 01190 01 0000 130 Доходы от оказания платных услуг органами Государственной фельдъегерской службы Российской Федерации 100 1 13 01200 01 0000 130 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100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100 1 13 01220 01 0000 130 Плата за услуги (работы), оказываемые Гохраном России 100 1 13 01230 01 0000 130 Доходы, поступающие в виде компенсации Российской Федерации за участие российских воинских контингентов в миротворческих операциях ООН, получаемые за рубежом 100 1 13 01240 01 0000 130 Доходы, взимаемые в возмещение фактических расходов, связанных с консульскими действиями 100 1 13 01250 01 0000 130 Плата пользователей радиочастотным спектром 100 1 13 02020 00 0000 130 Прочие лицензионные сборы 100 Средства, полученные за выдачу лицензий, разрешений и сертификатов, предусмотренных Федеральным законом от 13 декабря 1996 года № 150-ФЗ "Об оружии", а также за продление срока их действия (подлежат зачислению по коду бюджетной классификации 1 13 02020 00 0000 130) 100 1 13 03010 01 0000 130 Прочие доходы федерального бюджета от оказания платных услуг и компенсации затрат государства 100 1 14 00000 00 0000 000 Доходы от продажи материальных и нематериальных активов 1 14 01010 01 0000 410 Доходы федерального бюджета от продажи квартир 100 1 14 02010 01 0000 410 Доходы от реализации имущества, находящегося в собственности Российской Федерации (в части реализации основных средств по указанному имуществу)* 100 1 14 02010 01 0000 440 Доходы от реализации имущества, находящегося в собственности Российской Федерации (в части реализации материальных запасов по указанному имуществу)* 100 1 14 03010 01 0000 410 Средства федерального бюджета от распоряжения и реализации конфискованного и иного имущества, обращенного в доход государства (в части реализации основных средств по указанному имуществу) 100 1 14 03010 01 0000 440 Средства федерального бюджета от распоряжения и реализации конфискованного и иного имущества, обращенного в доход государства (в части реализации материальных запасов по указанному имуществу) 100 1 14 04010 01 0000 420 Доходы федерального бюджета от продажи нематериальных активов 100 1 15 00000 00 0000 000 Административные платежи и сборы 1 15 01010 01 0000 140 Исполнительский сбор 100 1 15 02010 01 0000 140 Платежи, взимаемые федеральными государственными организациями за выполнение определенных функций 100 1 16 00000 00 0000 000 Штрафы, санкции, возмещение ущерба 1 16 01000 01 0000 140 Денежные взыскания (штрафы) за выпуск и реализацию продукции, изготовленной с отступлением от стандартов и технических условий 100 1 16 02010 01 0000 140 Денежные взыскания (штрафы) за нарушение законодательства о государственном регулировании цен (тарифов), зачисляемые в федеральный бюджет 100 1 16 03010 01 0000 140 Денежные взыскания (штрафы) за нарушение законодательства о налогах и сборах, предусмотренные статьями 116, 117, 118, пунктами 1 и 2 статьи 120, статьями 125, 126, 128, 129, 129 1 , 132, 133, 134, 135, 135 1 Налогового кодекса Российской Федерации В соответствии со статьей 13 настоящего Федерального закона 1 16 03030 01 0000 140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 В соответствии со статьей 13 настоящего Федерального закона 1 16 04000 01 0000 140 Денежные взыскания (штрафы) за нарушение таможенного дела (таможенных правил) 100 1 16 05000 01 0000 140 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 100 1 16 07000 01 0000 140 Денежные взыскания (штрафы) за нарушение законодательства Российской Федерации об основах конституционного строя Российской Федерации, о государственной власти Российской Федерации, о государственной службе Российской Федерации, о выборах и референдумах Российской Федерации, об Уполномоченном по правам человека в Российской Федерации 100 1 16 08000 01 0000 140 Денежные взыскания (штрафы) за нарушение законодательства Российской Федерации о внешней политике и международных отношениях 100 1 16 09000 01 0000 140 Денежные взыскания (штрафы) за нарушение законодательства Российской Федерации о военном и чрезвычайном положении, об обороне и безопасности государства, о воинской обязанности и военной службе 100 1 16 10000 01 0000 140 Денежные взыскания (штрафы) за нарушение законодательства Российской Федерации о государственном оборонном заказе 100 1 16 11000 01 0000 140 Денежные взыскания (штрафы) за нарушение законодательства Российской Федерации об использовании атомной энергии 100 1 16 12000 01 0000 140 Денежные взыскания (штрафы)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об обороте наркотических и психотропных средств 100 1 16 13000 01 0000 140 Денежные взыскания (штрафы) за нарушение законодательства Российской Федерации о внутренних морских водах, территориальном море, континентальном шельфе, об исключительной экономической зоне Российской Федерации 100 1 16 14000 01 0000 140 Денежные взыскания (штрафы) за нарушение законодательства Российской Федерации о банках и банковской деятельности 100 1 16 15000 01 0000 140 Денежные взыскания (штрафы) за нарушение законодательства Российской Федерации о рынке ценных бумаг 100 1 16 16000 01 0000 140 Денежные взыскания (штрафы) за нарушение законодательства Российской Федерации о товарных биржах и биржевой торговле 100 1 16 17000 01 0000 140 Денежные взыскания (штрафы) за нарушение законодательства Российской Федерации о суде и судоустройстве, об исполнительном производстве и судебные штрафы 100 1 16 18010 01 0000 140 Денежные взыскания (штрафы) за нарушение бюджетного законодательства (в части федерального бюджета) 100 1 16 19000 01 0000 140 Денежные взыскания (штрафы) за нарушение трудового законодательства 100 1 16 21010 01 0000 140 Денежные взыскания (штрафы) и иные суммы, взыскиваемые с лиц, виновных в совершении преступлений, и в возмещение ущерба имуществу, зачисляемые в федеральный бюджет 100 1 16 22000 01 0000 140 Поступление сумм в возмещение причиненного военному имуществу ущерба 100 1 16 23010 01 0000 140 Доходы от возмещения ущерба при возникновении страховых случаев, зачисляемые в федеральный бюджет 100 1 16 24000 01 0000 140 Средства страховых выплат при возникновении страховых случаев на федеральных автомобильных дорогах и имущественных комплексах, необходимые для их эксплуатации 100 1 16 30010 01 0000 140 Прочие поступления от денежных взысканий (штрафов) и иных сумм в возмещение ущерба, зачисляемые в федеральный бюджет 100 1 17 00000 00 0000 000 Прочие неналоговые доходы 1 17 01010 01 0000 180 Невыясненные поступления, зачисляемые в федеральный бюджет 100 1 17 03000 01 0000 180 Поступление средств, удерживаемых из заработной платы осужденных 100 1 17 04000 01 0000 180 Поступления капитализированных платежей предприятий 100 1 17 05010 01 0000 180 Прочие неналоговые доходы федерального бюджета 100 Средства, получаемые таможенными органами, являющимися владельцами складов временного хранения и таможенных складов, в счет возмещения затрат на хранение товаров (подлежат зачислению по коду бюджетной классификации 1 17 05010 01 0000 180) 100 _______________________ * За исключением доходов от реализации военного имущества, зачисляемых в консолидированный бюджет субъекта Российской Федерации."</w:t>
      </w:r>
    </w:p>
    <w:p>
      <w:r>
        <w:rPr>
          <w:b/>
        </w:rPr>
        <w:t xml:space="preserve">2. </w:t>
      </w:r>
      <w:r>
        <w:t>приложение 5 (секретно) изложить в следующей редакции</w:t>
      </w:r>
    </w:p>
    <w:p>
      <w:r>
        <w:rPr>
          <w:b/>
        </w:rPr>
        <w:t xml:space="preserve">2. </w:t>
      </w:r>
      <w:r>
        <w:t>приложение 6 изложить в следующей редакции: "Приложение 6 к Федеральному закону "О федеральном бюджете на 2005 год" (в редакции Федерального закона "О внесении изменений в Федеральный закон "О федеральном бюджете на 2005 год") Поступления доходов в федеральный бюджет в 2005 году (тыс. рублей) Код бюджетной классификации Российской Федерации Наименование доходов Сумма 1 2 3 1 00 00000 00 0000 000 ДОХОДЫ 4 896 534 175,7 1 01 00000 00 0000 000 НАЛОГИ НА ПРИБЫЛЬ, ДОХОДЫ 328 746 500,0 1 01 01000 00 0000 110 1 01 01011 01 0000 110, 1 01 01020 01 0000 110, 1 01 01030 01 0000 110, 1 01 01040 01 0000 110, 1 01 01050 01 0000 110, Налог на прибыль организаций 328 746 500,0 1 01 01060 01 0000 110 Налог на прибыль организаций 322 028 900,0 1 01 01070 01 0000 110 Налог на прибыль организаций с доходов, полученных в виде процентов по государственным и муниципальным ценным бумагам 6 717 600,0 1 02 00000 00 0000 000 НАЛОГИ И ВЗНОСЫ НА СОЦИАЛЬНЫЕ НУЖДЫ 266 159 000,0 1 02 01010 01 0000 110 Единый социальный налог, зачисляемый в федеральный бюджет 266 159 000,0 1 03 00000 00 0000 000 НАЛОГИ НА ТОВАРЫ (РАБОТЫ, УСЛУГИ), РЕАЛИЗУЕМЫЕ НА ТЕРРИТОРИИ РОССИЙСКОЙ ФЕДЕРАЦИИ 1 162 553 800,0 1 03 01000 01 0000 110 Налог на добавленную стоимость на товары (работы, услуги), реализуемые на территории Российской Федерации 1 073 328 500,0 1 03 02000 01 0000 110 Акцизы по подакцизным товарам (продукции), производимым на территории Российской Федерации 89 225 300,0 1 03 02010 01 0000 110 Акцизы на спирт этиловый из всех видов сырья (в том числе этиловый спирт-сырец из всех видов сырья), производимый на территории Российской Федерации 5 099 900,0 1 03 02020 01 0000 110 Акцизы на спиртосодержащую продукцию, производимую на территории Российской Федерации 289 500,0 1 03 02030 01 0000 110 Акцизы на табачную продукцию, производимую на территории Российской Федерации 28 566 700,0 1 03 02040 01 0000 110 Акцизы на автомобильный бензин, производимый на территории Российской Федерации 33 278 000,0 1 03 02050 01 0000 110 Акцизы на автомобильный бензин, дизельное топливо, моторное масло для дизельных и (или) карбюраторных (инжекторных) двигателей, производимые на территории Российской Федерации (в части погашения задолженности прошлых лет, образовавшейся до 1 января 2003 года) 9 963 500,0 1 03 02060 01 0000 110 Акцизы на автомобили легковые и мотоциклы, производимые на территории Российской Федерации 465 800,0 1 03 02070 01 0000 110 Акцизы на дизельное топливо, производимое на территории Российской Федерации 10 779 000,0 1 03 02080 01 0000 110 Акцизы на моторное масло для дизельных и (или) карбюраторных (инжекторных) двигателей, производимое на территории Российской Федерации 782 900,0 1 04 00000 00 0000 000 НАЛОГИ НА ТОВАРЫ, ВВОЗИМЫЕ НА ТЕРРИТОРИЮ РОССИЙСКОЙ ФЕДЕРАЦИИ 445 342 800,0 1 04 01000 01 0000 110 Налог на добавленную стоимость на товары, ввозимые на территорию Российской Федерации* 427 774 400,0 1 04 02000 01 0000 110 Акцизы по подакцизным товарам (продукции), ввозимым на территорию Российской Федерации 17 568 400,0 1 07 00000 00 0000 000 НАЛОГИ, СБОРЫ И РЕГУЛЯРНЫЕ ПЛАТЕЖИ ЗА ПОЛЬЗОВАНИЕ ПРИРОДНЫМИ РЕСУРСАМИ 830 175 400,0 1 07 01000 01 0000 110 Налог на добычу полезных ископаемых 812 322 600,0 1 07 01010 01 0000 110 Налог на добычу полезных ископаемых в виде углеводородного сырья 804 726 300,0 1 07 01011 01 0000 110 Нефть** 722 424 500,0 1 07 01012 01 0000 110 Газ горючий природный из всех видов месторождений углеводородного сырья 77 982 800,0 1 07 01013 01 0000 110 Газовый конденсат из всех видов месторождений углеводородного сырья 4 319 000,0 1 07 01030 01 0000 110 Налог на добычу прочих полезных ископаемых 7 596 300,0 1 07 02000 01 0000 110 Регулярные платежи за добычу полезных ископаемых (роялти) при выполнении соглашений о разделе продукции 1 520 400,0 1 07 03000 01 0000 110 Водный налог 11 667 400,0 1 07 04020 01 0000 110 Сбор за пользование объектами водных биологических ресурсов (исключая внутренние водные объекты) 4 515 000,0 1 07 04030 01 0000 110 Сбор за пользование объектами водных биологических ресурсов (по внутренним водным объектам) 150 000,0 1 08 00000 00 0000 000 ГОСУДАРСТВЕННАЯ ПОШЛИНА 22 517 500,0 1 08 01000 01 0000 110 Государственная пошлина по делам, рассматриваемым в арбитражных судах 1 656 300,0 1 08 02010 01 0000 110 Государственная пошлина по делам, рассматриваемым Конституционным Судом Российской Федерации 18 900,0 1 08 03020 01 0000 110 Государственная пошлина по делам, рассматриваемым Верховным Судом Российской Федерации 517 700,0 1 08 05000 01 0000 110 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751 400,0 1 08 06000 01 0000 110 Государственная пошлина за совершение действий, связанных с приобретением гражданства Российской Федерации или с выходом из него, с въездом в Российскую Федерацию и выездом из Российской Федерации 4 315 800,0 1 08 07010 01 0000 110 Государственная пошлина за государственную регистрацию юридических лиц, физических лиц в качестве индивидуальных предпринимателей, изменений, вносимых в их учредительные документы, а также за государственную регистрацию ликвидации юридического лица 2 011 200,0 1 08 07020 01 0000 110 Государственная пошлина за государственную регистрацию прав, ограничений (обременений) прав на недвижимое имущество и сделок с ним 9 042 400,0 1 08 07030 01 0000 110 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176 900,0 1 08 07040 01 0000 110 Государственная пошлина за совершение действий, связанных с государственной регистрацией выпусков (дополнительных выпусков) эмиссионных ценных бумаг 273 200,0 1 08 07050 01 0000 110 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 2 200,0 1 08 07060 01 0000 110 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 100,0 1 08 07070 01 0000 110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114 000,0 1 08 07080 01 0000 110 Государственная пошлина за совершение действий, связанных с лицензированием, с проведением аттестации в случаях, когда такая аттестация предусмотрена законодательством Российской Федерации 1 168 100,0 1 08 07090 01 0000 110 Государственная пошлина за рассмотрение ходатайств, предусмотренных антимонопольным законодательством 55 100,0 1 08 07100 01 0000 110 Государственная пошлина за выдачу и обмен паспорта гражданина Российской Федерации 1 175 100,0 1 08 07200 01 0000 110 Прочие государственные пошлины за государственную регистрацию, а также за совершение прочих юридически значимых действий 218 300,0 1 08 08000 01 0000 110 Государственная пошлина за совершение действий при осуществлении федерального пробирного надзора 300 000,0 1 08 09000 01 0000 110 Государственная пошлина за совершение действий уполномоченным федеральным органом исполнительной власти по официальной регистрации программы для электронных вычислительных машин, базы данных и топологий интегральных микросхем 4 500,0 1 08 10000 01 0000 110 Государственная пошлина за получение ресурса нумерации оператором связи 713 300,0 1 08 11000 01 0000 110 Государственная пошлина за регистрацию декларации о соответствии требованиям средств связи и услуг связи 3 000,0 1 10 00000 00 0000 000 ДОХОДЫ ОТ ВНЕШНЕЭКОНОМИЧЕСКОЙ ДЕЯТЕЛЬНОСТИ 1 644 570 200,0 1 10 01000 01 0000 180 Таможенные пошлины 1 589 152 500,0 1 10 01010 01 0000 180 Ввозные таможенные пошлины 265 306 800,0 1 10 01020 01 0000 180 Вывозные таможенные пошлины 1 323 845 700,0 1 10 01021 01 0000 180 Вывозные таможенные пошлины на нефть сырую*** 871 113 600,0 1 10 01022 01 0000 180 Вывозные таможенные пошлины на газ природный 239 604 800,0 1 10 01023 01 0000 180 Вывозные таможенные пошлины на товары, выработанные из нефти 167 105 800,0 1 10 01024 01 0000 180 Прочие вывозные таможенные пошлины 46 021 500,0 1 10 02000 01 0000 180 Таможенные сборы 19 322 100,0 1 10 03000 01 0000 180 Доходы от реализации на экспорт высокообогащенного урана и природного сырьевого компонента низкообогащенного урана 7 448 900,0 1 10 04000 01 0000 180 Доходы от реализации работы разделения, содержащейся в стоимости низкообогащенного урана, полученного из высокообогащенного урана, извлеченного из ядерного оружия 12 826 100,0 1 10 05000 01 0000 180 Доходы от реализации продукции особого хранения 200 000,0 1 10 06000 01 0000 180 Средства, полученные от аукционной продажи квот на отдельные виды товаров, ввозимых на территорию Особой экономической зоны в Калининградской области 341 900,0 1 10 07000 01 0000 180 Прочие поступления от внешнеэкономической деятельности 15 278 700,0 1 11 00000 00 0000 000 ДОХОДЫ ОТ ИСПОЛЬЗОВАНИЯ ИМУЩЕСТВА, НАХОДЯЩЕГОСЯ В ГОСУДАРСТВЕННОЙ И МУНИЦИПАЛЬНОЙ СОБСТВЕННОСТИ 81 555 900,0 1 11 01010 01 0000 120 Дивиденды по акциям и доходы от прочих форм участия в капитале, находящихся в собственности Российской Федерации 17 000 000,0 1 11 02012 01 0000 120 Доходы по остаткам средств на счетах федерального бюджета и от их размещения, кроме средств Стабилизационного фонда Российской Федерации 870 800,0 1 11 03010 01 0000 120 Проценты, полученные от предоставления бюджетных кредитов внутри страны за счет средств федерального бюджета 394 200,0 1 11 04000 00 0000 120 Проценты по государственным кредитам 6 594 900,0 1 11 04010 01 0000 120 Поступление средств от правительств иностранных государств, их юридических лиц в уплату процентов по кредитам, предоставленным Российской Федерацией 5 024 700,0 1 11 04020 01 0000 120 Поступление средств от предприятий и организаций в уплату процентов и гарантий по кредитам, полученным Российской Федерацией от правительств иностранных государств 862 700,0 1 11 04030 01 0000 120 Поступление средств от предприятий и организаций в уплату процентов и гарантий по кредитам, полученным Российской Федерацией от международных финансовых организаций 707 500,0 1 11 05000 00 0000 120 Доходы от сдачи в аренду имущества, находящегося в государственной и муниципальной собственности 13 200 000,0 1 11 05021 01 0000 120 Арендная плата и поступления от продажи права на заключение договоров аренды за земли, находящиеся в федеральной собственности 1 000 000,0 1 11 05031 01 0000 120 Доходы от сдачи в аренду имущества, находящегося в оперативном управлении федеральных органов государственной власти и созданных ими учреждений и в хозяйственном ведении федеральных государственных унитарных предприятий 12 200 000,0 1 11 06000 01 0000 120 Доходы от перечисления части прибыли Центрального банка Российской Федерации 15 280 500,0 1 11 07000 00 0000 120 Платежи от государственных и муниципальных унитарных предприятий 21 278 800,0 1 11 07011 01 0000 120 Доходы от перечисления части прибыли, остающейся после уплаты налогов и иных обязательных платежей федеральных государственных унитарных предприятий 3 500 000,0 1 11 07020 01 0000 120 Доходы от деятельности совместного предприятия "Вьетсовпетро" 17 778 800,0 1 11 08000 00 0000 120 Прочие доходы от использования имущества и прав, находящихся в государственной и муниципальной собственности 6 936 700,0 1 11 08011 01 0000 120 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 600 000,0 1 11 08031 01 0000 120 Доходы от эксплуатации и использования имущества автомобильных дорог, находящихся в федеральной собственности 182 500,0 1 11 08041 01 0000 120 Прочие поступления от использования имущества, находящегося в собственности Российской Федерации 6 154 200,0 1 12 00000 00 0000 000 ПЛАТЕЖИ ПРИ ПОЛЬЗОВАНИИ ПРИРОДНЫМИ РЕСУРСАМИ 36 274 900,0 1 12 01000 01 0000 120 Плата за негативное воздействие на окружающую среду 2 313 500,0 1 12 02000 01 0000 120 Платежи при пользовании недрами 27 112 300,0 1 12 02011 01 0000 120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по месторождениям и участкам недр (кроме участков недр, содержащих месторождения общераспространенных полезных ископаемых, или участков недр местного значения) 26 432 300,0 1 12 02020 01 0000 120 Плата за геологическую информацию о недрах при пользовании недрами на территории Российской Федерации 81 900,0 1 12 02030 01 0000 120 Регулярные платежи за пользование недрами при пользовании недрами (ренталс) на территории Российской Федерации 300 000,0 1 12 02040 01 0000 120 Плата за договорную акваторию и участки морского дна, полученная при пользовании недрами на территории Российской Федерации 5 500,0 1 12 02080 01 0000 120 Регулярные платежи за пользование недрами (ренталс)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41 000,0 1 12 02101 01 0000 120 Прочие платежи при пользовании недрами, зачисляемые в федеральный бюджет 251 600,0 1 12 03000 01 0000 120 Плата за пользование водными биологическими ресурсами по межправительственным соглашениям 900 000,0 1 12 04010 01 0000 120 Платежи за пользование лесным фондом и лесами иных категорий в части минимальных ставок платы за древесину, отпускаемую на корню 4 358 100,0 1 12 04030 01 0000 120 Плата за перевод лесных земель в нелесные и перевод земель лесного фонда в земли иных категорий 991 000,0 1 12 06000 01 0000 120 Доходы от проведения аукционов по продаже долей в общем объеме квот на вылов (добычу) водных биологических ресурсов, вновь разрешаемых к использованию в промышленных целях, а также во вновь осваиваемых районах промысла 600 000,0 1 13 00000 00 0000 000 ДОХОДЫ ОТ ОКАЗАНИЯ ПЛАТНЫХ УСЛУГ И КОМПЕНСАЦИИ ЗАТРАТ ГОСУДАРСТВА 64 162 575,7 1 13 01000 00 0000 130 Доходы от оказания услуг или компенсации затрат государства 56 502 375,7 1 13 01020 01 0000 130 Плата за предоставление информации по Единому государственному реестру налогоплательщиков 39 400,0 1 13 01030 01 0000 130 Плата за предоставление сведений, содержащихся в Едином государственном реестре юридических лиц и в Едином государственном реестре индивидуальных предпринимателей 149 500,0 1 13 01040 01 0000 130 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368 000,0 1 13 01050 01 0000 130 Доходы от операций с государственным материальным резервом 15 693 000,0 1 13 01070 01 0000 130 Доходы от оказания платных услуг (работ), предоставления статистической информации 451 000,0 1 13 01100 01 0000 130 Средства отчислений операторов сети общего пользования в резерв универсального обслуживания 3 000 000,0 1 13 01150 01 0000 130 Доходы от действий, связанных с оформлением визовых документов иностранным гражданам 28 200,0 1 13 01160 01 0000 130 Доходы от оказания информационно-консультационных и иных видов услуг 74 200,0 1 13 01170 01 0000 130 Патентные пошлины за селекционные достижения 19 500,0 1 13 01180 01 0000 130 Плата за услуги, предоставляемые на договорной основе подразделениями органов внутренних дел Министерства внутренних дел Российской Федерации по охране имущества юридических и физических лиц, и иные услуги, связанные с обеспечением охраны и безопасности граждан 34 172 400,0 1 13 01190 01 0000 130 Доходы от оказания платных услуг органами Государственной фельдъегерской службы Российской Федерации 315 000,0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1 030 475,7 1 13 01220 01 0000 130 Плата за услуги (работы), оказываемые Гохраном России 161 700,0 1 13 01250 01 0000 130 Плата пользователей радиочастотным спектром 1 000 000,0 1 13 02000 00 0000 130 Лицензионные сборы 1 066 500,0 1 13 02011 01 0000 130 Сборы за выдачу лицензий и право на производство и оборот этилового спирта, спиртосодержащей и алкогольной продукции, зачисляемые в федеральный бюджет 717 500,0 1 13 02021 01 0000 130 Прочие лицензионные сборы, зачисляемые в федеральный бюджет 349 000,0 1 13 03010 01 0000 130 Прочие доходы федерального бюджета от оказания платных услуг и компенсации затрат государства 6 593 700,0 1 14 00000 00 0000 000 ДОХОДЫ ОТ ПРОДАЖИ МАТЕРИАЛЬНЫХ И НЕМАТЕРИАЛЬНЫХ АКТИВОВ 1 042 300,0 1 14 02012 01 0000 410 Доходы федерального бюджета от реализации имущества федеральных государственных унитарных предприятий (в части реализации основных средств по указанному имуществу) 600 000,0 1 14 03010 01 0000 410, Средства федерального бюджета 442 300,0 1 14 03010 01 0000 440 от распоряжения и реализации конфискованного и иного имущества, обращенного в доход государства 1 15 00000 00 0000 000 АДМИНИСТРАТИВНЫЕ ПЛАТЕЖИ И СБОРЫ 8 379 600,0 1 15 01010 01 0000 140 Исполнительский сбор 8 113 300,0 1 15 02010 01 0000 140 Платежи, взимаемые федеральными государственными организациями за выполнение определенных функций 266 300,0 1 16 00000 00 0000 000 ШТРАФЫ, САНКЦИИ, ВОЗМЕЩЕНИЕ УЩЕРБА 1 762 800,0 1 17 00000 00 0000 000 ПРОЧИЕ НЕНАЛОГОВЫЕ ДОХОДЫ 3 290 900,0 1 17 03000 01 0000 180 Поступление средств, удерживаемых из заработной платы осужденных 800 000,0 1 17 05010 01 0000 180 Прочие неналоговые доходы федерального бюджета 2 490 900,0 2 00 00000 00 0000 000 БЕЗВОЗМЕЗДНЫЕ ПОСТУПЛЕНИЯ 83 222 367,8 2 02 00000 00 0000 000 Безвозмездные поступления от других бюджетов бюджетной системы Российской Федерации, кроме бюджетов государственных внебюджетных фондов 83 222 367,8 2 02 07000 00 0000 151 Прочие безвозмездные поступления от других бюджетов бюджетной системы 83 222 367,8 2 02 07021 01 0000 151 Прочие безвозмездные поступления в федеральный бюджет от бюджетов субъектов Российской Федерации 83 222 367,8 ВСЕГО ДОХОДОВ 4 979 756 543,5 ____________________________ * Поступление дохода в размере 33 927,0 млн. рублей обеспечивает Федеральная налоговая служба, в размере 393 847,4 млн. рублей - Федеральная таможенная служба. ** Поступление налога в федеральный бюджет за вычетом отчислений в Стабилизационный фонд Российской Федерации составит 314 032,3 млн. рублей. *** Поступление пошлины в федеральный бюджет за вычетом отчислений в Стабилизационный фонд Российской Федерации составит 581 943,0 млн. рублей."</w:t>
      </w:r>
    </w:p>
    <w:p>
      <w:r>
        <w:rPr>
          <w:b/>
        </w:rPr>
        <w:t xml:space="preserve">2. </w:t>
      </w:r>
      <w:r>
        <w:t>приложение 6 1 признать утратившим силу</w:t>
      </w:r>
    </w:p>
    <w:p>
      <w:r>
        <w:rPr>
          <w:b/>
        </w:rPr>
        <w:t xml:space="preserve">2. </w:t>
      </w:r>
      <w:r>
        <w:t>приложение 7 изложить в следующей редакции: "Приложение 7 к Федеральному закону "О федеральном бюджете на 2005 год" (в редакции Федерального закона "О внесении изменений в Федеральный закон "О федеральном бюджете на 2005 год") РАСПРЕДЕЛЕНИЕ РАСХОДОВ ФЕДЕРАЛЬНОГО БЮДЖЕТА НА 2005 ГОД ПО РАЗДЕЛАМ И ПОДРАЗДЕЛАМ ФУНКЦИОНАЛЬНОЙ КЛАССИФИКАЦИИ РАСХОДОВ БЮДЖЕТОВ РОССИЙСКОЙ ФЕДЕРАЦИИ (тыс. рублей) Наименование Рз ПР Сумма ВСЕГО 3 539 450 558,3 ОБЩЕГОСУДАРСТВЕННЫЕ ВОПРОСЫ 01 521 432 386,8 Функционирование главы государства - Президента Российской Федерации 01 01 6 016 728,0 Функционирование законодательных (представительных) органов государственной власти и местного самоуправления 01 03 4 240 203,5 Функционирование Правительства Российской Федерации, высших органов исполнительной власти субъектов Российской Федерации, местных администраций 01 04 755 730,9 Судебная система 01 05 42 946 297,2 Обеспечение деятельности финансовых, налоговых и таможенных органов и органов надзора 01 06 85 978 913,5 Обеспечение проведения выборов и референдумов 01 07 2 731 438,6 Международные отношения и международное сотрудничество 01 08 10 211 054,4 Международная экономическая и гуманитарная помощь 01 09 201 196,0 Государственный материальный резерв 01 10 22 259 387,6 Фундаментальные исследования 01 11 30 145 057,1 Обслуживание государственного и муниципального долга 01 12 228 315 578,4 Резервные фонды 01 13 2 457 638,1 Прикладные научные исследования в области общегосударственных вопросов 01 14 3 443 476,4 Другие общегосударственные вопросы 01 15 81 729 687,1 НАЦИОНАЛЬНАЯ ОБОРОНА 02 578 350 923,4 Вооруженные Силы Российской Федерации 02 01 420 813 066,1 Мобилизационная и вневойсковая подготовка 02 02 3 664 510,0 Мобилизационная подготовка экономики 02 03 3 500 000,0 Подготовка и участие в обеспечении коллективной безопасности и миротворческой деятельности 02 04 59 962,1 Ядерно-оружейный комплекс 02 05 8 693 110,0 Реализация международных обязательств в сфере военно-технического сотрудничества 02 06 6 115 516,6 Прикладные научные исследования в области национальной обороны 02 07 89 402 240,6 Другие вопросы в области национальной обороны 02 08 46 102 518,0 НАЦИОНАЛЬНАЯ БЕЗОПАСНОСТЬ И ПРАВООХРАНИТЕЛЬНАЯ ДЕЯТЕЛЬНОСТЬ 03 455 310 487,3 Органы прокуратуры 03 01 20 990 562,7 Органы внутренних дел 03 02 147 931 855,4 Внутренние войска 03 03 26 960 456,6 Органы юстиции 03 04 20 047 919,0 Система исполнения наказаний 03 05 61 757 926,2 Органы безопасности 03 06 67 557 153,0 Органы пограничной службы 03 07 36 046 976,4 Органы по контролю за оборотом наркотических средств и психотропных веществ 03 08 9 220 319,0 Предупреждение и ликвидация последствий чрезвычайных ситуаций и стихийных бедствий, гражданская оборона 03 09 23 123 388,8 Обеспечение противопожарной безопасности 03 10 13 604 778,2 Миграционная политика 03 11 3 336 182,0 Прикладные научные исследования в области национальной безопасности и правоохранительной деятельности 03 12 2 769 087,3 Другие вопросы в области национальной безопасности и правоохранительной деятельности 03 13 21 963 882,7 НАЦИОНАЛЬНАЯ ЭКОНОМИКА 04 263 259 417,6 Общеэкономические вопросы 04 01 15 174 230,4 Топливо и энергетика 04 02 5 101 659,7 Исследование и использование космического пространства 04 03 4 743 900,0 Воспроизводство минерально-сырьевой базы 04 04 11 282 178,6 Сельское хозяйство и рыболовство 04 05 18 924 114,3 Водные ресурсы 04 06 4 280 971,5 Лесное хозяйство 04 07 10 109 849,9 Транспорт 04 08 43 950 807,4 Связь и информатика 04 09 5 242 810,9 Прикладные научные исследования в области национальной экономики 04 10 38 535 778,0 Другие вопросы в области национальной экономии 04 11 105 913 116,9 ЖИЛИЩНО-КОММУНАЛЬНОЕ ХОЗЯЙСТВО 05 12 110 184,9 Прикладные научные исследования в области жилищно-коммунального хозяйства 05 03 60 000,0 Другие вопросы в области жилищно- коммунального хозяйства 05 04 12 050 184,9 ОХРАНА ОКРУЖАЮЩЕЙ СРЕДЫ 06 4 760 520,5 Охрана растительных и животных видов и среды их обитания 06 02 885 846,3 Прикладные научные исследования в области охраны окружающей среды 06 03 171 020,9 Другие вопросы в области охраны окружающей среды 06 04 3 703 653,3 ОБРАЗОВАНИЕ 07 160 468 316,1 Дошкольное образование 07 01 1 873 704,4 Общее образование 07 02 1 884 696,8 Начальное профессиональное образование 07 03 5 032 027,5 Среднее профессиональное образование 07 04 18 381 966,2 Переподготовка и повышение квалификации 07 05 2 602 846,5 Высшее профессиональное образование 07 06 116 951 409,8 Молодежная политика и оздоровление детей 07 07 509 350,0 Прикладные научные исследования в области образования 07 08 1 749 681,3 Другие вопросы в области образования 07 09 11 482 633,6 КУЛЬТУРА, КИНЕМАТОГРАФИЯ И СРЕДСТВА МАССОВОЙ ИНФОРМАЦИИ 08 48 375 238,0 Культура 08 01 17 697 495,0 Кинематография 08 02 2 687 633,0 Телевидение и радиовещание 08 03 12 368 028,6 Периодическая печать и издательства 08 04 416 113,3 Прикладные научные исследования в области культуры, кинематографии и средств массовой информации 08 05 191 099,8 Другие вопросы в области культуры, кинематографии и средств массовой информации 08 06 15 014 868,3 ЗДРАВООХРАНЕНИЕ И СПОРТ 09 94 078 574,1 Здравоохранение 09 01 71 705 472,6 Спорт и физическая культура 09 02 7 342 370,2 Прикладные научные исследования в области здравоохранения и спорта 09 03 1 094 184,5 Другие вопросы в области здравоохранения и спорта 09 04 13 936 546,8 СОЦИАЛЬНАЯ ПОЛИТИКА 10 185 874 780,1 Пенсионное обеспечение 10 01 127 903 460,1 Социальное обслуживание населения 10 02 2 994 918,7 Социальное обеспечение населения 10 03 47 341 696,5 Борьба с беспризорностью, опека, попечительство 10 04 303 800,0 Прикладные научные исследования в области социальной политики 10 05 75 875,2 Другие вопросы в области социальной политики 10 06 7 255 029,6 МЕЖБЮДЖЕТНЫЕ ТРАНСФЕРТЫ 11 1 215 429 729,5 Финансовая помощь бюджетам других уровней 11 01 359 127 320,3 Фонды компенсаций 11 02 36 787 019,0 Другие межбюджетные трансферты 11 03 90 532 877,6 Трансферты внебюджетным фондам 11 04 728 982 512,6"</w:t>
      </w:r>
    </w:p>
    <w:p>
      <w:r>
        <w:rPr>
          <w:b/>
        </w:rPr>
        <w:t xml:space="preserve">2. </w:t>
      </w:r>
      <w:r>
        <w:t>приложение 7 1 признать утратившим силу</w:t>
      </w:r>
    </w:p>
    <w:p>
      <w:r>
        <w:rPr>
          <w:b/>
        </w:rPr>
        <w:t xml:space="preserve">2. </w:t>
      </w:r>
      <w:r>
        <w:t>приложение 8 изложить в следующей редакции: "Приложение 8 к Федеральному закону "О федеральном бюджете на 2005 год" (в редакции Федерального закона "О внесении изменений в Федеральный закон "О федеральном бюджете на 2005 год") Структура расходов федерального бюджета на реализацию межгосударственных договоров в рамках Содружества Независимых Государств в 2005 году (тыс. рублей) Наименование Мин Рз ПР ЦСР ВР Сумма МИНИСТЕРСТВО ФИНАНСОВ РОССИЙСКОЙ ФЕДЕРАЦИИ 092 2 292 295,1 Общегосударственные вопросы 092 01 2 292 295,1 Международные отношения и международное сотрудничество 092 01 08 2 292 295,1 Реализация межгосударственных договоров в рамках Содружества Независимых Государств 092 01 08 0310000 2 292 295,1 Долевое участие в содержании координационных структур Содружества Независимых Государств, всего 092 01 08 0310000 126 648 736,7 в том числе: Исполнительный комитет Содружества Независимых Государств - на содержание органов Содружества, финансируемых из единого бюджета органов Содружества Независимых Государств, всего 181 315,5 из них: Исполнительный комитет Содружества Независимых Государств 85 875,1 Координационная служба Совета командующих Пограничными войсками 19 083,7 Межгосударственный статистический комитет Содружества Независимых Государств 17 101,4 Бюро по координации борьбы с организованной преступностью и иными опасными видами преступлений на территории государств - участников Содружества Независимых Государств 9 128,0 Штаб по координации военного сотрудничества государств - участников Содружества Независимых Государств и Секретариат Совета министров обороны государств - участников Содружества Независимых Государств 20 448,3 Межгосударственный координационный центр по увековечению памяти защитников Отечества 892,9 Экономический Суд Содружества Независимых Государств 3 576,6 Антитеррористический центр государств - участников Содружества Независимых Государств 25 209,5 Координационные структуры, всего 372 177,6 из них: Секретариат Совета Межпарламентской Ассамблеи государств - участников Содружества Независимых Государств, всего 167 559,4 в том числе: содержание Секретариата Совета Межпарламентской Ассамблеи государств - участников Содружества Независимых Государств 79 409,0 Реконструкция, реставрация и капитальный ремонт комплекса зданий Таврического дворца 88 150,4 Межгосударственный авиационный комитет, всего 88 864,3 в том числе: содержание Межгосударственного авиационного комитета 84 546,4 текущий ремонт административного здания 4 317,9 Межгосударственная телерадиокомпания "Мир" 114 194,4 Секретариат Координационного Совета генеральных прокуроров государств - участников Содружества Независимых Государств 1 559,5 Интеграционный Комитет Евразийского экономического сообщества, всего 51 750,6 в том числе: содержание Секретариата Интеграционного Комитета 30 061,0 текущий ремонт административного здания 14 800, 0 содержание Межпарламентской Ассамблеи 6 889,6 Организация Договора о коллективной безопасности, всего 34 640,0 в том числе на содержание: Секретариата Организации Договора о коллективной безопасности 15 890,0 Объединенного штаба Организации Договора о коллективной безопасности 18 750,0 Расходы для вновь формируемых структур и принимаемых решений Совета глав правительств Содружества Независимых Государств 8 853,0* Обеспечение сотрудничества в рамках Содружества Независимых Государств 092 01 08 0310000 127 43 558,4 в том числе: Комитет по делам воинов- интернационалистов при Совете глав правительств государств - участников Содружества Независимых Государств на реализацию Межгосударственной комплексной программы реабилитации ветеранов войн, участников локальных конфликтов и жертв терроризма на 2001-2005 годы 1 520,0 Координационный комитет по вопросам противовоздушной обороны при Совете министров обороны государств - участников Содружества Независимых Государств на создание и развитие объединенной системы противовоздушной обороны государств - участников Содружества Независимых Государств 34 500,0 Федеральное государственное унитарное предприятие "Научно-технический центр современных навигационных технологий "Интернавигация" на реализацию Межгосударственной радионавигационной программы государств - участников Содружества Независимых Государств на 2001-2005 годы 1 650,0 Исполнительный комитет Содружества Независимых Государств на проведение заседаний Совета глав государств, Совета глав правительств, Совета министров иностранных дел, Экономического совета Содружества Независимых Государств, постоянных полномочных представителей государств - участников Содружества Независимых Государств 347,8 Секретариат Совета Межпарламентской Ассамблеи государств - участников Содружества Независимых Государств на проведение Петербургского международного экономического форума 3 926,0 Интеграционный Комитет Евразийского экономического сообщества на проведение заседаний Межгосударственного Совета Евразийского экономического сообщества, Интеграционного Комитета Евразийского экономического сообщества, Комиссии Постоянных представителей при Евразийском экономическом сообществе 1 614,6 Долевой взнос в бюджет Союзного государства 092 01 08 0310000 128 1 600 000,0 МИНИСТЕРСТВО ЭКОНОМИЧЕСКОГО РАЗВИТИЯ И ТОРГОВЛИ РОССИЙСКОЙ ФЕДЕРАЦИИ 140 1 687,3 Общегосударственные вопросы 140 01 1 687,3 Международные отношения и международное сотрудничество 140 01 08 1 687,3 Реализация межгосударственных договоров в рамках Содружества Независимых Государств 140 01 08 0310000 1 687,3 Долевое участие в содержании координационных структур Содружества Независимых Государств 140 01 08 0310000 126 1 687,3 Расходы, связанные с мероприятиями по реализации Комплекса основных мер по формированию Единого экономического пространства 1 687,3 ИТОГО РАСХОДОВ 2 293 982,4 _______________________ * Расходы могут быть распределены после принятия соответствующих решений Советом глав государств Содружества Независимых Государств, Советом глав правительств Содружества Независимых Государств, Советом коллективной безопасности Организации Договора о коллективной безопасности."</w:t>
      </w:r>
    </w:p>
    <w:p>
      <w:r>
        <w:rPr>
          <w:b/>
        </w:rPr>
        <w:t xml:space="preserve">2. </w:t>
      </w:r>
      <w:r>
        <w:t>приложение 9 изложить в следующей редакции: "Приложение 9 к Федеральному закону "О федеральном бюджете на 2005 год" (в редакции Федерального закона "О внесении изменений в Федеральный закон "О федеральном бюджете на 2005 год") ВЕДОМСТВЕННАЯ СТРУКТУРА РАСХОДОВ ФЕДЕРАЛЬНОГО БЮДЖЕТА НА 2005 ГОД (тыс. рублей) Наименование Мин Рз ПР ЦСР ВР Сумма ВСЕГО 3 138 532 595,3 МИНИСТЕРСТВО ПРОМЫШЛЕННОСТИ И ЭНЕРГЕТИКИ РОССИЙСКОЙ ФЕДЕРАЦИИ 021 16 033 889,4 Общегосударственные вопросы 021 01 1 492 637,0 Международные отношения и международное сотрудничество 021 01 08 1 492 637,0 Международное сотрудничество 021 01 08 0300000 77 637,0 Взносы в международные организации 021 01 08 0300000 120 44 509,0 Международные культурные, научные и информационные связи 021 01 08 0300000 125 33 128,0 Реализация государственных функций, связанных с общегосударственным управлением 021 01 08 0920000 1 415 000,0 Взнос Российской Федерации в уставные капиталы 021 01 08 0920000 325 1 415 000,0 Национальная оборона 021 02 2 401 630,0 Прикладные научные исследования в области национальной обороны 021 02 07 5 708,2 Реализация государственных функций, связанных с обеспечением национальной обороны 021 02 07 2140000 5 708,2 Мероприятия в области национальной обороны 021 02 07 2140000 252 5 708,2 Другие вопросы в области национальной обороны 021 02 08 2 395 921,8 Федеральные целевые программы 021 02 08 1000000 80 100,0 Федеральная целевая программа "Промышленная утилизация вооружения и военной техники на 2005-2010 годы" 021 02 08 1005400 80 100,0 Утилизация и ликвидация вооружения и военной техники, за исключением международных договоров 021 02 08 1005400 247 80 100,0 Реализация государственных функций, связанных с обеспечением национальной обороны 021 02 08 2140000 2 315 821,8 Мероприятия в области национальной обороны 021 02 08 2140000 252 2 157 421,8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021 02 08 2140000 448 158 400,0 Национальная экономика 021 04 12 114 310,6 Общеэкономические вопросы 021 04 01 705 042,0 Руководство и управление в сфере установленных функций 021 04 01 0010000 587 642,0 Центральный аппарат 021 04 01 0010000 005 587 642,0 Реализация государственных функций в области национальной экономики 021 04 01 3400000 117 400,0 Техническое регулирование и метрология 021 04 01 3400000 320 117 400,0 Прикладные научные исследования в области национальной экономики 021 04 10 2 308 015,4 Прикладные научные исследования и разработки 021 04 10 0810000 1 730 615,4 Научное сопровождение инновационных проектов государственного значения 021 04 10 0810000 194 621 732,0 Выполнение научно-исследовательских и опытно-конструкторских работ по государственным контрактам 021 04 10 0810000 196 1 063 101,7 Обеспечение деятельности подведомственных учреждений 021 04 10 0810000 327 45 781,7 Федеральные целевые программы 021 04 10 1000000 577 400,0 Федеральная целевая программа "Глобальная навигационная система" 021 04 10 1003600 5 000,0 Подпрограмма "Разработка, подготовка производства, изготовление навигационного оборудования и аппаратуры для гражданских потребителей" 021 04 10 1003604 5 000,0 Выполнение научно-исследовательских и опытно-конструкторских работ по государственным контрактам 021 04 10 1003604 196 5 000,0 Федеральная целевая программа "Национальная технологическая база" на 2002-2006 годы 021 04 10 1003700 150 000,0 Подпрограмма "Создание авиационно-космических материалов и развитие специальной металлургии России с учетом восстановления производства стратегических материалов (СМ) и малотоннажной химии" на 2005-2008 годы 021 04 10 1003701 15 000,0 Выполнение научно- исследовательских и опытно- конструкторских работ по государственным контрактам 021 04 10 1003701 196 15 000,0 Мероприятия по реализации федеральной целевой программы "Национальная технологическая база" на 2002-2006 годы 021 04 10 1003702 135 000,0 Выполнение научно-исследовательских и опытно-конструкторских работ по государственным контрактам 021 04 10 1003702 196 135 000,0 Федеральная целевая программа "Развитие гражданской авиационной техники России на 2002-2010 годы и на период до 2015 года" 021 04 10 1003800 298 000,0 Выполнение научно-исследовательских и опытно-конструкторских работ по государственным контрактам 021 04 10 1003800 196 298 000,0 Федеральная целевая программа "Реформирование и развитие оборонно-промышленного комплекса (2002-2006 годы)" 021 04 10 1003900 86 400,0 Мероприятия по реализации федеральной целевой программы "Реформирование и развитие оборонно-промышленного комплекса (2002-2006 годы)" 021 04 10 1003902 86 400,0 Выполнение научно-исследовательских и опытно-конструкторских работ по государственным контрактам 021 04 10 1003902 196 86 400,0 Федеральная целевая программа "Энергоэффективная экономика" на 2002-2005 годы и на перспективу до 2010 года 021 04 10 1004300 38 000,0 Подпрограмма "Энергоэффективность топливно-энергетического комплекса" 021 04 10 1004301 35 000,0 Выполнение научно-исследовательских и опытно-конструкторских работ по государственным контрактам 021 04 10 1004301 196 35 000,0 Подпрограмма "Энергоэффективность в сфере потребления" 021 04 10 1004303 3 000,0 Выполнение научно-исследовательских и опытно-конструкторских работ по государственным контрактам 021 04 10 1004303 196 3 000,0 Другие вопросы в области национальной экономики 021 04 11 9 101 253,2 Реализация государственных функций, связанных с общегосударственным управлением 021 04 11 0920000 1 253,2 Специальные объекты 021 04 11 0920000 223 1 253,2 Непрограммные инвестиции в основные фонды 021 04 11 1020000 100 000,0 Строительство объектов общегражданского назначения 021 04 11 1020000 214 100 000,0 Реализация государственных функций в области национальной экономики 021 04 11 3400000 9 000 000,0 Взнос Российской Федерации в уставные капиталы 021 04 11 3400000 325 6 000 000,0 Субсидирование процентных ставок по привлеченным кредитам в российских кредитных организациях 021 04 11 3400000 340 3 000 000,0 Культура, кинематография и средства массовой информации 021 08 3 863,6 Культура 021 08 01 3 863,6 Библиотеки 021 08 01 4420000 3 863,6 Обеспечение деятельности подведомственных учреждений 021 08 01 4420000 327 3 863,6 Здравоохранение и спорт 021 09 21 448,2 Здравоохранение 021 09 01 21 448,2 Поликлиники, амбулатории, диагностические центры 021 09 01 4710000 21 448,2 Обеспечение деятельности подведомственных учреждений 021 09 01 4710000 327 21 448,2 ФЕДЕРАЛЬНОЕ АГЕНТСТВО ПО ЭНЕРГЕТИКЕ 023 10 367 775,7 Национальная экономика 023 04 7 049 820,5 Топливо и энергетика 023 04 02 5 101 659,7 Руководство и управление в сфере установленных функций 023 04 02 0010000 100 659,7 Центральный аппарат 023 04 02 0010000 005 82 514,0 Территориальные органы 023 04 02 0010000 006 18 145,7 Вопросы топливно-энергетического комплекса 023 04 02 2480000 4 451 000,0 Мероприятия в топливно-энергетической области 023 04 02 2480000 322 4 196 482,5 Субсидирование процентных ставок по привлеченным кредитам в российских кредитных организациях 023 04 02 2480000 340 254 517,5 Учреждения, обеспечивающие предоставление услуг, связанных с реструктуризацией угольной отрасли 023 04 02 2520000 150 000,0 Обеспечение деятельности подведомственных учреждений 023 04 02 2520000 327 150 000,0 Реализация государственных функций в области национальной экономики 023 04 02 3400000 400 000,0 Субсидирование процентных ставок по привлеченным кредитам в российских кредитных организациях 023 04 02 3400000 340 400 000,0 Прикладные научные исследования в области национальной экономики 023 04 10 6 067,5 Прикладные научные исследования и разработки 023 04 10 0810000 6 067,5 Выполнение научно-исследовательских и опытно-конструкторских работ по государственным контрактам 023 04 10 0810000 196 6 067,5 Другие вопросы в области национальной экономики 023 04 11 1 942 093,3 Реализация государственных функций, связанных с общегосударственным управлением 023 04 11 0920000 1 893,3 Специальные объекты 023 04 11 0920000 223 1 893,3 Федеральные целевые программы 023 04 11 1000000 1 923 500,0 Федеральная целевая программа "Энергоэффективная экономика" на 2002-2005 годы и на перспективу до 2010 года 023 04 11 1004300 1 923 500,0 Подпрограмма "Энергоэффективность топливно-энергетического комплекса" 023 04 11 1004301 1 908 500,0 Строительство объектов для нужд отрасли 023 04 11 1004301 213 1 908 500,0 Подпрограмма "Энергоэффективность в сфере потребления" 023 04 11 1004303 15 000,0 Строительство объектов для нужд отрасли 023 04 11 1004303 213 15 000,0 Непрограммные инвестиции в основные фонды 023 04 11 1020000 16 700,0 Строительство объектов общегражданского назначения 023 04 11 1020000 214 16 700,0 Образование 023 07 5 259,5 Другие вопросы в области образования 023 07 09 5 259,5 Учебно-методические кабинеты, централизованные бухгалтерии, группы хозяйственного обслуживания, учебные фильмотеки, межшкольные учебно- производственные комбинаты, логопедические пункты 023 07 09 4520000 5 259,5 Обеспечение деятельности подведомственных учреждений 023 07 09 4520000 327 5 259,5 Здравоохранение и спорт 023 09 149 721,7 Здравоохранение 023 09 01 149 721,7 Больницы, клиники, госпитали, медико-санитарные части 023 09 01 4700000 149 721,7 Обеспечение деятельности подведомственных учреждений 023 09 01 4700000 327 149 721,7 Межбюджетные трансферты 023 11 3 162 974,0 Финансовая помощь бюджетам других уровней 023 11 01 2 036 560,0 Дотации и субвенции 023 11 01 5170000 2 036 560,0 Субвенции на реализацию программ местного развития и обеспечение занятости для шахтерских городов и поселков 023 11 01 5170000 564 2 036 560,0 Другие межбюджетные трансферты 023 11 03 1 126 414,0 Федеральные целевые программы 023 11 03 1000000 798 714,0 Федеральная целевая программа "Энергоэффективная экономика" на 2002-2005 годы и на перспективу до 2010 года 023 11 03 1004300 354 500,0 Подпрограмма "Энергоэффективность топливно-энергетического комплекса" 023 11 03 1004301 302 000,0 Строительство объектов для нужд отрасли 023 11 03 1004301 213 302 000,0 Подпрограмма "Энергоэффективность в сфере потребления" 023 11 03 1004303 52 500,0 Строительство объектов для нужд отрасли 023 11 03 1004303 213 52 500,0 Федеральная целевая программа развития Калининградской области на период до 2010 года 023 11 03 1004500 22 600,0 Строительство объектов для нужд отрасли 023 11 03 1004500 213 22 600,0 Федеральная целевая программа "Экономическое и социальное развитие Дальнего Востока и Забайкалья на 1996-2005 и до 2010 года" 023 11 03 1004600 239 400,0 Строительство объектов для нужд отрасли 023 11 03 1004600 213 239 400,0 Федеральная целевая программа "Социально-экономическое развитие Курильских островов Сахалинской области (1994-2005 годы)" 023 11 03 1004700 110 000,0 Строительство объектов для нужд отрасли 023 11 03 1004700 213 110 000,0 Федеральная целевая программа "Юг России" 023 11 03 1004800 72 214,0 Строительство объектов для нужд отрасли 023 11 03 1004800 213 72 214,0 Непрограммные инвестиции в основные фонды 023 11 03 1020000 327 700,0 Строительство объектов общегражданского назначения 023 11 03 1020000 214 327 700,0 ФЕДЕРАЛЬНАЯ СЛУЖБА ПО НАДЗОРУ В СФЕРЕ ПРИРОДОПОЛЬЗОВАНИЯ 048 1 852 677,3 Национальная экономика 048 04 319 308,3 Воспроизводство минерально-сырьевой базы 048 04 04 985,5 Геологическое изучение недр 048 04 04 2500000 985,5 Геолого-разведочные и другие работы в области геологического изучения недр 048 04 04 2500000 326 985,5 Водные ресурсы 048 04 06 8 000,0 Водохозяйственные мероприятия 048 04 06 2800000 8 000,0 Гидротехнические сооружения 048 04 06 2800000 349 8 000,0 Лесное хозяйство 048 04 07 310 322,8 Природоохранные учреждения 048 04 07 4110000 310 322,8 Обеспечение деятельности подведомственных учреждений 048 04 07 4110000 327 310 322,8 Охрана окружающей среды 048 06 1 533 369,0 Охрана растительных и животных видов и среды их обитания 048 06 02 746 511,3 Состояние окружающей среды и природопользования 048 06 02 4100000 65 000,0 Природоохранные мероприятия 048 06 02 4100000 443 65 000,0 Природоохранные учреждения 048 06 02 4110000 130 828,1 Обеспечение деятельности подведомственных учреждений 048 06 02 4110000 327 130 828,1 Государственные природные заповедники 048 06 02 4130000 550 683,2 Обеспечение деятельности подведомственных учреждений 048 06 02 4130000 327 550 683,2 Прикладные научные исследования в области охраны окружающей среды 048 06 03 16 910,1 Прикладные научные исследования и разработки 048 06 03 0810000 16 910,1 Обеспечение деятельности подведомственных учреждений 048 06 03 0810000 327 16 910,1 Другие вопросы в области охраны окружающей среды 048 06 04 769 947,6 Руководство и управление в сфере установленных функций 048 06 04 0010000 764 698,6 Центральный аппарат 048 06 04 0010000 005 61 662,4 Территориальные органы 048 06 04 0010000 006 703 036,2 Непрограммные инвестиции в основные фонды 048 06 04 1020000 5 249,0 Строительство объектов общегражданского назначения 048 06 04 1020000 214 5 249,0 ФЕДЕРАЛЬНОЕ АГЕНТСТВО ПО НЕДРОПОЛЬЗОВАНИЮ 049 11 354 702,9 Национальная экономика 049 04 11 294 702,9 Воспроизводство минерально-сырьевой базы 049 04 04 11 281 193,1 Руководство и управление в сфере установленных функций 049 04 04 0010000 425 480,1 Центральный аппарат 049 04 04 0010000 005 60 924,3 Территориальные органы 049 04 04 0010000 006 364 555,8 Геологическое изучение недр 049 04 04 2500000 10 735 713,0 Геолого-разведочные и другие работы в области геологического изучения недр 049 04 04 2500000 326 10 735 713,0 Территориальные фонды информации 049 04 04 2510000 120 000,0 Обеспечение деятельности подведомственных учреждений 049 04 04 2510000 327 120 000,0 Другие вопросы в области национальной экономики 049 04 11 13 509,8 Территориальные фонды информации 049 04 11 2510000 13 509,8 Обеспечение деятельности подведомственных учреждений 049 04 11 2510000 327 13 509,8 Межбюджетные трансферты 049 11 60 000,0 Другие межбюджетные трансферты 049 11 03 60 000,0 Федеральные целевые программы 049 11 03 1000000 60 000,0 Федеральная целевая программа "Социально-экономическое развитие Республики Башкортостан до 2006 года" 049 11 03 1005200 60 000,0 Строительство объектов для нужд отрасли 049 11 03 1005200 213 60 000,0 МИНИСТЕРСТВО ПРИРОДНЫХ РЕСУРСОВ РОССИЙСКОЙ ФЕДЕРАЦИИ 050 2 616 535,5 Общегосударственные вопросы 050 01 46 392,0 Международные отношения и международное сотрудничество 050 01 08 46 392,0 Международное сотрудничество 050 01 08 0300000 46 392,0 Взносы в международные организации 050 01 08 0300000 120 46 392,0 Национальная экономика 050 04 2 456 452,0 Общеэкономические вопросы 050 04 01 337 778,1 Руководство и управление в сфере установленных функций 050 04 01 0010000 266 937,4 Центральный аппарат 050 04 01 0010000 005 266 937,4 Реализация государственных функций, связанных с общегосударственным управлением 050 04 01 0920000 840,7 Специальные объекты 050 04 01 0920000 223 840,7 Учреждения по обеспечению хозяйственного обслуживания 050 04 01 0930000 70 000,0 Обеспечение деятельности подведомственных учреждений 050 04 01 0930000 327 70 000,0 Прикладные научные исследования в области национальной экономики 050 04 10 1 587 723,7 Прикладные научные исследования и разработки 050 04 10 0810000 1 587 723,7 Выполнение научно-исследовательских и опытно-конструкторских работ по государственным контрактам 050 04 10 0810000 196 1 587 723,7 Другие вопросы в области национальной экономики 050 04 11 530 950,2 Территориальные фонды информации 050 04 11 2510000 530 950,2 Обеспечение деятельности подведомственных учреждений 050 04 11 2510000 327 530 950,2 Жилищно-коммунальное хозяйство 050 05 53 500,0 Другие вопросы в области жилищно-коммунального хозяйства 050 05 04 53 500,0 Федеральные целевые программы 050 05 04 1000000 53 500,0 Федеральная целевая программа "Жилище" на 2002-2010 годы 050 05 04 1000400 53 500,0 Мероприятия по обеспечению жильем отдельных категорий граждан 050 05 04 1000407 53 500,0 Строительство объектов для нужд отрасли 050 05 04 1000407 213 53 500,0 Охрана окружающей среды 050 06 23 270,0 Прикладные научные исследования в области охраны окружающей среды 050 06 03 23 270,0 Федеральные целевые программы 050 06 03 1000000 23 270,0 Федеральная целевая программа "Экология и природные ресурсы России (2002-2010 годы)" 050 06 03 1002200 23 270,0 Подпрограмма "Водные ресурсы и водные объекты" 050 06 03 1002203 11 160,0 Выполнение научно-исследовательских и опытно-конструкторских работ по государственным контрактам 050 06 03 1002203 196 11 160,0 Подпрограмма "Сохранение редких и исчезающих видов животных и растений" 050 06 03 1002208 6 920,0 Выполнение научно-исследовательских и опытно-конструкторских работ по государственным контрактам 050 06 03 1002208 196 6 920,0 Подпрограмма "Охрана озера Байкал и Байкальской природной территории" 050 06 03 1002209 5 190,0 Выполнение научно-исследовательских и опытно-конструкторских работ по государственным контрактам 050 06 03 1002209 196 5 190,0 Образование 050 07 36 921,5 Начальное профессиональное образование 050 07 03 6 496,7 Профессионально-технические училища 050 07 03 4250000 6 496,7 Обеспечение деятельности подведомственных учреждений 050 07 03 4250000 327 6 496,7 Среднее профессиональное образование 050 07 04 29 060,6 Средние специальные учебные заведения 050 07 04 4270000 29 060,6 Обеспечение деятельности подведомственных учреждений 050 07 04 4270000 327 29 060,6 Переподготовка и повышение квалификации 050 07 05 1 364,2 Институты повышения квалификации 050 07 05 4280000 1 364,2 Переподготовка и повышение квалификации кадров 050 07 05 4280000 450 1 364,2 ФЕДЕРАЛЬНОЕ АГЕНТСТВО ВОДНЫХ РЕСУРСОВ 052 9 536 448,9 Национальная экономика 052 04 5 685 285,9 Водные ресурсы 052 04 06 4 222 565,9 Руководство и управление в сфере установленных функций 052 04 06 0010000 328 789,3 Центральный аппарат 052 04 06 0010000 005 57 944,6 Территориальные органы 052 04 06 0010000 006 270 844,7 Водохозяйственные мероприятия 052 04 06 2800000 3 157 394,2 Гидротехнические сооружения 052 04 06 2800000 349 2 848 194,2 Мероприятия по информационному обеспечению и другие работы в области водных ресурсов 052 04 06 2800000 350 309 200,0 Водоохранные и водохозяйственные учреждения 052 04 06 2810000 736 382,4 Обеспечение деятельности подведомственных учреждений 052 04 06 2810000 327 736 382,4 Другие вопросы в области национальной экономики 052 04 11 1 462 720,0 Федеральные целевые программы 052 04 11 1000000 700 315,0 Федеральная целевая программа "Экология и природные ресурсы России (2002-2010 годы)" 052 04 11 1002200 675 515,0 Подпрограмма "Водные ресурсы и водные объекты" 052 04 11 1002203 675 515,0 Строительство объектов для нужд отрасли 052 04 11 1002203 213 675 515,0 Федеральная целевая программа "Восстановление экономики и социальной сферы Чеченской Республики (2002 год и последующие годы)" 052 04 11 1005000 24 800,0 Строительство объектов для нужд отрасли 052 04 11 1005000 213 24 800,0 Непрограммные инвестиции в основные фонды 052 04 11 1020000 762 405,0 Строительство объектов общегражданского назначения 052 04 11 1020000 214 762 405,0 Охрана окружающей среды 052 06 21 550,0 Другие вопросы в области охраны окружающей среды 052 06 04 21 550,0 Федеральные целевые программы 052 06 04 1000000 21 550,0 Федеральная целевая программа "Экология и природные ресурсы России (2002-2010 годы)" 052 06 04 1002200 21 550,0 Подпрограмма "Охрана озера Байкал и Байкальской природной территории" 052 06 04 1002209 21 550,0 Строительство объектов для нужд отрасли 052 06 04 1002209 213 21 550,0 Межбюджетные трансферты 052 11 3 829 613,0 Финансовая помощь бюджетам других уровней 052 11 01 670 000,0 Водохозяйственные мероприятия 052 11 01 2800000 670 000,0 Субсидии 052 11 01 2800000 197 670 000,0 Другие межбюджетные трансферты 052 11 03 3 159 613,0 Федеральные целевые программы 052 11 03 1000000 316 400,0 Федеральная целевая программа "Экология и природные ресурсы России (2002-2010 годы)" 052 11 03 1002200 184 700,0 Подпрограмма "Водные ресурсы и водные объекты" 052 11 03 1002203 184 700,0 Строительство объектов для нужд отрасли 052 11 03 1002203 213 184 700,0 Федеральная целевая программа "Экономическое и социальное развитие Дальнего Востока и Забайкалья на 1996-2005 и до 2010 года" 052 11 03 1004600 4 400,0 Строительство объектов для нужд отрасли 052 11 03 1004600 213 4 400,0 Федеральная целевая программа "Социально-экономическое развитие Республики Башкортостан до 2006 года" 052 11 03 1005200 127 300,0 Строительство объектов для нужд отрасли 052 11 03 1005200 213 127 300,0 Непрограммные инвестиции в основные фонды 052 11 03 1020000 2 843 213,0 Строительство объектов общегражданского назначения 052 11 03 1020000 214 2 843 213,0 ФЕДЕРАЛЬНОЕ АГЕНТСТВО ЛЕСНОГО ХОЗЯЙСТВА 053 11 297 536,1 Национальная экономика 053 04 9 971 094,1 Лесное хозяйство 053 04 07 9 799 527,1 Руководство и управление в сфере установленных функций 053 04 07 0010000 657 823,7 Центральный аппарат 053 04 07 0010000 005 71 532,9 Территориальные органы 053 04 07 0010000 006 586 290,8 Международное сотрудничество 053 04 07 0300000 769 505,6 Обеспечение мероприятий, предусмотренных соглашениями с международными финансовыми организациями 053 04 07 0300000 123 769 505,6 Учреждения по обеспечению хозяйственного обслуживания 053 04 07 0930000 902,8 Специальные объекты 053 04 07 0930000 223 902,8 Охрана, восстановление и использование лесов 053 04 07 2900000 791 304,3 Профилактика и подготовка к тушению лесных пожаров 053 04 07 2900000 352 791 304,3 Учреждения, обеспечивающие предоставление услуг в сфере лесного хозяйства 053 04 07 2910000 7 579 990,7 Обеспечение деятельности подведомственных учреждений 053 04 07 2910000 327 7 579 990,7 Другие вопросы в области национальной экономики 053 04 11 171 567,0 Непрограммные инвестиции в основные фонды 053 04 11 1020000 171 567,0 Строительство объектов общегражданского назначения 053 04 11 1020000 214 171 567,0 Охрана окружающей среды 053 06 60 870,0 Прикладные научные исследования в области охраны окружающей среды 053 06 03 60 870,0 Прикладные научные исследования и разработки 053 06 03 0810000 60 870,0 Обеспечение деятельности подведомственных учреждений 053 06 03 0810000 327 60 870,0 Образование 053 07 235 098,0 Среднее профессиональное образование 053 07 04 233 487,0 Средние специальные учебные заведения 053 07 04 4270000 233 487,0 Обеспечение деятельности подведомственных учреждений 053 07 04 4270000 327 233 487,0 Другие вопросы в области образования 053 07 09 1 611,0 Учебно-методические кабинеты, централизованные бухгалтерии, группы хозяйственного обслуживания, учебные фильмотеки, межшкольные учебно- производственные комбинаты, логопедические пункты 053 07 09 4520000 1 611,0 Обеспечение деятельности подведомственных учреждений 053 07 09 4520000 327 1 611,0 Межбюджетные трансферты 053 11 1 030 474,0 Фонды компенсаций 053 11 02 1 030 474,0 Охрана, восстановление и использование лесов 053 11 02 2900000 1 030 474,0 Тушение лесных пожаров 053 11 02 2900000 351 500 000,0 Лесоохранные и лесовосстановительные мероприятия 053 11 02 2900000 353 530 474,0 МИНИСТЕРСТВО ЗДРАВООХРАНЕНИЯ И СОЦИАЛЬНОГО РАЗВИТИЯ РОССИЙСКОЙ ФЕДЕРАЦИИ 055 2 958 406,9 Общегосударственные вопросы 055 01 290 259,0 Международные отношения и международное сотрудничество 055 01 08 290 259,0 Международное сотрудничество 055 01 08 0300000 290 259,0 Взносы в международные организации 055 01 08 0300000 120 290 259,0 Жилищно-коммунальное хозяйство 055 05 40 000,0 Другие вопросы в области жилищно-коммунального хозяйства 055 05 04 40 000,0 Федеральные целевые программы 055 05 04 1000000 40 000,0 Федеральная целевая программа "Жилище" на 2002-2010 годы 055 05 04 1000400 40 000,0 Мероприятия по обеспечению жильем отдельных категорий граждан 055 05 04 1000407 40 000,0 Строительство объектов для нужд отрасли 055 05 04 1000407 213 40 000,0 Образование 055 07 108 000,0 Переподготовка и повышение квалификации 055 07 05 108 000,0 Институты повышения квалификации 055 07 05 4280000 108 000,0 Государственный заказ на профессиональную переподготовку и повышение квалификации государственных служащих 055 07 05 4280000 449 108 000,0 Здравоохранение и спорт 055 09 1 929 108,8 Здравоохранение 055 09 01 51 517,8 Больницы, клиники, госпитали, медико-санитарные части 055 09 01 4700000 51 517,8 Обеспечение деятельности подведомственных учреждений 055 09 01 4700000 327 51 517,8 Прикладные научные исследования в области здравоохранения и спорта 055 09 03 45 000,0 Прикладные научные исследования и разработки 055 09 03 0810000 45 000,0 Выполнение научно-исследовательских и опытно-конструкторских работ по государственным контрактам 055 09 03 0810000 196 45 000,0 Другие вопросы в области здравоохранения и спорта 055 09 04 1 832 591,0 Руководство и управление в сфере установленных функций 055 09 04 0010000 309 595,1 Центральный аппарат 055 09 04 0010000 005 309 595,1 Международное сотрудничество 055 09 04 0300000 1 436 400,0 Обеспечение мероприятий, предусмотренных соглашениями с международными финансовыми организациями 055 09 04 0300000 123 1 436 400,0 Резервные фонды 055 09 04 0700000 27 880,0 Резервный фонд Правительства Российской Федерации 055 09 04 0700000 180 27 880,0 Учреждения по обеспечению хозяйственного обслуживания 055 09 04 0930000 915,9 Специальные объекты 055 09 04 0930000 223 915,9 Федеральные целевые программы 055 09 04 1000000 57 800,0 Федеральная программа "Реформирование государственной службы Российской Федерации (2003-2005 годы)" 055 09 04 1001700 57 800,0 Обеспечение мероприятий по реформированию государственной и муниципальной службы 055 09 04 1001700 211 57 800,0 Социальная политика 055 10 591 039,1 Социальное обслуживание населения 055 10 02 43 869,2 Медико-социальная экспертная комиссия 055 10 02 5000000 43 869,2 Обеспечение деятельности подведомственных учреждений 055 10 02 5000000 327 43 869,2 Прикладные научные исследования в области социальной политики 055 10 05 5 000,0 Прикладные научные исследования и разработки 055 10 05 0810000 5 000,0 Выполнение научно-исследовательских и опытно-конструкторских работ по государственным контрактам 055 10 05 0810000 196 5 000,0 Другие вопросы в области социальной политики 055 10 06 542 169,9 Реализация государственных функций в области социальной политики 055 10 06 5140000 542 169,9 Мероприятия в области социальной политики 055 10 06 5140000 482 542 169,9 МИНИСТЕРСТВО КУЛЬТУРЫ И МАССОВЫХ КОММУНИКАЦИЙ РОССИЙСКОЙ ФЕДЕРАЦИИ 057 953 921,4 Общегосударственные вопросы 057 01 10 875,0 Международные отношения и международное сотрудничество 057 01 08 10 875,0 Международное сотрудничество 057 01 08 0300000 10 875,0 Взносы в международные организации 057 01 08 0300000 120 10 875,0 Культура, кинематография и средства массовой информации 057 08 943 046,4 Прикладные научные исследования в области культуры, кинематографии и средств массовой информации 057 08 05 15 000,0 Прикладные научные исследования и разработки 057 08 05 0810000 15 000,0 Выполнение научно-исследовательских и опытно-конструкторских работ по государственным контрактам 057 08 05 0810000 196 15 000,0 Другие вопросы в области культуры, кинематографии и средств массовой информации 057 08 06 928 046,4 Руководство и управление в сфере установленных функций 057 08 06 0010000 99 880,8 Центральный аппарат 057 08 06 0010000 005 99 880,8 Международное сотрудничество 057 08 06 0300000 819 261,4 Обеспечение мероприятий, предусмотренных соглашениями с международными финансовыми организациями 057 08 06 0300000 123 819 261,4 Резервные фонды 057 08 06 0700000 8 904,2 Резервный фонд Правительства Российской Федерации 057 08 06 0700000 180 8 904,2 ФЕДЕРАЛЬНОЕ АГЕНТСТВО ПО КУЛЬТУРЕ И КИНЕМАТОГРАФИИ 058 29 746 362,2 Образование 058 07 3 059 879,3 Общее образование 058 07 02 17 904,4 Школы - детские сады, школы начальные, неполные средние и средние 058 07 02 4210000 17 904,4 Обеспечение деятельности подведомственных учреждений 058 07 02 4210000 327 17 904,4 Среднее профессиональное образование 058 07 04 313 131,1 Средние специальные учебные заведения 058 07 04 4270000 313 131,1 Обеспечение деятельности подведомственных учреждений 058 07 04 4270000 327 313 131,1 Переподготовка и повышение квалификации 058 07 05 17 774,4 Учебные заведения и курсы по переподготовке кадров 058 07 05 4290000 17 774,4 Обеспечение деятельности подведомственных учреждений 058 07 05 4290000 327 17 774,4 Высшее профессиональное образование 058 07 06 2 707 168,1 Высшие учебные заведения 058 07 06 4300000 2 707 168,1 Обеспечение деятельности подведомственных учреждений 058 07 06 4300000 327 1 994 088,8 Обеспечение деятельности особо ценных объектов (учреждений) культурного наследия народов Российской Федерации 058 07 06 4300000 451 713 079,3 Другие вопросы в области образования 058 07 09 3 901,3 Федеральные целевые программы 058 07 09 1000000 2 800,0 Федеральная целевая программа "Дети России" на 2003-2006 годы 058 07 09 1001300 2 800,0 Подпрограмма "Одаренные дети" 058 07 09 1001303 2 800,0 Государственная поддержка в сфере образования 058 07 09 1001303 285 2 800,0 Учебно-методические кабинеты, централизованные бухгалтерии, группы хозяйственного обслуживания, учебные фильмотеки, межшкольные учебно- производственные комбинаты, логопедические пункты 058 07 09 4520000 1 101,3 Обеспечение деятельности подведомственных учреждений 058 07 09 4520000 327 1 101,3 Культура, кинематография и средства массовой информации 058 08 24 493 437,9 Культура 058 08 01 13 601 775,7 Резервные фонды 058 08 01 0700000 75 875,7 Резервный фонд Правительства Российской Федерации 058 08 01 0700000 180 71 675,7 Резервный фонд Президента Российской Федерации 058 08 01 0700000 181 4 200,0 Федеральные целевые программы 058 08 01 1000000 1 368 375,0 Федеральная целевая программа "Культура России (2001-2005 годы)" 058 08 01 1000200 1 356 695,0 Подпрограмма "Развитие культуры и сохранение культурного наследия России" 058 08 01 1000201 1 356 695,0 Государственная поддержка в сфере культуры, кинематографии и средств массовой информации 058 08 01 1000201 453 1 356 695,0 Государственная программа "Патриотическое воспитание граждан Российской Федерации на 2001-2005 годы" 058 08 01 1000600 9 180,0 Государственная поддержка в сфере культуры, кинематографии и средств массовой информации 058 08 01 1000600 453 9 180,0 Федеральная целевая программа "Дети России" на 2003-2006 годы 058 08 01 1001300 2 500,0 Подпрограмма "Дети-инвалиды" 058 08 01 1001301 2 500,0 Государственная поддержка в сфере культуры, кинематографии и средств массовой информации 058 08 01 1001301 453 2 500,0 Дворцы и дома культуры, другие учреждения культуры и средств массовой информации 058 08 01 4400000 208 490,7 Обеспечение деятельности подведомственных учреждений 058 08 01 4400000 327 208 490,7 Музеи и постоянные выставки 058 08 01 4410000 5 242 983,5 Обеспечение деятельности подведомственных учреждений 058 08 01 4410000 327 1 695 358,5 Обеспечение деятельности особо ценных объектов (учреждений) культурного наследия народов Российской Федерации 058 08 01 4410000 451 3 547 625,0 Библиотеки 058 08 01 4420000 1 656 428,0 Обеспечение деятельности подведомственных учреждений 058 08 01 4420000 327 323 030,2 Обеспечение деятельности особо ценных объектов (учреждений) культурного наследия народов Российской Федерации 058 08 01 4420000 451 1 333 397,8 Театры, цирки, концертные и другие организации исполнительских искусств 058 08 01 4430000 3 433 783,4 Обеспечение деятельности подведомственных учреждений 058 08 01 4430000 327 2 226 585,1 Обеспечение деятельности особо ценных объектов (учреждений) культурного наследия народов Российской Федерации 058 08 01 4430000 451 879 897,3 Государственная поддержка в сфере культуры, кинематографии и средств массовой информации 058 08 01 4430000 453 327 301,0 Мероприятия в сфере культуры, кинематографии и средств массовой информации 058 08 01 4500000 1 615 839,4 Резервный фонд Президента Российской Федерации 058 08 01 4500000 181 9 500,0 Субвенции на гранты в области науки, культуры, искусства и средств массовой информации 058 08 01 4500000 198 18 000,0 Государственная поддержка в сфере культуры, кинематографии и средств массовой информации 058 08 01 4500000 453 1 588 339,4 Кинематография 058 08 02 2 540 172,0 Федеральные целевые программы 058 08 02 1000000 1 000 000,0 Федеральная целевая программа "Культура России (2001-2005 годы)" 058 08 02 1000200 1 000 000,0 Подпрограмма "Кинематография России" 058 08 02 1000202 1 000 000,0 Государственная поддержка в сфере культуры, кинематографии и средств массовой информации 058 08 02 1000202 453 1 000 000,0 Мероприятия в сфере культуры, кинематографии и средств массовой информации 058 08 02 4500000 1 540 172,0 Государственная поддержка в сфере культуры, кинематографии и средств массовой информации 058 08 02 4500000 453 1 540 172,0 Прикладные научные исследования в области культуры, кинематографии и средств массовой информации 058 08 05 123 353,5 Прикладные научные исследования и разработки 058 08 05 0810000 99 923,5 Обеспечение деятельности подведомственных учреждений 058 08 05 0810000 327 99 923,5 Федеральные целевые программы 058 08 05 1000000 23 430,0 Федеральная целевая программа "Культура России (2001-2005 годы)" 058 08 05 1000200 23 430,0 Подпрограмма "Развитие культуры и сохранение культурного наследия России" 058 08 05 1000201 9 700,0 Выполнение научно-исследовательских и опытно-конструкторских работ по государственным контрактам 058 08 05 1000201 196 9 700,0 Подпрограмма "Кинематография России" 058 08 05 1000202 13 730,0 Выполнение научно-исследовательских и опытно-конструкторских работ по государственным контрактам 058 08 05 1000202 196 13 730,0 Другие вопросы в области культуры, кинематографии и средств массовой информации 058 08 06 8 228 136,7 Руководство и управление в сфере установленных функций 058 08 06 0010000 91 247,4 Центральный аппарат 058 08 06 0010000 005 91 247,4 Учреждения по обеспечению хозяйственного обслуживания 058 08 06 0930000 918,3 Специальные объекты 058 08 06 0930000 223 918,3 Федеральные целевые программы 058 08 06 1000000 7 684 121,0 Федеральная целевая программа "Культура России (2001-2005 годы)" 058 08 06 1000200 7 554 960,0 Подпрограмма "Развитие культуры и сохранение культурного наследия России" 058 08 06 1000201 7 513 160,0 Строительство объектов для нужд отрасли 058 08 06 1000201 213 7 513 160,0 Подпрограмма "Кинематография России" 058 08 06 1000202 41 800,0 Строительство объектов для нужд отрасли 058 08 06 1000202 213 41 800,0 Федеральная целевая программа "Восстановление экономики и социальной сферы Чеченской Республики (2002 год и последующие годы)" 058 08 06 1005000 129 161,0 Строительство объектов для нужд отрасли 058 08 06 1005000 213 129 161,0 Непрограммные инвестиции в основные фонды 058 08 06 1020000 451 850,0 Строительство объектов общегражданского назначения 058 08 06 1020000 214 451 850,0 Социальная политика 058 10 400,0 Прикладные научные исследования в области социальной политики 058 10 05 400,0 Федеральные целевые программы 058 10 05 1000000 400,0 Федеральная целевая программа "Дети России" на 2003-2006 годы 058 10 05 1001300 400,0 Подпрограмма "Дети-инвалиды" 058 10 05 1001301 400,0 Выполнение научно-исследовательских и опытно-конструкторских работ по государственным контрактам 058 10 05 1001301 196 400,0 Межбюджетные трансферты 058 11 2 192 645,0 Другие межбюджетные трансферты 058 11 03 2 192 645,0 Федеральные целевые программы 058 11 03 1000000 1 305 195,0 Федеральная целевая программа "Культура России (2001-2005 годы)" 058 11 03 1000200 226 500,0 Подпрограмма "Развитие культуры и сохранение культурного наследия России" 058 11 03 1000201 226 500,0 Строительство объектов для нужд отрасли 058 11 03 1000201 213 226 500,0 Федеральная целевая программа развития Калининградской области на период до 2010 года 058 11 03 1004500 381 000,0 Строительство объектов для нужд отрасли 058 11 03 1004500 213 381 000,0 Федеральная целевая программа "Юг России" 058 11 03 1004800 36 195,0 Строительство объектов для нужд отрасли 058 11 03 1004800 213 36 195,0 Федеральная целевая программа "Социально-экономическое развитие Республики Татарстан до 2006 года" 058 11 03 1004900 560 700,0 Подпрограмма "Сохранение и развитие исторического центра г. Казани" 058 11 03 1004901 560 700,0 Строительство объектов для нужд отрасли 058 11 03 1004901 213 560 700,0 Федеральная целевая программа "Социально-экономическое развитие Республики Башкортостан до 2006 года" 058 11 03 1005200 100 800,0 Строительство объектов для нужд отрасли 058 11 03 1005200 213 100 800,0 Непрограммные инвестиции в основные фонды 058 11 03 1020000 887 450,0 Строительство объектов общегражданского назначения 058 11 03 1020000 214 887 450,0 ФЕДЕРАЛЬНАЯ СЛУЖБА ПО НАДЗОРУ ЗА СОБЛЮДЕНИЕМ ЗАКОНОДАТЕЛЬСТВА В СФЕРЕ МАССОВЫХ КОММУНИКАЦИЙ И ОХРАНЕ КУЛЬТУРНОГО НАСЛЕДИЯ 059 107 149,3 Культура, кинематография и средства массовой информации 059 08 107 149,3 Другие вопросы в области культуры, кинематографии и средств массовой информации 059 08 06 107 149,3 Руководство и управление в сфере установленных функций 059 08 06 0010000 107 149,3 Центральный аппарат 059 08 06 0010000 005 45 306,6 Территориальные органы 059 08 06 0010000 006 61 842,7 ФЕДЕРАЛЬНАЯ СЛУЖБА ПО НАДЗОРУ В СФЕРЕ ЗДРАВООХРАНЕНИЯ И СОЦИАЛЬНОГО РАЗВИТИЯ 060 466 926,0 Национальная экономика 060 04 200 000,0 Другие вопросы в области национальной экономики 060 04 11 200 000,0 Непрограммные инвестиции в основные фонды 060 04 11 1020000 200 000,0 Строительство объектов общегражданского назначения 060 04 11 1020000 214 200 000,0 Здравоохранение и спорт 060 09 266 926,0 Здравоохранение 060 09 01 19 969,5 Учреждения, обеспечивающие предоставление услуг в сфере здравоохранения 060 09 01 4690000 2 059,2 Обеспечение деятельности подведомственных учреждений 060 09 01 4690000 327 2 059,2 Больницы, клиники, госпитали, медико-санитарные части 060 09 01 4700000 17 283,0 Обеспечение деятельности подведомственных учреждений 060 09 01 4700000 327 17 283,0 Поликлиники, амбулатории, диагностические центры 060 09 01 4710000 627,3 Обеспечение деятельности подведомственных учреждений 060 09 01 4710000 327 627,3 Прикладные научные исследования в области здравоохранения и спорта 060 09 03 11 939,8 Прикладные научные исследования и разработки 060 09 03 0810000 11 939,8 Обеспечение деятельности подведомственных учреждений 060 09 03 0810000 327 11 939,8 Другие вопросы в области здравоохранения и спорта 060 09 04 235 016,7 Руководство и управление в сфере установленных функций 060 09 04 0010000 235 016,7 Центральный аппарат 060 09 04 0010000 005 61 423,0 Территориальные органы 060 09 04 0010000 006 173 593,7 ФЕДЕРАЛЬНОЕ АГЕНТСТВО ПО ЗДРАВООХРАНЕНИЮ И СОЦИАЛЬНОМУ РАЗВИТИЮ 061 56 188 266,2 Общегосударственные вопросы 061 01 13 000,0 Другие общегосударственные вопросы 061 01 15 13 000,0 Федеральные целевые программы 061 01 15 1000000 13 000,0 Федеральная целевая научно-техническая программа "Исследования и разработки по приоритетным направлениям развития науки и техники" на 2002-2006 годы 061 01 15 1004000 13 000,0 Строительство объектов для нужд отрасли 061 01 15 1004000 213 13 000,0 Национальная безопасность и правоохранительная деятельность 061 03 14 500,0 Прикладные научные исследования в области национальной безопасности и правоохранительной деятельности 061 03 12 14 500,0 Федеральные целевые программы 061 03 12 1000000 14 500,0 Федеральная целевая программа "Комплексные меры противодействия злоупотреблению наркотиками и их незаконному обороту на 2005-2009 годы" 061 03 12 1002500 14 500,0 Выполнение научно-исследовательских и опытно-конструкторских работ по государственным контрактам 061 03 12 1002500 196 14 500,0 Жилищно-коммунальное хозяйство 061 05 20 000,0 Другие вопросы в области жилищно-коммунального хозяйства 061 05 04 20 000,0 Федеральные целевые программы 061 05 04 1000000 20 000,0 Федеральная целевая программа "Жилище" на 2002-2010 годы 061 05 04 1000400 20 000,0 Мероприятия по обеспечению жильем отдельных категорий граждан 061 05 04 1000407 20 000,0 Строительство объектов для нужд отрасли 061 05 04 1000407 213 20 000,0 Образование 061 07 8 101 155,7 Среднее профессиональное образование 061 07 04 544 646,9 Средние специальные учебные заведения 061 07 04 4270000 544 646,9 Обеспечение деятельности подведомственных учреждений 061 07 04 4270000 327 544 646,9 Переподготовка и повышение квалификации 061 07 05 455 185,7 Институты повышения квалификации 061 07 05 4280000 455 185,7 Обеспечение деятельности подведомственных учреждений 061 07 05 4280000 327 455 185,7 Высшее профессиональное образование 061 07 06 7 029 512,6 Высшие учебные заведения 061 07 06 4300000 7 029 512,6 Обеспечение деятельности подведомственных учреждений 061 07 06 4300000 327 7 029 512,6 Другие вопросы в области образования 061 07 09 71 810,5 Учебно-методические кабинеты, централизованные бухгалтерии, группы хозяйственного обслуживания, учебные фильмотеки, межшкольные учебно- производственные комбинаты, логопедические пункты 061 07 09 4520000 71 810,5 Обеспечение деятельности подведомственных учреждений 061 07 09 4520000 327 71 810,5 Здравоохранение и спорт 061 09 29 743 868,2 Здравоохранение 061 09 01 25 094 464,9 Международное сотрудничество 061 09 01 0300000 300 000,0 Обеспечение реализации соглашений с правительствами иностранных государств и организациями 061 09 01 0300000 122 300 000,0 Резервные фонды 061 09 01 0700000 7,9 Резервный фонд Правительства Российской Федерации 061 09 01 0700000 180 7,9 Учреждения по обеспечению хозяйственного обслуживания 061 09 01 0930000 1 636,1 Специальные объекты 061 09 01 0930000 223 1 636,1 Федеральные целевые программы 061 09 01 1000000 2 572 800,0 Федеральная целевая программа "Дети России" на 2003-2006 годы 061 09 01 1001300 154 000,0 Подпрограмма "Дети-инвалиды" 061 09 01 1001301 3 000,0 Мероприятия в области здравоохранения, спорта и физической культуры, туризма 061 09 01 1001301 455 3 000,0 Подпрограмма "Дети-сироты" 061 09 01 1001304 2 000,0 Мероприятия в области здравоохранения, спорта и физической культуры, туризма 061 09 01 1001304 455 2 000,0 Подпрограмма "Здоровый ребенок" 061 09 01 1001305 149 000,0 Мероприятия в области здравоохранения, спорта и физической культуры, туризма 061 09 01 1001305 455 149 000,0 Федеральная целевая программа "Предупреждение и борьба с заболеваниями социального характера (2002-2006 годы)" 061 09 01 1002300 2 358 100,0 Подпрограмма "Сахарный диабет" 061 09 01 1002301 745 100,0 Мероприятия в области здравоохранения, спорта и физической культуры, туризма 061 09 01 1002301 455 745 100,0 Подпрограмма "Неотложные меры борьбы с туберкулезом в России" 061 09 01 1002302 1 017 000,0 Мероприятия в области здравоохранения, спорта и физической культуры, туризма 061 09 01 1002302 455 1 017 000,0 Подпрограмма "Вакцинопрофилактика" 061 09 01 1002303 16 800,0 Мероприятия в области здравоохранения, спорта и физической культуры, туризма 061 09 01 1002303 455 16 800,0 Подпрограмма "Неотложные меры по предупреждению распространения в Российской Федерации заболевания, вызываемого вирусом иммунодефицита человека (Анти-ВИЧ/СПИД)" 061 09 01 1002304 122 700,0 Мероприятия в области здравоохранения, спорта и физической культуры, туризма 061 09 01 1002304 455 122 700,0 Подпрограмма "О мерах по развитию онкологической помощи населению Российской Федерации" 061 09 01 1002305 300 000,0 Мероприятия в области здравоохранения, спорта и физической культуры, туризма 061 09 01 1002305 455 300 000,0 Подпрограмма "Совершенствование Всероссийской службы медицины катастроф" 061 09 01 1002306 62 000,0 Мероприятия в области здравоохранения, спорта и физической культуры, туризма 061 09 01 1002306 455 62 000,0 Подпрограмма "О мерах по предупреждению дальнейшего распространения заболеваний, передаваемых половым путем" 061 09 01 1002307 94 500,0 Мероприятия в области здравоохранения, спорта и физической культуры, туризма 061 09 01 1002307 455 94 500,0 Федеральная целевая программа "Профилактика и лечение артериальной гипертонии в Российской Федерации" 061 09 01 1002400 40 700,0 Мероприятия в области здравоохранения, спорта и физической культуры, туризма 061 09 01 1002400 455 40 700,0 Федеральная целевая программа "Комплексные меры противодействия злоупотреблению наркотиками и их незаконному обороту на 2005-2009 годы" 061 09 01 1002500 20 000,0 Мероприятия в области здравоохранения, спорта и физической культуры, туризма 061 09 01 1002500 455 20 000,0 Учреждения, обеспечивающие предоставление услуг в сфере здравоохранения 061 09 01 4690000 147 916,9 Обеспечение деятельности подведомственных учреждений 061 09 01 4690000 327 147 916,9 Больницы, клиники, госпитали, медико-санитарные части 061 09 01 4700000 14 879 879,1 Обеспечение деятельности подведомственных учреждений 061 09 01 4700000 327 10 503 490,4 Высокотехнологичные виды медицинской помощи 061 09 01 4700000 456 4 376 388,7 Поликлиники, амбулатории, диагностические центры 061 09 01 4710000 474 179,8 Обеспечение деятельности подведомственных учреждений 061 09 01 4710000 327 474 179,8 Станции переливания крови 061 09 01 4720000 34 677,1 Обеспечение деятельности подведомственных учреждений 061 09 01 4720000 327 34 677,1 Санатории для больных туберкулезом 061 09 01 4730000 683 164,7 Обеспечение деятельности подведомственных учреждений 061 09 01 4730000 327 683 164,7 Санатории для детей и подростков 061 09 01 4740000 1 266 674,5 Обеспечение деятельности подведомственных учреждений 061 09 01 4740000 327 1 266 674,5 Санатории, пансионаты, дома отдыха и турбазы 061 09 01 4750000 223 878,9 Обеспечение деятельности подведомственных учреждений 061 09 01 4750000 327 223 878,9 Реализация государственных функций в области здравоохранения, спорта и туризма 061 09 01 4850000 4 509 649,9 Централизованные закупки медикаментов и медицинского оборудования 061 09 01 4850000 457 4 449 649,9 Меры по оказанию медицинской помощи гражданам Российской Федерации за рубежом 061 09 01 4850000 458 60 000,0 Прикладные научные исследования в области здравоохранения и спорта 061 09 03 702 182,5 Прикладные научные исследования и разработки 061 09 03 0810000 670 882,5 Обеспечение деятельности подведомственных учреждений 061 09 03 0810000 327 670 882,5 Федеральные целевые программы 061 09 03 1000000 31 300,0 Федеральная целевая программа "Предупреждение и борьба с заболеваниями социального характера (2002-2006 годы)" 061 09 03 1002300 26 300,0 Подпрограмма "Сахарный диабет" 061 09 03 1002301 14 800,0 Выполнение научно-исследовательских и опытно-конструкторских работ по государственным контрактам 061 09 03 1002301 196 14 800,0 Подпрограмма "Вакцинопрофилактика" 061 09 03 1002303 5 900,0 Выполнение научно-исследовательских и опытно-конструкторских работ по государственным контрактам 061 09 03 1002303 196 5 900,0 Подпрограмма "Неотложные меры по предупреждению распространения в Российской Федерации заболевания, вызываемого вирусом иммунодефицита человека (Анти-ВИЧ/СПИД)" 061 09 03 1002304 5 600,0 Выполнение научно-исследовательских и опытно-конструкторских работ по государственным контрактам 061 09 03 1002304 196 5 600,0 Федеральная целевая программа "Профилактика и лечение артериальной гипертонии в Российской Федерации" 061 09 03 1002400 5 000,0 Выполнение научно-исследовательских и опытно-конструкторских работ по государственным контрактам 061 09 03 1002400 196 5 000,0 Другие вопросы в области здравоохранения и спорта 061 09 04 3 947 220,8 Руководство и управление в сфере установленных функций 061 09 04 0010000 222 699,8 Центральный аппарат 061 09 04 0010000 005 219 133,5 Территориальные органы 061 09 04 0010000 006 3 566,3 Международное сотрудничество 061 09 04 0300000 15 000,0 Взносы в международные организации 061 09 04 0300000 120 15 000,0 Федеральные целевые программы 061 09 04 1000000 1 482 898,0 Федеральная целевая программа "Социальная поддержка инвалидов на 2000-2005 годы" 061 09 04 1000700 191 800,0 Строительство объектов для нужд отрасли 061 09 04 1000700 213 191 800,0 Федеральная целевая программа "Дети России" на 2003-2006 годы 061 09 04 1001300 144 800,0 Подпрограмма "Дети-инвалиды" 061 09 04 1001301 4 100,0 Строительство объектов для нужд отрасли 061 09 04 1001301 213 4 100,0 Подпрограмма "Здоровый ребенок" 061 09 04 1001305 140 700,0 Строительство объектов для нужд отрасли 061 09 04 1001305 213 140 700,0 Федеральная целевая программа "Предупреждение и борьба с заболеваниями социального характера (2002-2006 годы)" 061 09 04 1002300 275 700,0 Подпрограмма "Неотложные меры борьбы с туберкулезом в России" 061 09 04 1002302 90 700,0 Строительство объектов для нужд отрасли 061 09 04 1002302 213 90 700,0 Подпрограмма "О мерах по развитию онкологической помощи населению Российской Федерации" 061 09 04 1002305 145 000,0 Строительство объектов для нужд отрасли 061 09 04 1002305 213 145 000,0 Подпрограмма "Совершенствование 061 09 04 1002306 40 000,0 Всероссийской службы медицины катастроф" Строительство объектов для нужд отрасли 061 09 04 1002306 213 40 000,0 Федеральная целевая программа "Восстановление экономики и социальной сферы Чеченской Республики (2002 год и последующие годы)" 061 09 04 1005000 870 598,0 Строительство объектов для нужд отрасли 061 09 04 1005000 213 870 598,0 Непрограммные инвестиции в основные фонды 061 09 04 1020000 2 226 623,0 Строительство объектов общегражданского назначения 061 09 04 1020000 214 2 226 623,0 Социальная политика 061 10 11 119 599,3 Социальное обслуживание населения 061 10 02 2 950 585,1 Медико-социальная экспертная комиссия 061 10 02 5000000 2 519 100,2 Обеспечение деятельности подведомственных учреждений 061 10 02 5000000 327 2 519 100,2 Дома-интернаты для престарелых и инвалидов 061 10 02 5010000 256 979,5 Обеспечение деятельности подведомственных учреждений 061 10 02 5010000 327 256 979,5 Учреждения по обучению инвалидов 061 10 02 5020000 27 028,3 Обеспечение деятельности подведомственных учреждений 061 10 02 5020000 327 27 028,3 Стационары сложного протезирования 061 10 02 5030000 147 477,1 Обеспечение деятельности подведомственных учреждений 061 10 02 5030000 327 147 477,1 Социальное обеспечение населения 061 10 03 1 109 719,3 Меры социальной поддержки граждан 061 10 03 5050000 1 109 719,3 Пособия гражданам при возникновении поствакцинальных осложнений 061 10 03 5050000 465 10 779,8 Автострахование для инвалидов 061 10 03 5050000 466 476 064,0 Компенсации женщинам, имеющим детей в возрасте до трех лет, уволенным в связи с ликвидацией предприятий, учреждений, организаций 061 10 03 5050000 471 3 024,0 Компенсации членам семей погибших военнослужащих 061 10 03 5050000 473 226 774,8 Обеспечение транспортными средствами реабилитации инвалидов 061 10 03 5050000 476 393 076,7 Борьба с беспризорностью, опека, попечительство 061 10 04 303 800,0 Федеральные целевые программы 061 10 04 1000000 273 400,0 Федеральная целевая программа "Дети России" на 2003-2006 годы 061 10 04 1001300 273 400,0 Подпрограмма "Профилактика безнадзорности и правонарушений несовершеннолетних" 061 10 04 1001302 273 400,0 Мероприятия в области социальной политики 061 10 04 1001302 482 273 400,0 Мероприятия по борьбе с беспризорностью, по опеке и попечительству 061 10 04 5110000 30 400,0 Перевозка несовершеннолетних, самостоятельно ушедших из семей, детских домов, школ-интернатов, специальных учебно-воспитательных учреждений 061 10 04 5110000 480 30 400,0 Прикладные научные исследования в области социальной политики 061 10 05 69 735,2 Прикладные научные исследования и разработки 061 10 05 0810000 46 175,2 Обеспечение деятельности подведомственных учреждений 061 10 05 0810000 327 46 175,2 Федеральные целевые программы 061 10 05 1000000 23 560,0 Федеральная целевая программа "Социальная поддержка инвалидов на 2000-2005 годы" 061 10 05 1000700 8 500,0 Выполнение научно-исследовательских и опытно-конструкторских работ по государственным контрактам 061 10 05 1000700 196 8 500,0 Федеральная целевая программа "Дети России" на 2003-2006 годы 061 10 05 1001300 15 060,0 Подпрограмма "Дети-инвалиды" 061 10 05 1001301 2 100,0 Выполнение научно-исследовательских и опытно-конструкторских работ по государственным контрактам 061 10 05 1001301 196 2 100,0 Подпрограмма "Профилактика безнадзорности и правонарушений несовершеннолетних" 061 10 05 1001302 3 000,0 Выполнение научно-исследовательских и опытно-конструкторских работ по государственным контрактам 061 10 05 1001302 196 3 000,0 Подпрограмма "Здоровый ребенок" 061 10 05 1001305 9 960,0 Выполнение научно-исследовательских и опытно-конструкторских работ по государственным контрактам 061 10 05 1001305 196 9 960,0 Другие вопросы в области социальной политики 061 10 06 6 685 759,7 Федеральные целевые программы 061 10 06 1000000 434 460,0 Федеральная целевая программа "Социальная поддержка инвалидов на 2000-2005 годы" 061 10 06 1000700 331 500,0 Мероприятия в области социальной политики 061 10 06 1000700 482 331 500,0 Федеральная целевая программа "Дети России" на 2003-2006 годы 061 10 06 1001300 102 960,0 Подпрограмма "Дети-инвалиды" 061 10 06 1001301 100 000,0 Мероприятия в области социальной политики 061 10 06 1001301 482 100 000,0 Подпрограмма "Дети-сироты" 061 10 06 1001304 1 400,0 Мероприятия в области социальной политики 061 10 06 1001304 482 1 400,0 Подпрограмма "Здоровый ребенок" 061 10 06 1001305 1 560,0 Мероприятия в области социальной политики 061 10 06 1001305 482 1 560,0 Меры социальной поддержки граждан 061 10 06 5050000 5 888 895,4 Реализация мер социальной поддержки отдельных категорий граждан по проезду на транспорте пригородного сообщения 061 10 06 5050000 467 5 888 895,4 Реализация государственных функций в области социальной политики 061 10 06 5140000 362 404,3 Мероприятия в области социальной политики 061 10 06 5140000 482 362 404,3 Межбюджетные трансферты 061 11 7 176 143,0 Финансовая помощь бюджетам других уровней 061 11 01 1 550 440,0 Мероприятия по организации оздоровительной кампании детей и подростков 061 11 01 4320000 1 308 720,0 Оздоровление детей и подростков 061 11 01 4320000 452 1 308 720,0 Иные безвозмездные и безвозвратные перечисления 061 11 01 5200000 241 720,0 Резервный фонд Президента Российской Федерации 061 11 01 5200000 181 241 720,0 Другие межбюджетные трансферты 061 11 03 5 625 703,0 Федеральные целевые программы 061 11 03 1000000 2 880 418,0 Федеральная целевая программа "Социальная поддержка инвалидов на 2000-2005 годы" 061 11 03 1000700 16 000,0 Строительство объектов для нужд отрасли 061 11 03 1000700 213 16 000,0 Федеральная целевая программа "Дети России" на 2003-2006 годы 061 11 03 1001300 717 000,0 Подпрограмма "Дети-инвалиды" 061 11 03 1001301 403 400,0 Строительство объектов для нужд отрасли 061 11 03 1001301 213 403 400,0 Подпрограмма "Здоровый ребенок" 061 11 03 1001305 313 600,0 Строительство объектов для нужд отрасли 061 11 03 1001305 213 313 600,0 Федеральная целевая программа "Предупреждение и борьба с заболеваниями социального характера (2002-2006 годы)" 061 11 03 1002300 495 400,0 Подпрограмма "Неотложные меры борьбы с туберкулезом в России" 061 11 03 1002302 297 300,0 Строительство объектов для нужд отрасли 061 11 03 1002302 213 297 300,0 Подпрограмма "Неотложные меры по предупреждению распространения в Российской Федерации заболевания, вызываемого вирусом иммунодефицита человека (Анти-ВИЧ/СПИД)" 061 11 03 1002304 58 500,0 Строительство объектов для нужд отрасли 061 11 03 1002304 213 58 500,0 Подпрограмма "О мерах по развитию онкологической помощи населению Российской Федерации" 061 11 03 1002305 139 600,0 Строительство объектов для нужд отрасли 061 11 03 1002305 213 139 600,0 Федеральная целевая программа развития Калининградской области на период до 2010 года 061 11 03 1004500 228 800,0 Строительство объектов для нужд отрасли 061 11 03 1004500 213 228 800,0 Федеральная целевая программа "Экономическое и социальное развитие Дальнего Востока и Забайкалья на 1996-2005 и до 2010 года" 061 11 03 1004600 261 500,0 Строительство объектов для нужд отрасли 061 11 03 1004600 213 261 500,0 Федеральная целевая программа "Юг России" 061 11 03 1004800 331 268,0 Строительство объектов для нужд отрасли 061 11 03 1004800 213 331 268,0 Федеральная целевая программа "Социально-экономическое развитие Республики Татарстан до 2006 года" 061 11 03 1004900 476 850,0 Подпрограмма "Сохранение и развитие исторического центра г. Казани" 061 11 03 1004901 190 000,0 Строительство объектов для нужд отрасли 061 11 03 1004901 213 190 000,0 Мероприятия по реализации федеральной целевой программы "Социально-экономическое развитие Республики Татарстан до 2006 года" 061 11 03 1004902 286 850,0 Строительство объектов для нужд отрасли 061 11 03 1004902 213 286 850,0 Федеральная целевая программа "Социально-экономическое развитие Республики Башкортостан до 2006 года" 061 11 03 1005200 353 600,0 Строительство объектов для нужд отрасли 061 11 03 1005200 213 353 600,0 Непрограммные инвестиции в основные фонды 061 11 03 1020000 2 745 285,0 Строительство объектов общегражданского назначения 061 11 03 1020000 214 2 745 285,0 МИНИСТЕРСТВО ИНФОРМАЦИОННЫХ ТЕХНОЛОГИЙ И СВЯЗИ РОССИЙСКОЙ ФЕДЕРАЦИИ 070 2 010 362,5 Общегосударственные вопросы 070 01 164 921,0 Международные отношения и международное сотрудничество 070 01 08 87 021,0 Международное сотрудничество 070 01 08 0300000 87 021,0 Взносы в международные организации 070 01 08 0300000 120 87 021,0 Другие общегосударственные вопросы 070 01 15 77 900,0 Руководство и управление в сфере установленных функций 070 01 15 0010000 77 900,0 Центральный аппарат 070 01 15 0010000 005 77 900,0 Национальная экономика 070 04 1 835 441,5 Связь и информатика 070 04 09 1 459 301,5 Руководство и управление в сфере установленных функций 070 04 09 0010000 126 977,5 Центральный аппарат 070 04 09 0010000 005 126 977,5 Международное сотрудничество 070 04 09 0300000 8 029,0 Обеспечение реализации соглашений с правительствами иностранных государств и организациями 070 04 09 0300000 122 8 029,0 Информационные технологии и связь 070 04 09 3300000 1 324 295,0 Информатика 070 04 09 3300000 381 1 324 295,0 Прикладные научные исследования в области национальной экономики 070 04 10 376 140,0 Прикладные научные исследования и разработки 070 04 10 0810000 376 140,0 Выполнение научно-исследовательских и опытно-конструкторских работ по государственным контрактам 070 04 10 0810000 196 376 140,0 Жилищно-коммунальное хозяйство 070 05 10 000,0 Другие вопросы в области жилищно-коммунального хозяйства 070 05 04 10 000,0 Федеральные целевые программы 070 05 04 1000000 10 000,0 Федеральная целевая программа "Жилище" на 2002-2010 годы 070 05 04 1000400 10 000,0 Мероприятия по обеспечению жильем отдельных категорий граждан 070 05 04 1000407 10 000,0 Строительство объектов для нужд отрасли 070 05 04 1000407 213 10 000,0 ФЕДЕРАЛЬНОЕ АГЕНТСТВО КАДАСТРА ОБЪЕКТОВ НЕДВИЖИМОСТИ 072 4 244 922,0 Общегосударственные вопросы 072 01 1 740 298,9 Прикладные научные исследования в области общегосударственных вопросов 072 01 14 8 000,0 Прикладные научные исследования и разработки 072 01 14 0810000 8 000,0 Выполнение научно-исследовательских и опытно-конструкторских работ по государственным контрактам 072 01 14 0810000 196 8 000,0 Другие общегосударственные вопросы 072 01 15 1 732 298,9 Руководство и управление в сфере установленных функций 072 01 15 0010000 1 669 298,9 Центральный аппарат 072 01 15 0010000 005 139 570,2 Территориальные органы 072 01 15 0010000 006 1 529 728,7 Международное сотрудничество 072 01 15 0300000 63 000,0 Обеспечение мероприятий, предусмотренных соглашениями с международными финансовыми организациями 072 01 15 0300000 123 63 000,0 Национальная экономика 072 04 2 495 123,1 Прикладные научные исследования в области национальной экономики 072 04 10 3 960,0 Федеральные целевые программы 072 04 10 1000000 3 960,0 Федеральная целевая программа "Создание автоматизированной системы ведения государственного земельного кадастра и государственного учета объектов недвижимости (2002-2007 годы)" 072 04 10 1003500 3 960,0 Мероприятия по реализации федеральной целевой программы "Создание автоматизированной системы ведения государственного земельного кадастра и государственного учета объектов недвижимости (2002-2007 годы)" 072 04 10 1003502 3 960,0 Выполнение научно-исследовательских и опытно-конструкторских работ по государственным контрактам 072 04 10 1003502 196 3 960,0 Другие вопросы в области национальной экономики 072 04 11 2 491 163,1 Федеральные целевые программы 072 04 11 1000000 1 258 950,0 Федеральная целевая программа "Создание автоматизированной системы ведения государственного земельного кадастра и государственного учета объектов недвижимости (2002-2007 годы)" 072 04 11 1003500 1 258 950,0 Мероприятия по реализации федеральной целевой программы "Создание автоматизированной системы ведения государственного земельного кадастра и государственного учета объектов недвижимости (2002-2007 годы)" 072 04 11 1003502 1 258 950,0 Строительство объектов для нужд отрасли 072 04 11 1003502 213 87 600,0 Мероприятия по землеустройству и землепользованию 072 04 11 1003502 406 1 171 350,0 Земельные кадастровые палаты 072 04 11 3390000 1 027 213,1 Обеспечение деятельности подведомственных учреждений 072 04 11 3390000 327 1 027 213,1 Реализация государственных функций в области национальной экономики 072 04 11 3400000 205 000,0 Мероприятия по землеустройству и землепользованию 072 04 11 3400000 406 205 000,0 Жилищно-коммунальное хозяйство 072 05 5 000,0 Другие вопросы в области жилищно-коммунального хозяйства 072 05 04 5 000,0 Федеральные целевые программы 072 05 04 1000000 5 000,0 Федеральная целевая программа "Жилище" на 2002-2010 годы 072 05 04 1000400 5 000,0 Мероприятия по обеспечению жильем отдельных категорий граждан 072 05 04 1000407 5 000,0 Строительство объектов для нужд отрасли 072 05 04 1000407 213 5 000,0 Межбюджетные трансферты 072 11 4 500,0 Другие межбюджетные трансферты 072 11 03 4 500,0 Федеральные целевые программы 072 11 03 1000000 4 500,0 Федеральная целевая программа развития Калининградской области на период до 2010 года 072 11 03 1004500 4 500,0 Строительство объектов для нужд отрасли 072 11 03 1004500 213 4 500,0 ФЕДЕРАЛЬНОЕ АГЕНТСТВО ПО ОБРАЗОВАНИЮ 073 88 917 258,0 Общегосударственные вопросы 073 01 695 850,4 Фундаментальные исследования 073 01 11 670 850,4 Поддержка организаций, осуществляющих фундаментальные исследования 073 01 11 0610000 670 850,4 Обеспечение деятельности подведомственных учреждений 073 01 11 0610000 327 670 850,4 Другие общегосударственные вопросы 073 01 15 25 000,0 Федеральные целевые программы 073 01 15 1000000 25 000,0 Федеральная целевая научно-техническая программа "Исследования и разработки по приоритетным направлениям развития науки и техники" на 2002-2006 годы 073 01 15 1004000 25 000,0 Строительство объектов для нужд отрасли 073 01 15 1004000 213 25 000,0 Национальная экономика 073 04 43 000,0 Связь и информатика 073 04 09 15 000,0 Федеральные целевые программы 073 04 09 1000000 15 000,0 Федеральная целевая программа "Электронная Россия (2002-2010 годы)" 073 04 09 1004400 15 000,0 Информатика 073 04 09 1004400 381 15 000,0 Прикладные научные исследования в области национальной экономики 073 04 10 10 000,0 Федеральные целевые программы 073 04 10 1000000 10 000,0 Федеральная целевая программа "Электронная Россия (2002-2010 годы)" 073 04 10 1004400 10 000,0 Выполнение научно-исследовательских и опытно-конструкторских работ по государственным контрактам 073 04 10 1004400 196 10 000,0 Другие вопросы в области национальной экономики 073 04 11 18 000,0 Федеральные целевые программы 073 04 11 1000000 18 000,0 Федеральная целевая программа "Электронная Россия (2002-2010 годы)" 073 04 11 1004400 18 000,0 Строительство объектов для нужд отрасли 073 04 11 1004400 213 18 000,0 Жилищно-коммунальное хозяйство 073 05 230 700,0 Другие вопросы в области жилищно-коммунального хозяйства 073 05 04 230 700,0 Федеральные целевые программы 073 05 04 1000000 230 700,0 Федеральная целевая программа "Жилище" на 2002-2010 годы 073 05 04 1000400 226 800,0 Мероприятия по обеспечению жильем отдельных категорий граждан 073 05 04 1000407 226 800,0 Строительство объектов для нужд отрасли 073 05 04 1000407 213 226 800,0 Федеральная целевая программа "Восстановление экономики и социальной сферы Чеченской Республики (2002 год и последующие годы)" 073 05 04 1005000 3 900,0 Строительство объектов для нужд отрасли 073 05 04 1005000 213 3 900,0 Образование 073 07 82 919 000,9 Общее образование 073 07 02 1 041 821,9 Международное сотрудничество 073 07 02 0300000 2 580,0 Международные культурные, научные и информационные связи 073 07 02 0300000 125 2 580,0 Школы - детские сады, школы начальные, неполные средние и средние 073 07 02 4210000 2 452,8 Обеспечение деятельности подведомственных учреждений 073 07 02 4210000 327 2 452,8 Школы-интернаты 073 07 02 4220000 36 650,0 Обеспечение деятельности подведомственных учреждений 073 07 02 4220000 327 36 650,0 Учреждения по внешкольной работе с детьми 073 07 02 4230000 968 822,3 Обеспечение деятельности подведомственных учреждений 073 07 02 4230000 327 968 822,3 Детские дома 073 07 02 4240000 31 316,8 Обеспечение деятельности подведомственных учреждений 073 07 02 4240000 327 31 316,8 Начальное профессиональное образование 073 07 03 4 277 537,9 Профессионально-технические училища 073 07 03 4250000 3 884 532,4 Обеспечение деятельности подведомственных учреждений 073 07 03 4250000 327 3 884 532,4 Специальные профессионально- технические училища 073 07 03 4260000 393 005,5 Обеспечение деятельности подведомственных учреждений 073 07 03 4260000 327 393 005,5 Среднее профессиональное образование 073 07 04 7 200 696,8 Средние специальные учебные заведения 073 07 04 4270000 7 200 696,8 Обеспечение деятельности подведомственных учреждений 073 07 04 4270000 327 7 200 696,8 Переподготовка и повышение квалификации 073 07 05 73 347,9 Институты повышения квалификации 073 07 05 4280000 67 395,4 Обеспечение деятельности подведомственных учреждений 073 07 05 4280000 327 67 395,4 Учебные заведения и курсы по переподготовке кадров 073 07 05 4290000 5 952,5 Обеспечение деятельности подведомственных учреждений 073 07 05 4290000 327 5 952,5 Высшее профессиональное образование 073 07 06 60 173 287,8 Международное сотрудничество 073 07 06 0300000 210 000,0 Обеспечение реализации соглашений с правительствами иностранных государств и организациями 073 07 06 0300000 122 150 000,0 Международные культурные, научные и информационные связи 073 07 06 0300000 125 60 000,0 Высшие учебные заведения 073 07 06 4300000 59 963 287,8 Обеспечение деятельности подведомственных учреждений 073 07 06 4300000 327 53 960 847,6 Обеспечение деятельности особо ценных объектов (учреждений) культурного наследия народов Российской Федерации 073 07 06 4300000 451 6 002 440,2 Молодежная политика и оздоровление детей 073 07 07 96 920,0 Федеральные целевые программы 073 07 07 1000000 96 920,0 Федеральная целевая программа "Молодежь России (2001-2005 годы)" 073 07 07 1001400 96 920,0 Мероприятия по реализации федеральной целевой программы "Молодежь России (2001-2005 годы)" 073 07 07 1001402 96 920,0 Государственная поддержка в сфере образования 073 07 07 1001402 285 96 920,0 Прикладные научные исследования в области образования 073 07 08 1 726 735,1 Прикладные научные исследования и разработки 073 07 08 0810000 1 633 801,9 Обеспечение деятельности подведомственных учреждений 073 07 08 0810000 327 1 590 580,4 Обеспечение деятельности особо ценных объектов (учреждений) культурного наследия народов Российской Федерации 073 07 08 0810000 451 43 221,5 Федеральные целевые программы 073 07 08 1000000 92 933,2 Федеральная программа развития образования 073 07 08 1001500 81 600,0 Выполнение научно-исследовательских и опытно-конструкторских работ по государственным контрактам 073 07 08 1001500 196 81 600,0 Федеральная целевая программа "Русский язык" на 2002-2005 годы 073 07 08 1001600 2 557,2 Выполнение научно-исследовательских и опытно-конструкторских работ по государственным контрактам 073 07 08 1001600 196 2 557,2 Федеральная целевая программа "Развитие единой образовательной информационной среды (2001-2005 годы)" 073 07 08 1004200 8 776,0 Выполнение научно-исследовательских и опытно-конструкторских работ по государственным контрактам 073 07 08 1004200 196 8 776,0 Другие вопросы в области образования 073 07 09 8 328 653,5 Руководство и управление в сфере установленных функций 073 07 09 0010000 101 962,3 Центральный аппарат 073 07 09 0010000 005 101 962,3 Международное сотрудничество 073 07 09 0300000 15 169,0 Обеспечение реализации соглашений с правительствами иностранных государств и организациями 073 07 09 0300000 122 15 169,0 Реализация государственных функций, связанных с общегосударственным управлением 073 07 09 0920000 3 737,7 Специальные объекты 073 07 09 0920000 223 3 737,7 Федеральные целевые программы 073 07 09 1000000 7 720 009,0 Государственная программа "Патриотическое воспитание граждан Российской Федерации на 2001-2005 годы" 073 07 09 1000600 15 310,0 Государственная поддержка в сфере образования 073 07 09 1000600 285 15 310,0 Федеральная целевая программа "Дети России" на 2003-2006 годы 073 07 09 1001300 167 540,0 Подпрограмма "Дети-инвалиды" 073 07 09 1001301 8 500,0 Государственная поддержка в сфере образования 073 07 09 1001301 285 8 500,0 Подпрограмма "Профилактика безнадзорности и правонарушений несовершеннолетних" 073 07 09 1001302 82 600,0 Государственная поддержка в сфере образования 073 07 09 1001302 285 82 600,0 Подпрограмма "Одаренные дети" 073 07 09 1001303 25 400,0 Государственная поддержка в сфере образования 073 07 09 1001303 285 25 400,0 Подпрограмма "Дети-сироты" 073 07 09 1001304 46 600,0 Государственная поддержка в сфере образования 073 07 09 1001304 285 46 600,0 Подпрограмма "Здоровый ребенок" 073 07 09 1001305 4 440,0 Государственная поддержка в сфере образования 073 07 09 1001305 285 4 440,0 Федеральная программа развития образования 073 07 09 1001500 4 143 300,0 Строительство объектов для нужд отрасли 073 07 09 1001500 213 2 482 700,0 Государственная поддержка в сфере образования 073 07 09 1001500 285 1 660 600,0 Федеральная целевая программа "Русский язык" на 2002-2005 годы 073 07 09 1001600 40 000,0 Государственная поддержка в сфере образования 073 07 09 1001600 285 40 000,0 Федеральная целевая программа "Комплексные меры противодействия злоупотреблению наркотиками и их незаконному обороту на 2005-2009 годы" 073 07 09 1002500 35 000,0 Государственная поддержка в сфере образования 073 07 09 1002500 285 35 000,0 Федеральная целевая программа "Развитие единой образовательной информационной среды (2001-2005 годы)" 073 07 09 1004200 1 991 310,0 Государственная поддержка в сфере образования 073 07 09 1004200 285 1 991 310,0 Федеральная целевая программа "Социально-экономическое развитие Республики Татарстан до 2006 года" 073 07 09 1004900 160 000,0 Подпрограмма "Сохранение и развитие исторического центра г. Казани" 073 07 09 1004901 160 000,0 Строительство объектов для нужд отрасли 073 07 09 1004901 213 160 000,0 Федеральная целевая программа "Восстановление экономики и социальной сферы Чеченской Республики (2002 год и последующие годы)" 073 07 09 1005000 958 680,0 Строительство объектов для нужд отрасли 073 07 09 1005000 213 958 680,0 Федеральная целевая программа "Социально-экономическое развитие Республики Башкортостан до 2006 года" 073 07 09 1005200 33 000,0 Строительство объектов для нужд отрасли 073 07 09 1005200 213 33 000,0 Федеральная целевая программа "Программа поддержки Российской Федерацией интеграционных процессов в области образования в Содружестве Независимых Государств" на 2004-2005 годы 073 07 09 1005500 175 869,0 Государственная поддержка в сфере образования 073 07 09 1005500 285 175 869,0 Учреждения, обеспечивающие предоставление услуг в сфере образования 073 07 09 4350000 189 486,5 Обеспечение деятельности подведомственных учреждений 073 07 09 4350000 327 189 486,5 Мероприятия в области образования 073 07 09 4360000 298 289,0 Проведение мероприятий для детей и молодежи 073 07 09 4360000 447 298 289,0 Культура, кинематография и средства массовой информации 073 08 8 532,7 Культура 073 08 01 8 532,7 Музеи и постоянные выставки 073 08 01 4410000 8 532,7 Обеспечение деятельности подведомственных учреждений 073 08 01 4410000 327 8 532,7 Социальная политика 073 10 740,0 Прикладные научные исследования в области социальной политики 073 10 05 740,0 Федеральные целевые программы 073 10 05 1000000 740,0 Федеральная целевая программа "Дети России" на 2003-2006 годы 073 10 05 1001300 740,0 Подпрограмма "Дети-инвалиды" 073 10 05 1001301 500,0 Выполнение научно-исследовательских и опытно-конструкторских работ по государственным контрактам 073 10 05 1001301 196 500,0 Подпрограмма "Здоровый ребенок" 073 10 05 1001305 240,0 Выполнение научно-исследовательских и опытно-конструкторских работ по государственным контрактам 073 10 05 1001305 196 240,0 Межбюджетные трансферты 073 11 5 019 434,0 Финансовая помощь бюджетам других уровней 073 11 01 436 390,0 Мероприятия в области образования 073 11 01 4360000 400 000,0 Проведение мероприятий для детей и молодежи 073 11 01 4360000 447 400 000,0 Иные безвозмездные и безвозвратные перечисления 073 11 01 5200000 36 390,0 Резервный фонд Президента Российской Федерации 073 11 01 5200000 181 36 390,0 Другие межбюджетные трансферты 073 11 03 4 583 044,0 Федеральные целевые программы 073 11 03 1000000 2 286 944,0 Федеральная целевая программа "Жилище" на 2002-2010 годы 073 11 03 1000400 1 057 000,0 Подпрограмма "Обеспечение жильем молодых семей" 073 11 03 1000405 1 050 000,0 Строительство объектов для нужд отрасли 073 11 03 1000405 213 1 050 000,0 Мероприятия по обеспечению жильем отдельных категорий граждан 073 11 03 1000407 7 000,0 Строительство объектов для нужд отрасли 073 11 03 1000407 213 7 000,0 Федеральная целевая программа "Дети России" на 2003-2006 годы 073 11 03 1001300 499 100,0 Подпрограмма "Дети-сироты" 073 11 03 1001304 499 100,0 Строительство объектов для нужд отрасли 073 11 03 1001304 213 499 100,0 Федеральная программа развития образования 073 11 03 1001500 101 000,0 Строительство объектов для нужд отрасли 073 11 03 1001500 213 101 000,0 Федеральная целевая программа "Экономическое и социальное развитие Дальнего Востока и Забайкалья на 1996-2005 и до 2010 года" 073 11 03 1004600 19 000,0 Строительство объектов для нужд отрасли 073 11 03 1004600 213 19 000,0 Федеральная целевая программа "Социально-экономическое развитие Курильских островов Сахалинской области (1994-2005 годы)" 073 11 03 1004700 66 000,0 Строительство объектов для нужд отрасли 073 11 03 1004700 213 66 000,0 Федеральная целевая программа "Юг России" 073 11 03 1004800 317 601,0 Строительство объектов для нужд отрасли 073 11 03 1004800 213 317 601,0 Федеральная целевая программа "Социально-экономическое развитие Республики Татарстан до 2006 года" 073 11 03 1004900 11 933,0 Мероприятия по реализации федеральной целевой программы "Социально-экономическое развитие Республики Татарстан до 2006 года" 073 11 03 1004902 11 933,0 Строительство объектов для нужд отрасли 073 11 03 1004902 213 11 933,0 Федеральная целевая программа "Социально-экономическое развитие Республики Башкортостан до 2006 года" 073 11 03 1005200 215 310,0 Строительство объектов для нужд отрасли 073 11 03 1005200 213 215 310,0 Непрограммные инвестиции в основные фонды 073 11 03 1020000 2 296 100,0 Строительство объектов общегражданского назначения 073 11 03 1020000 214 2 296 100,0 МИНИСТЕРСТВО ОБРАЗОВАНИЯ И НАУКИ РОССИЙСКОЙ ФЕДЕРАЦИИ 074 2 117 439,5 Общегосударственные вопросы 074 01 327 569,2 Международные отношения и международное сотрудничество 074 01 08 6 538,0 Международное сотрудничество 074 01 08 0300000 6 538,0 Международные культурные, научные и информационные связи 074 01 08 0300000 125 6 538,0 Фундаментальные исследования 074 01 11 150 000,0 Международное сотрудничество 074 01 11 0300000 150 000,0 Обеспечение реализации соглашений с правительствами иностранных государств и организациями 074 01 11 0300000 122 150 000,0 Прикладные научные исследования в области общегосударственных вопросов 074 01 14 171 031,2 Разработка приоритетных направлений науки, технологий и техники 074 01 14 0800000 85 440,0 Приоритетные направления науки и техники 074 01 14 0800000 195 61 440,0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074 01 14 0800000 448 24 000,0 Прикладные научные исследования и разработки 074 01 14 0810000 85 591,2 Обеспечение деятельности подведомственных учреждений 074 01 14 0810000 327 85 591,2 Национальная экономика 074 04 4 000,0 Другие вопросы в области национальной экономики 074 04 11 4 000,0 Федеральные целевые программы 074 04 11 1000000 4 000,0 Федеральная целевая программа "Электронная Россия (2002-2010 годы)" 074 04 11 1004400 4 000,0 Строительство объектов для нужд отрасли 074 04 11 1004400 213 4 000,0 Образование 074 07 1 780 667,3 Другие вопросы в области образования 074 07 09 1 780 667,3 Руководство и управление в сфере установленных функций 074 07 09 0010000 220 258,7 Центральный аппарат 074 07 09 0010000 005 220 258,7 Международное сотрудничество 074 07 09 0300000 1 537 460,0 Обеспечение мероприятий, предусмотренных соглашениями с международными финансовыми организациями 074 07 09 0300000 123 1 537 460,0 Учреждения по обеспечению хозяйственного обслуживания 074 07 09 0930000 1 126,6 Специальные объекты 074 07 09 0930000 223 1 126,6 Непрограммные инвестиции в основные фонды 074 07 09 1020000 15 111,0 Строительство объектов общегражданского назначения 074 07 09 1020000 214 15 111,0 Мероприятия в области образования 074 07 09 4360000 6 711,0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074 07 09 4360000 448 6 711,0 Здравоохранение и спорт 074 09 5 203,0 Здравоохранение 074 09 01 5 203,0 Поликлиники, амбулатории, диагностические центры 074 09 01 4710000 5 203,0 Обеспечение деятельности подведомственных учреждений 074 09 01 4710000 327 5 203,0 ФЕДЕРАЛЬНАЯ СЛУЖБА ПО НАДЗОРУ В СФЕРЕ ОБРАЗОВАНИЯ И НАУКИ 077 85 085,4 Образование 077 07 85 085,4 Прикладные научные исследования в области образования 077 07 08 11 044,0 Прикладные научные исследования и разработки 077 07 08 0810000 11 044,0 Обеспечение деятельности подведомственных учреждений 077 07 08 0810000 327 11 044,0 Другие вопросы в области образования 077 07 09 74 041,4 Руководство и управление в сфере установленных функций 077 07 09 0010000 53 824,8 Центральный аппарат 077 07 09 0010000 005 53 824,8 Учреждения, обеспечивающие предоставление услуг в сфере образования 077 07 09 4350000 20 216,6 Обеспечение деятельности подведомственных учреждений 077 07 09 4350000 327 20 216,6 ФЕДЕРАЛЬНАЯ СЛУЖБА ПО НАДЗОРУ В СФЕРЕ СВЯЗИ 079 1 854 975,3 Национальная экономика 079 04 1 854 975,3 Связь и информатика 079 04 09 1 852 975,3 Руководство и управление в сфере установленных функций 079 04 09 0010000 1 852 975,3 Центральный аппарат 079 04 09 0010000 005 37 868,2 Территориальные органы 079 04 09 0010000 006 1 815 107,1 Прикладные научные исследования в области национальной экономики 079 04 10 2 000,0 Прикладные научные исследования и разработки 079 04 10 0810000 2 000,0 Выполнение научно-исследовательских и опытно-конструкторских работ по государственным контрактам 079 04 10 0810000 196 2 000,0 ФЕДЕРАЛЬНОЕ АГЕНТСТВО ПО РЫБОЛОВСТВУ 080 5 590 406,9 Общегосударственные вопросы 080 01 18 660,0 Международные отношения и международное сотрудничество 080 01 08 18 660,0 Международное сотрудничество 080 01 08 0300000 18 660,0 Взносы в международные организации 080 01 08 0300000 120 18 660,0 Национальная экономика 080 04 4 105 796,6 Сельское хозяйство и рыболовство 080 04 05 2 855 647,1 Руководство и управление в сфере установленных функций 080 04 05 0010000 35 330,9 Зарубежный аппарат 080 04 05 0010000 008 35 330,9 Рыболовное хозяйство 080 04 05 2700000 295 730,0 Субсидирование процентных ставок по привлеченным кредитам в российских кредитных организациях 080 04 05 2700000 340 5 930,0 Мониторинг водных биологических ресурсов 080 04 05 2700000 346 118 500,0 Мероприятия в области воспроизводства и сохранения водных биологических ресурсов и прочие мероприятия 080 04 05 2700000 348 152 400,0 Гидротехнические сооружения 080 04 05 2700000 349 18 900,0 Учреждения, обеспечивающие предоставление услуг в сфере рыбохозяйственной деятельности 080 04 05 2710000 2 524 586,2 Обеспечение деятельности подведомственных учреждений 080 04 05 2710000 327 1 982 304,0 Обеспечение деятельности аварийно-спасательного флота 080 04 05 2710000 347 542 282,2 Прикладные научные исследования в области национальной экономики 080 04 10 998 071,2 Прикладные научные исследования и разработки 080 04 10 0810000 998 071,2 Выполнение научно-исследовательских и опытно-конструкторских работ по государственным контрактам 080 04 10 0810000 196 977 184,0 Обеспечение деятельности подведомственных учреждений 080 04 10 0810000 327 20 887,2 Другие вопросы в области национальной экономики 080 04 11 252 078,3 Руководство и управление в сфере установленных функций 080 04 11 0010000 69 708,3 Центральный аппарат 080 04 11 0010000 005 69 708,3 Федеральные целевые программы 080 04 11 1000000 182 370,0 Федеральная целевая программа "Экология и природные ресурсы России (2002-2010 годы)" 080 04 11 1002200 182 370,0 Подпрограмма "Водные биологические ресурсы и аквакультура" 080 04 11 1002204 182 370,0 Строительство объектов для нужд отрасли 080 04 11 1002204 213 182 370,0 Образование 080 07 1 410 050,3 Среднее профессиональное образование 080 07 04 366 774,8 Средние специальные учебные заведения 080 07 04 4270000 366 774,8 Обеспечение деятельности подведомственных учреждений 080 07 04 4270000 327 366 774,8 Высшее профессиональное образование 080 07 06 803 727,8 Высшие учебные заведения 080 07 06 4300000 803 727,8 Обеспечение деятельности подведомственных учреждений 080 07 06 4300000 327 803 727,8 Другие вопросы в области образования 080 07 09 239 547,7 Учреждения, обеспечивающие предоставление услуг в сфере образования 080 07 09 4350000 239 547,7 Обеспечение деятельности подведомственных учреждений 080 07 09 4350000 327 239 547,7 Межбюджетные трансферты 080 11 55 900,0 Другие межбюджетные трансферты 080 11 03 55 900,0 Федеральные целевые программы 080 11 03 1000000 55 900,0 Федеральная целевая программа "Социально-экономическое развитие Курильских островов Сахалинской области (1994-2005 годы)" 080 11 03 1004700 49 000,0 Строительство объектов для нужд отрасли 080 11 03 1004700 213 49 000,0 Федеральная целевая программа "Юг России" 080 11 03 1004800 6 900,0 Строительство объектов для нужд отрасли 080 11 03 1004800 213 6 900,0 ФЕДЕРАЛЬНАЯ СЛУЖБА ПО ВЕТЕРИНАРНОМУ И ФИТОСАНИТАРНОМУ НАДЗОРУ 081 3 339 844,8 Национальная экономика 081 04 3 339 844,8 Сельское хозяйство и рыболовство 081 04 05 593 090,5 Учреждения, обеспечивающие предоставление услуг в области семеноводства, сохранения плодородия почв и защиты растений 081 04 05 2610000 208 072,9 Обеспечение деятельности подведомственных учреждений 081 04 05 2610000 327 208 072,9 Учреждения, обеспечивающие предоставление услуг в области животноводства 081 04 05 2630000 385 017,6 Обеспечение деятельности подведомственных учреждений 081 04 05 2630000 327 385 017,6 Прикладные научные исследования в области национальной экономики 081 04 10 7 849,4 Прикладные научные исследования и разработки 081 04 10 0810000 7 849,4 Обеспечение деятельности подведомственных учреждений 081 04 10 0810000 327 7 849,4 Другие вопросы в области национальной экономики 081 04 11 2 738 904,9 Руководство и управление в сфере установленных функций 081 04 11 0010000 2 738 904,9 Центральный аппарат 081 04 11 0010000 005 43 114,8 Территориальные органы 081 04 11 0010000 006 2 695 790,1 МИНИСТЕРСТВО СЕЛЬСКОГО ХОЗЯЙСТВА РОССИЙСКОЙ ФЕДЕРАЦИИ 082 576 589,4 Общегосударственные вопросы 082 01 15 758,0 Международные отношения и международное сотрудничество 082 01 08 15 758,0 Международное сотрудничество 082 01 08 0300000 15 758,0 Взносы в международные организации 082 01 08 0300000 120 9 978,0 Международные культурные, научные и информационные связи 082 01 08 0300000 125 5 780,0 Национальная экономика 082 04 468 828,3 Сельское хозяйство и рыболовство 082 04 05 52 275,2 Учреждения, обеспечивающие предоставление услуг по информационно-методологическому обеспечению в области сельского хозяйства 082 04 05 2660000 52 275,2 Обеспечение деятельности подведомственных учреждений 082 04 05 2660000 327 52 275,2 Прикладные научные исследования в области национальной экономики 082 04 10 77 683,7 Прикладные научные исследования и разработки 082 04 10 0810000 77 683,7 Выполнение научно-исследовательских и опытно-конструкторских работ по государственным контрактам 082 04 10 0810000 196 77 683,7 Другие вопросы в области национальной экономики 082 04 11 338 869,4 Руководство и управление в сфере установленных функций 082 04 11 0010000 337 150,3 Центральный аппарат 082 04 11 0010000 005 337 150,3 Резервные фонды 082 04 11 0700000 731,7 Резервный фонд Правительства Российской Федерации 082 04 11 0700000 180 731,7 Учреждения по обеспечению хозяйственного обслуживания 082 04 11 0930000 987,4 Специальные объекты 082 04 11 0930000 223 987,4 Жилищно-коммунальное хозяйство 082 05 60 000,0 Другие вопросы в области жилищно-коммунального хозяйства 082 05 04 60 000,0 Федеральные целевые программы 082 05 04 1000000 60 000,0 Федеральная целевая программа "Жилище" на 2002-2010 годы 082 05 04 1000400 60 000,0 Мероприятия по обеспечению жильем отдельных категорий граждан 082 05 04 1000407 60 000,0 Строительство объектов для нужд отрасли 082 05 04 1000407 213 60 000,0 Образование 082 07 1 607,3 Дошкольное образование 082 07 01 1 435,5 Детские дошкольные учреждения 082 07 01 4200000 1 435,5 Обеспечение деятельности подведомственных учреждений 082 07 01 4200000 327 1 435,5 Переподготовка и повышение квалификации 082 07 05 171,8 Учебные заведения и курсы по переподготовке кадров 082 07 05 4290000 171,8 Обеспечение деятельности подведомственных учреждений 082 07 05 4290000 327 171,8 Здравоохранение и спорт 082 09 30 395,8 Здравоохранение 082 09 01 30 395,8 Поликлиники, амбулатории, диагностические центры 082 09 01 4710000 21 529,3 Обеспечение деятельности подведомственных учреждений 082 09 01 4710000 327 21 529,3 Санатории, пансионаты, дома отдыха и турбазы 082 09 01 4750000 8 866,5 Обеспечение деятельности подведомственных учреждений 082 09 01 4750000 327 8 866,5 ФЕДЕРАЛЬНОЕ АГЕНТСТВО СВЯЗИ 084 2 568 146,1 Национальная экономика 084 04 1 755 857,0 Связь и информатика 084 04 09 1 427 484,0 Руководство и управление в сфере установленных функций 084 04 09 0010000 36 282,2 Центральный аппарат 084 04 09 0010000 005 36 282,2 Реализация государственных функций, связанных с общегосударственным управлением 084 04 09 0920000 2 369,8 Специальные объекты 084 04 09 0920000 223 2 369,8 Информационные технологии и связь 084 04 09 3300000 1 388 832,0 Субсидирование процентных ставок по привлеченным кредитам в российских кредитных организациях 084 04 09 3300000 340 400 000,0 Почтовая связь 084 04 09 3300000 380 546 000,0 Отдельные мероприятия в сфере связи и информатики 084 04 09 3300000 382 442 832,0 Прикладные научные исследования в области национальной экономики 084 04 10 52 570,0 Прикладные научные исследования и разработки 084 04 10 0810000 32 000,0 Выполнение научно-исследовательских и опытно-конструкторских работ по государственным контрактам 084 04 10 0810000 196 32 000,0 Федеральные целевые программы 084 04 10 1000000 20 570,0 Федеральная целевая программа "Социальное развитие села до 2010 года" 084 04 10 1001100 20 570,0 Выполнение научно-исследовательских и опытно-конструкторских работ по государственным контрактам 084 04 10 1001100 196 20 570,0 Другие вопросы в области национальной экономики 084 04 11 275 803,0 Федеральные целевые программы 084 04 11 1000000 210 003,0 Федеральная целевая программа "Восстановление экономики и социальной сферы Чеченской Республики (2002 год и последующие годы)" 084 04 11 1005000 210 003,0 Строительство объектов для нужд отрасли 084 04 11 1005000 213 210 003,0 Непрограммные инвестиции в основные фонды 084 04 11 1020000 65 800,0 Строительство объектов общегражданского назначения 084 04 11 1020000 214 65 800,0 Образование 084 07 645 884,6 Среднее профессиональное образование 084 07 04 55 750,9 Средние специальные учебные заведения 084 07 04 4270000 55 750,9 Обеспечение деятельности подведомственных учреждений 084 07 04 4270000 327 55 750,9 Высшее профессиональное образование 084 07 06 590 133,7 Высшие учебные заведения 084 07 06 4300000 590 133,7 Обеспечение деятельности подведомственных учреждений 084 07 06 4300000 327 590 133,7 Культура, кинематография и средства массовой информации 084 08 10 433,7 Культура 084 08 01 10 433,7 Музеи и постоянные выставки 084 08 01 4410000 10 433,7 Обеспечение деятельности подведомственных учреждений 084 08 01 4410000 327 10 433,7 Социальная политика 084 10 6 370,8 Социальное обеспечение населения 084 10 03 6 370,8 Меры социальной поддержки граждан 084 10 03 5050000 6 370,8 Пособия и компенсации военнослужащим, приравненным к ним лицам, а также уволенным из их числа 084 10 03 5050000 472 6 370,8 Межбюджетные трансферты 084 11 149 600,0 Другие межбюджетные трансферты 084 11 03 149 600,0 Федеральные целевые программы 084 11 03 1000000 141 400,0 Федеральная целевая программа "Социальное развитие села до 2010 года" 084 11 03 1001100 50 000,0 Строительство объектов для нужд отрасли 084 11 03 1001100 213 50 000,0 Федеральная целевая программа "Социально-экономическое развитие Республики Татарстан до 2006 года" 084 11 03 1004900 50 000,0 Мероприятия по реализации федеральной целевой программы "Социально-экономическое развитие Республики Татарстан до 2006 года" 084 11 03 1004902 50 000,0 Строительство объектов для нужд отрасли 084 11 03 1004902 213 50 000,0 Федеральная целевая программа "Социально-экономическое развитие Республики Башкортостан до 2006 года" 084 11 03 1005200 41 400,0 Строительство объектов для нужд отрасли 084 11 03 1005200 213 41 400,0 Непрограммные инвестиции в основные фонды 084 11 03 1020000 8 200,0 Строительство объектов общегражданского назначения 084 11 03 1020000 214 8 200,0 ФЕДЕРАЛЬНОЕ АГЕНТСТВО ПО СЕЛЬСКОМУ ХОЗЯЙСТВУ 085 38 963 578,0 Национальная экономика 085 04 12 556 094,0 Сельское хозяйство и рыболовство 085 04 05 9 301 621,5 Международное сотрудничество 085 04 05 0300000 483 000,0 Обеспечение реализации соглашений с правительствами иностранных государств и организациями 085 04 05 0300000 122 483 000,0 Резервные фонды 085 04 05 0700000 7 260,0 Резервный фонд Правительства Российской Федерации по предупреждению и ликвидации чрезвычайных ситуаций и последствий стихийных бедствий 085 04 05 0700000 182 7 260,0 Федеральные целевые программы 085 04 05 1000000 553 980,0 Федеральная целевая программа "Социальное развитие села до 2010 года" 085 04 05 1001100 980,0 Мероприятия в области сельскохозяйственного производства 085 04 05 1001100 342 980,0 Федеральная целевая программа "Повышение плодородия почв России на 2002-2005 годы" 085 04 05 1002800 553 000,0 Мероприятия в области сельскохозяйственного производства 085 04 05 1002800 342 553 000,0 Сельскохозяйственное производство 085 04 05 2600000 1 387 970,0 Субсидирование процентных ставок по привлеченным кредитам в российских кредитных организациях 085 04 05 2600000 340 210 000,0 Мероприятия в области сельскохозяйственного производства 085 04 05 2600000 342 1 177 970,0 Учреждения, обеспечивающие предоставление услуг в области семеноводства, сохранения плодородия почв и защиты растений 085 04 05 2610000 5 282 532,0 Обеспечение деятельности подведомственных учреждений 085 04 05 2610000 327 5 282 532,0 Вопросы регулирования продовольственного рынка и государственных семенных фондов 085 04 05 2620000 322 487,7 Мероприятия по проведению товарных интервенций продовольственного зерна 085 04 05 2620000 343 33,0 Мероприятия по проведению закупочных интервенций продовольственного зерна 085 04 05 2620000 344 307 267,0 Формирование и использование государственных семенных фондов 085 04 05 2620000 345 15 187,7 Учреждения, обеспечивающие предоставление услуг в области животноводства 085 04 05 2630000 461 787,9 Обеспечение деятельности подведомственных учреждений 085 04 05 2630000 327 461 787,9 Учреждения, обеспечивающие предоставление услуг в области охраны животного мира 085 04 05 2640000 585 390,5 Обеспечение деятельности подведомственных учреждений 085 04 05 2640000 327 585 390,5 Учреждения, обеспечивающие предоставление услуг в области охраны сельских лесов, и лесные опытные хозяйства 085 04 05 2650000 153 794,6 Обеспечение деятельности подведомственных учреждений 085 04 05 2650000 327 153 794,6 Учреждения, обеспечивающие предоставление услуг по информационно-методологическому обеспечению в области сельского хозяйства 085 04 05 2660000 63 418,8 Обеспечение деятельности подведомственных учреждений 085 04 05 2660000 327 63 418,8 Прикладные научные исследования в области национальной экономики 085 04 10 215 230,7 Прикладные научные исследования и разработки 085 04 10 0810000 197 200,7 Выполнение научно-исследовательских и опытно-конструкторских работ по государственным контрактам 085 04 10 0810000 196 66 451,5 Обеспечение деятельности подведомственных учреждений 085 04 10 0810000 327 130 749,2 Федеральные целевые программы 085 04 10 1000000 18 030,0 Федеральная целевая программа "Социальное развитие села до 2010 года" 085 04 10 1001100 18 030,0 Выполнение научно-исследовательских и опытно-конструкторских работ по государственным контрактам 085 04 10 1001100 196 18 030,0 Другие вопросы в области национальной экономики 085 04 11 3 039 241,8 Руководство и управление в сфере установленных функций 085 04 11 0010000 75 001,8 Центральный аппарат 085 04 11 0010000 005 75 001,8 Федеральные целевые программы 085 04 11 1000000 2 425 240,0 Федеральная целевая программа "Повышение плодородия почв России на 2002-2005 годы" 085 04 11 1002800 2 033 600,0 Строительство объектов для нужд отрасли 085 04 11 1002800 213 2 033 600,0 Федеральная целевая программа "Восстановление экономики и социальной сферы Чеченской Республики (2002 год и последующие годы)" 085 04 11 1005000 391 640,0 Строительство объектов для нужд отрасли 085 04 11 1005000 213 391 640,0 Непрограммные инвестиции в основные фонды 085 04 11 1020000 539 000,0 Строительство объектов общегражданского назначения 085 04 11 1020000 214 539 000,0 Образование 085 07 9 187 970,0 Среднее профессиональное образование 085 07 04 2 956 531,3 Средние специальные учебные заведения 085 07 04 4270000 2 956 531,3 Обеспечение деятельности подведомственных учреждений 085 07 04 4270000 327 2 956 531,3 Переподготовка и повышение квалификации 085 07 05 227 557,4 Институты повышения квалификации 085 07 05 4280000 202 667,7 Обеспечение деятельности подведомственных учреждений 085 07 05 4280000 327 202 667,7 Учебные заведения и курсы по переподготовке кадров 085 07 05 4290000 24 889,7 Обеспечение деятельности подведомственных учреждений 085 07 05 4290000 327 24 889,7 Высшее профессиональное образование 085 07 06 5 997 114,9 Высшие учебные заведения 085 07 06 4300000 5 997 114,9 Обеспечение деятельности подведомственных учреждений 085 07 06 4300000 327 5 997 114,9 Другие вопросы в области образования 085 07 09 6 766,4 Учебно-методические кабинеты, централизованные бухгалтерии, группы хозяйственного обслуживания, учебные фильмотеки, межшкольные учебно- производственные комбинаты, логопедические пункты 085 07 09 4520000 6 766,4 Обеспечение деятельности подведомственных учреждений 085 07 09 4520000 327 6 766,4 Межбюджетные трансферты 085 11 17 219 514,0 Финансовая помощь бюджетам других уровней 085 11 01 12 930 100,0 Сельскохозяйственное производство 085</w:t>
      </w:r>
    </w:p>
    <w:p>
      <w:r>
        <w:rPr>
          <w:b/>
        </w:rPr>
        <w:t xml:space="preserve">2. </w:t>
      </w:r>
      <w:r>
        <w:t>пункт 15 части 1 признать утратившим силу</w:t>
      </w:r>
    </w:p>
    <w:p>
      <w:r>
        <w:rPr>
          <w:b/>
        </w:rPr>
        <w:t xml:space="preserve">2. </w:t>
      </w:r>
      <w:r>
        <w:t>дополнить частью 3 следующего содержания: "3. Федеральный орган исполнительной власти, осуществляющий функции по оказанию государственных услуг и управлению государственным имуществом в сфере здравоохранения и социального развития, вправе направить ассигнования федерального бюджета, образовавшиеся в результате экономии по компенсационным выплатам семьям погибших военнослужащих, предусмотренные по разделу "Социальная политика" функциональной классификации расходов бюджетов Российской Федерации, на дополнительное финансирование новых технологий протезирования для проведения реабилитационных мероприятий инвалидов и обеспечение инвалидов креслами-колясками новых модификаций различного функционального назначения с соответствующим увеличением ассигнований по федеральной целевой программе "Социальная поддержка инвалидов в Российской Федерации на 2000-2005 годы"."</w:t>
      </w:r>
    </w:p>
    <w:p>
      <w:r>
        <w:rPr>
          <w:b/>
        </w:rPr>
        <w:t xml:space="preserve">2. </w:t>
      </w:r>
      <w:r>
        <w:t>в части 1 слова "22 997 732,0 тыс. рублей" заменить словами "25 297 732,0 тыс. рублей"</w:t>
      </w:r>
    </w:p>
    <w:p>
      <w:r>
        <w:rPr>
          <w:b/>
        </w:rPr>
        <w:t xml:space="preserve">2. </w:t>
      </w:r>
      <w:r>
        <w:t>в пункте 1 части 2 слова "6 300 000,0 тыс. рублей" заменить словами "8 600 000,0 тыс. рублей"</w:t>
      </w:r>
    </w:p>
    <w:p>
      <w:r>
        <w:rPr>
          <w:b/>
        </w:rPr>
        <w:t xml:space="preserve">2. </w:t>
      </w:r>
      <w:r>
        <w:t>в части 1 слова "14 500 000,0 тыс. рублей" заменить словами "38 417 194,1 тыс. рублей", слова "и в сумме 21 649 194,1 тыс. рублей согласно приложению 16 1 " исключить</w:t>
      </w:r>
    </w:p>
    <w:p>
      <w:r>
        <w:rPr>
          <w:b/>
        </w:rPr>
        <w:t xml:space="preserve">2. </w:t>
      </w:r>
      <w:r>
        <w:t>в части 2 слова "5 000 000,0 тыс. рублей" заменить словами "13 639 111,2 тыс. рублей"</w:t>
      </w:r>
    </w:p>
    <w:p>
      <w:r>
        <w:rPr>
          <w:b/>
        </w:rPr>
        <w:t xml:space="preserve">2. </w:t>
      </w:r>
      <w:r>
        <w:t>в части 1: в пункте 1 слова "5 400 000,0 тыс. рублей" заменить словами "18 342 940,0 тыс. рублей"; в пункте 8 слова "6 549 540 тыс. рублей" заменить словами "9 549 540,0 тыс. рублей"</w:t>
      </w:r>
    </w:p>
    <w:p>
      <w:r>
        <w:rPr>
          <w:b/>
        </w:rPr>
        <w:t xml:space="preserve">2. </w:t>
      </w:r>
      <w:r>
        <w:t>дополнить частью 3 следующего содержания: "3. В случае возмещения бюджетами субъектов Российской Федерации местным бюджетам средств, предусмотренных пунктом 1 части 1 настоящей статьи, указанные средства могут направляться на цели, установленные соответствующими субъектами Российской Федерации."</w:t>
      </w:r>
    </w:p>
    <w:p>
      <w:r>
        <w:rPr>
          <w:b/>
        </w:rPr>
        <w:t xml:space="preserve">2. </w:t>
      </w:r>
      <w:r>
        <w:t>в части 1 слова "33 386 202,0 тыс. рублей" заменить словами "35 756 545,0 тыс. рублей"</w:t>
      </w:r>
    </w:p>
    <w:p>
      <w:r>
        <w:rPr>
          <w:b/>
        </w:rPr>
        <w:t xml:space="preserve">2. </w:t>
      </w:r>
      <w:r>
        <w:t>в пункте 2 части 2 слова "2 777 612,0 тыс. рублей" заменить словами "3 119 932,0 тыс. рублей", слова "и в сумме 342 320,0 тыс. рублей с распределением согласно приложению 22 1 " исключить</w:t>
      </w:r>
    </w:p>
    <w:p>
      <w:r>
        <w:rPr>
          <w:b/>
        </w:rPr>
        <w:t xml:space="preserve">2. </w:t>
      </w:r>
      <w:r>
        <w:t>в части 1: в пункте 1 слова "согласно приложениям 28 и 28 1 " заменить словами "согласно приложению 28"; в пункте 2 слова "согласно приложениям 29 (секретно) и 29 1 (секретно)" заменить словами "согласно приложению 29 (секретно)"</w:t>
      </w:r>
    </w:p>
    <w:p>
      <w:r>
        <w:rPr>
          <w:b/>
        </w:rPr>
        <w:t xml:space="preserve">2. </w:t>
      </w:r>
      <w:r>
        <w:t>в пункте 7 части 2 цифры "36 1 ," исключить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