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Королевством Испания о морском судоходстве</w:t>
      </w:r>
    </w:p>
    <w:p>
      <w:r>
        <w:rPr>
          <w:b/>
        </w:rPr>
        <w:t>Статья None. Федеральный закон   от 19.12.2005 № 166-ФЗ</w:t>
      </w:r>
    </w:p>
    <w:p>
      <w:r>
        <w:t>О ратификации Соглашения между Российской Федерацией и Королевством Испания о морском судоходстве РОССИЙСКАЯ ФЕДЕРАЦИЯ ФЕДЕРАЛЬНЫЙ ЗАКОН О ратификации Соглашения между Российской Федерацией и Королевством Испания о морском судоходстве Принят Государственной Думой 23 ноября 2005 года Одобрен Советом Федерации 7 декабря 2005 года Ратифицировать Соглашение между Российской Федерацией и Королевством Испания о морском судоходстве, подписанное в городе Москве 22 мая 2001 года. Президент Российской Федерации В.Путин Москва, Кремль 19 декабря 2005 года № 166-ФЗ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