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28.3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03.03.2006 № 30-ФЗ</w:t>
      </w:r>
    </w:p>
    <w:p>
      <w:r>
        <w:t>О внесении изменения в статью 28.3 Кодекса Российской Федерации об административных правонарушениях РОССИЙСКАЯ ФЕДЕРАЦИЯ ФЕДЕРАЛЬНЫЙ ЗАКОН О внесении изменения в статью 28.3 Кодекса Российской Федерации об административных правонарушениях Принят Государственной Думой 8 февраля 2006 года Одобрен Советом Федерации 22 февраля 2006 года Внести в абзац второй части 3 статьи 28.3 Кодекса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10) изменение, заменив слова "17.7 и 17.9" словами "17.7, 17.9 и частью 1 статьи 20.25". Президент Российской Федерации В.Путин Москва, Кремль 3 марта 2006 года № 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