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Конвенции Совета Европы о предупреждении терроризма</w:t>
      </w:r>
    </w:p>
    <w:p>
      <w:r>
        <w:rPr>
          <w:b/>
        </w:rPr>
        <w:t>Статья None. Федеральный закон   от 20.04.2006 № 56-ФЗ</w:t>
      </w:r>
    </w:p>
    <w:p>
      <w:r>
        <w:t>О ратификации Конвенции Совета Европы о предупреждении терроризма РОССИЙСКАЯ ФЕДЕРАЦИЯ ФЕДЕРАЛЬНЫЙ ЗАКОН О ратификации Конвенции Совета Европы о предупреждении терроризма Принят Государственной Думой 24 марта 2006 года Одобрен Советом Федерации 7 апреля 2006 года Ратифицировать Конвенцию Совета Европы о предупреждении терроризма от 16 мая 2005 года, подписанную от имени Российской Федерации в городе Страсбурге 17 ноября 2005 года (далее - Конвенция), со следующими заявлениями</w:t>
      </w:r>
    </w:p>
    <w:p>
      <w:r>
        <w:t>Российская Федерация заявляет, что она обладает юрисдикцией в отношении деяний, признанных преступными согласно статьям 5 - 7 и 9 Конвенции, в случаях, предусмотренных пунктами 1 и 2 статьи 14 Конвенции</w:t>
      </w:r>
    </w:p>
    <w:p>
      <w:r>
        <w:t>Российская Федерация исходит из того, что положения статьи 21 Конвенции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по вопросам выдачи и правовой помощи. Президент Российской Федерации В.Путин Москва, Кремль 20 апреля 2006 года № 56-ФЗ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