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союзнических отношениях между Российской Федерацией и Республикой Узбекистан</w:t>
      </w:r>
    </w:p>
    <w:p>
      <w:r>
        <w:rPr>
          <w:b/>
        </w:rPr>
        <w:t>Статья None. Федеральный закон   от 06.05.2006 № 64-ФЗ</w:t>
      </w:r>
    </w:p>
    <w:p>
      <w:r>
        <w:t>О ратификации Договора о союзнических отношениях между Российской Федерацией и Республикой Узбекистан РОССИЙСКАЯ ФЕДЕРАЦИЯ ФЕДЕРАЛЬНЫЙ ЗАКОН О ратификации Договора о союзнических отношениях между Российской Федерацией и Республикой Узбекистан Принят Государственной Думой 21 апреля 2006 года Одобрен Советом Федерации 26 апреля 2006 года Ратифицировать Договор о союзнических отношениях между Российской Федерацией и Республикой Узбекистан, подписанный в городе Москве 14 ноября 2005 года. Президент Российской Федерации В.Путин Москва, Кремль 6 мая 2006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