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Алжирской Народной Демократической Республики о торгово-экономических и финансовых отношениях и об урегулировании задолженности Алжирской Народной Демократической Республики перед Российской Федерацией по ранее предоставленным кредитам и Протокола к нему</w:t>
      </w:r>
    </w:p>
    <w:p>
      <w:r>
        <w:rPr>
          <w:b/>
        </w:rPr>
        <w:t>Статья None. Федеральный закон   от 06.06.2006 № 79-ФЗ</w:t>
      </w:r>
    </w:p>
    <w:p>
      <w:r>
        <w:t>О ратификации Соглашения между Правительством Российской Федерации и Правительством Алжирской Народной Демократической Республики о торгово-экономических и финансовых отношениях и об урегулировании задолженности Алжирской Народной Демократической Республики перед Российской Федерацией по ранее предоставленным кредитам и Протокола к нему РОССИЙСКАЯ ФЕДЕРАЦИЯ ФЕДЕРАЛЬНЫЙ ЗАКОН О ратификации Соглашения между Правительством Российской Федерации и Правительством Алжирской Народной Демократической Республики о торгово-экономических и финансовых отношениях и об урегулировании задолженности Алжирской Народной Демократической Республики перед Российской Федерацией по ранее предоставленным кредитам и Протокола к нему Принят Государственной Думой 26 мая 2006 года Одобрен Советом Федерации 2 июня 2006 года Ратифицировать Соглашение между Правительством Российской Федерации и Правительством Алжирской Народной Демократической Республики о торгово-экономических и финансовых отношениях и об урегулировании задолженности Алжирской Народной Демократической Республики перед Российской Федерацией по ранее предоставленным кредитам и Протокол к нему, подписанные в городе Алжире 10 марта 2006 года. Президент Российской Федерации В.Путин Москва, Кремль 6 июня 2006 года № 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