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бюджете Фонда социального страхования Российской Федерации на 2005 год"</w:t>
      </w:r>
    </w:p>
    <w:p>
      <w:r>
        <w:rPr>
          <w:b/>
        </w:rPr>
        <w:t>Статья 1</w:t>
      </w:r>
    </w:p>
    <w:p>
      <w:r>
        <w:t>Внести в Федеральный закон от 29 декабря 2004 года № 202-ФЗ "О бюджете Фонда социального страхования Российской Федерации на 2005 год" (Собрание законодательства Российской Федерации, 2005, № 1, ст. 28) следующие изменения</w:t>
      </w:r>
    </w:p>
    <w:p>
      <w:r>
        <w:t>часть 1 статьи 1 изложить в следующей редакции: "1. Утвердить бюджет Фонда социального страхования Российской Федерации (далее - Фонд) на 2005 год по доходам в сумме 188 014 700,4 тыс. рублей, из них на обязательное социальное страхование 152 541 273,2 тыс. рублей, и по расходам в сумме 193 298 642,6 тыс. рублей, из них на обязательное социальное страхование 158 181 016,8 тыс. рублей."</w:t>
      </w:r>
    </w:p>
    <w:p>
      <w:r>
        <w:t>в статье 4 слова "14 223 448,9 тыс. рублей" заменить словами "16 723 492,8 тыс. рублей"</w:t>
      </w:r>
    </w:p>
    <w:p>
      <w:r>
        <w:t>в приложении 2: по коду бюджетной классификации 000 1 00 00000 00 0000 000 цифры "185 514 656,5" заменить цифрами "188 014 700,4"; по коду бюджетной классификации 000 2 00 00000 00 0000 000 цифры "14 377 048,9" заменить цифрами "16 877 092,8"; по коду бюджетной классификации 000 2 02 00000 00 0000 000 цифры "14 377 048,9" заменить цифрами "16 877 092,8"; по коду бюджетной классификации 000 2 02 02000 00 0000 151 цифры "14 377 048,9" заменить цифрами "16 877 092,8"; по коду бюджетной классификации 092 2 02 02010 07 0000 151 цифры "14 377 048,9" заменить цифрами "16 877 092,8"; по коду бюджетной классификации 092 2 02 02012 07 0000 151 цифры "9 569 455,0" заменить цифрами "12 069 498,9"; в позиции "Всего доходов" цифры "185 514 656,5" заменить цифрами "188 014 700,4"</w:t>
      </w:r>
    </w:p>
    <w:p>
      <w:r>
        <w:t>в приложении 3: строку заменить строкой следующего содержания: строку заменить строкой следующего содержания: строку Другие вопросы в области социальной политики заменить строкой следующего содержания: Другие вопросы в области социальной политики строку Реализация государственных функций в области социальной политики заменить строкой следующего содержания: Реализация государственных функций в области социальной политики строку Реализация мер социальной поддержки отдельных категорий граждан по санаторно-курортному лечению, включая проезд к месту лечения и обратно заменить строкой следующего содержания: Реализация мер социальной поддержки отдельных категорий граждан по санаторно-курортному лечению, включая проезд к месту лечения и обратно в позиции "Всего расходов" цифры "190 798 598,7" заменить цифрами "193 298 642,6"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Федерального закона от 29 декабря 2004 года № 202-ФЗ "О бюджете Фонда социального страхования Российской Федерации на 2005 год" (в редакции настоящего Федерального закона) распространяется на правоотношения, возникшие с 1 января 2005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