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Корея о сотрудничестве в области исследования и использования космического пространства в мирных целях</w:t>
      </w:r>
    </w:p>
    <w:p>
      <w:r>
        <w:rPr>
          <w:b/>
        </w:rPr>
        <w:t>Статья None. Федеральный закон   от 25.07.2006 № 122-ФЗ</w:t>
      </w:r>
    </w:p>
    <w:p>
      <w:r>
        <w:t>О ратификации Соглашения между Правительством Российской Федерации и Правительством Республики Корея о сотрудничестве в области исследования и использования космического пространства в мирных целях РОССИЙСКАЯ ФЕДЕРАЦИЯ ФЕДЕРАЛЬНЫЙ ЗАКОН О ратификации Соглашения между Правительством Российской Федерации и Правительством Республики Корея о сотрудничестве в области исследования и использования космического пространства в мирных целях Принят Государственной Думой 7 июля 2006 года Одобрен Советом Федерации 14 июля 2006 года Ратифицировать Соглашение между Правительством Российской Федерации и Правительством Республики Корея о сотрудничестве в области исследования и использования космического пространства в мирных целях, подписанное в городе Москве 21 сентября 2004 года. Президент Российской Федерации В.Путин Москва, Кремль 25 июля 2006 года № 122-ФЗ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