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присоединении Республики Узбекистан к Договору об учреждении Евразийского экономического сообщества от 10 октября 2000 года и Протокола о внесении изменений и дополнений в Договор об учреждении Евразийского экономического сообщества от 10 октября 2000 года</w:t>
      </w:r>
    </w:p>
    <w:p>
      <w:r>
        <w:rPr>
          <w:b/>
        </w:rPr>
        <w:t>Статья None. Федеральный закон   от 25.07.2006 № 124-ФЗ</w:t>
      </w:r>
    </w:p>
    <w:p>
      <w:r>
        <w:t>О ратификации Протокола о присоединении Республики Узбекистан к Договору об учреждении Евразийского экономического сообщества от 10 октября 2000 года и Протокола о внесении изменений и дополнений в Договор об учреждении Евразийского экономического сообщества от 10 октября 2000 года РОССИЙСКАЯ ФЕДЕРАЦИЯ ФЕДЕРАЛЬНЫЙ ЗАКОН О ратификации Протокола о присоединении Республики Узбекистан к Договору об учреждении Евразийского экономического сообщества от 10 октября 2000 года и Протокола о внесении изменений и дополнений в Договор об учреждении Евразийского экономического сообщества от 10 октября 2000 года Принят Государственной Думой 5 июля 2006 года Одобрен Советом Федерации 14 июля 2006 года Ратифицировать Протокол о присоединении Республики Узбекистан к Договору об учреждении Евразийского экономического сообщества от 10 октября 2000 года и Протокол о внесении изменений и дополнений в Договор об учреждении Евразийского экономического сообщества от 10 октября 2000 года, подписанные в городе Санкт-Петербурге 25 января 2006 года. Президент Российской Федерации В.Путин Москва, Кремль 25 июля 2006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