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размещении заказов на поставки товаров, выполнение работ, оказание услуг для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Федеральный закон от 21 июля 2005 года N 94-ФЗ "О размещении заказов на поставки товаров, выполнение работ, оказание услуг для государственных и муниципальных нужд" (Собрание законодательства Российской Федерации, 2005, N 30, ст. 3105; 2006, N 1, ст. 18) следующие изменения: 1) статью 9 дополнить частью 7-1 следующего содержания: "7-1. При размещении заказа на оказание услуг связи федеральным органом исполнительной власти, в ведении которого находятся сети связи специального назначения, предназначенные для нужд обороны страны, безопасности государства и обеспечения правопорядка, и который выступает государственным заказчиком, начальная цена государственного контракта, а также цена государственного контракта в случае размещения заказа указанным органом у единственного исполнителя должна определяться в порядке, установленном Правительством Российской Федерации, исходя из необходимости компенсации экономически обоснованных затрат, связанных с оказанием данных услуг, и возмещения обоснованной нормы прибыли (рентабельности) от капитала, используемого при оказании данных услуг."; 2) часть 2 статьи 55 дополнить пунктом 12 следующего содержания: "12) размещается заказ на оказание услуг связи для нужд обороны страны, безопасности государства и обеспечения правопорядка в порядке, предусмотренном статьей 55-1 настоящего Федерального закона."; 3) главу 6 дополнить статьей 55-1 следующего содержания: "Статья 55-1. Особенности размещения заказа на оказание услуг связи для нужд обороны страны, безопасности государства и обеспечения правопорядка у единственного исполнителя 1. В случае, если не подана ни одна котировочная заявка либо если конкурс или аукцион признан несостоявшимся и государственный контракт на оказание услуг связи для нужд обороны страны, безопасности государства и обеспечения правопорядка не заключен в соответствии с частью 12 статьи 25, частью 5 статьи 27, частью 1 статьи 31, частью 12 статьи 35, частью 6 статьи 36, частью 13 статьи 37, частью 1 статьи 40 настоящего Федерального закона, федеральный орган исполнительной власти, в ведении которого находятся сети связи специального назначения, предназначенные для нужд обороны страны, безопасности государства и обеспечения правопорядка, и который выступает государственным заказчиком, вправе осуществить повторное размещение заказа путем запроса котировок, провести повторный конкурс или аукцион либо обратиться в Правительство Российской Федерации с представлением о возложении на оператора связи обязанности оказания услуг связи для нужд обороны страны, безопасности государства и обеспечения правопорядка.</w:t>
      </w:r>
    </w:p>
    <w:p>
      <w:r>
        <w:rPr>
          <w:b/>
        </w:rPr>
        <w:t xml:space="preserve">2. </w:t>
      </w:r>
      <w:r>
        <w:t>На основании представления, указанного в части 1 настоящей статьи и согласованного с федеральным органом исполнительной власти в области связи, обязанность оказания услуг связи для нужд обороны страны, безопасности государства и обеспечения правопорядка возлагается решением Правительства Российской Федерации на указанного в таком представлении оператора связи, имеющего лицензию на осуществление деятельности в области оказания услуг связи и техническую возможность реализации заявленных услуг связи. При этом государственный контракт должен быть заключен с указанным оператором связи на условиях, предусмотренных конкурсной документацией, документацией об аукционе или извещением о проведении запроса котировок; цена заключенного контракта не должна превышать начальную цену контракта, указанную в извещении о проведении открытого конкурса, приглашении принять участие в закрытом конкурсе, извещении о проведении открытого аукциона, приглашении принять участие в закрытом аукционе или в извещении о проведении запроса котировок</w:t>
      </w:r>
    </w:p>
    <w:p>
      <w:r>
        <w:rPr>
          <w:b/>
        </w:rPr>
        <w:t xml:space="preserve">3. </w:t>
      </w:r>
      <w:r>
        <w:t>Указанный в части 2 настоящей статьи оператор связи не вправе отказаться от возложенной на него обязанности по оказанию услуг связи для нужд обороны страны, безопасности государства и обеспечения правопорядка."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