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персональных данных</w:t>
      </w:r>
    </w:p>
    <w:p>
      <w:pPr>
        <w:pStyle w:val="Heading3"/>
      </w:pPr>
      <w:r>
        <w:t>Общие положения</w:t>
      </w:r>
    </w:p>
    <w:p>
      <w:r>
        <w:rPr>
          <w:b/>
        </w:rPr>
        <w:t>Статья 1. Сфера действия настоящего Федерального закона</w:t>
      </w:r>
    </w:p>
    <w:p>
      <w:r>
        <w:rPr>
          <w:b/>
        </w:rPr>
        <w:t xml:space="preserve">1. </w:t>
      </w:r>
      <w:r>
        <w:t>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 (В редакции Федерального закона от 25.07.2011 № 261-ФЗ)</w:t>
      </w:r>
    </w:p>
    <w:p>
      <w:r>
        <w:rPr>
          <w:b/>
        </w:rPr>
        <w:t xml:space="preserve">11. </w:t>
      </w:r>
      <w:r>
        <w:t>Положения настоящего Федерального закона применяются к обработке персональных данных граждан Российской Федерации, осуществляемой иностранными юридическими лицами или иностранными физическими лицами, на основании договора, стороной которого являются граждане Российской Федерации, иных соглашений между иностранными юридическими лицами, иностранными физическими лицами и гражданами Российской Федерации либо на основании согласия гражданина Российской Федерации на обработку его персональных данных. (Дополнение частью - Федеральный закон от 14.07.2022 № 266-ФЗ)</w:t>
      </w:r>
    </w:p>
    <w:p>
      <w:r>
        <w:rPr>
          <w:b/>
        </w:rPr>
        <w:t xml:space="preserve">2. </w:t>
      </w:r>
      <w:r>
        <w:t>Действие настоящего Федерального закона не распространяется на отношения, возникающие при</w:t>
      </w:r>
    </w:p>
    <w:p>
      <w:r>
        <w:rPr>
          <w:b/>
        </w:rPr>
        <w:t xml:space="preserve">3. </w:t>
      </w:r>
      <w:r>
        <w:t>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законом от 22 декабря 2008 года № 262-ФЗ "Об обеспечении доступа к информации о деятельности судов в Российской Федерации". (Дополнение частью - Федеральный закон от 29.07.2017 № 223-ФЗ)</w:t>
      </w:r>
    </w:p>
    <w:p>
      <w:r>
        <w:rPr>
          <w:b/>
        </w:rPr>
        <w:t xml:space="preserve">2. </w:t>
      </w:r>
      <w:r>
        <w:t>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
        <w:rPr>
          <w:b/>
        </w:rPr>
        <w:t xml:space="preserve">2. </w:t>
      </w:r>
      <w:r>
        <w:t>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законодательством об архивном деле в Российской Федерации</w:t>
      </w:r>
    </w:p>
    <w:p>
      <w:r>
        <w:rPr>
          <w:b/>
        </w:rPr>
        <w:t xml:space="preserve">2. </w:t>
      </w:r>
      <w:r>
        <w:t>(Пункт утратил силу - Федеральный закон от 25.07.2011 № 261-ФЗ) 4) обработке персональных данных, отнесенных в установленном порядке к сведениям, составляющим государственную тайну</w:t>
      </w:r>
    </w:p>
    <w:p>
      <w:r>
        <w:rPr>
          <w:b/>
        </w:rPr>
        <w:t xml:space="preserve">2. </w:t>
      </w:r>
      <w:r>
        <w:t>(Дополнение пунктом - Федеральный закон от 28.06.2010 № 123-ФЗ) (Утратил силу - Федеральный закон от 29.07.2017 № 223-ФЗ)</w:t>
      </w:r>
    </w:p>
    <w:p>
      <w:r>
        <w:rPr>
          <w:b/>
        </w:rPr>
        <w:t>Статья 2. Цель настоящего Федерального закона</w:t>
      </w:r>
    </w:p>
    <w:p>
      <w: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
        <w:rPr>
          <w:b/>
        </w:rPr>
        <w:t>Статья 3. Основные понятия, используемые в настоящем Федеральном законе</w:t>
      </w:r>
    </w:p>
    <w:p>
      <w:r>
        <w:t>В целях настоящего Федерального закона используются следующие основные понятия</w:t>
      </w:r>
    </w:p>
    <w:p>
      <w: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
        <w:t>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 (Дополнение пунктом - Федеральный закон от 30.12.2020 № 519-ФЗ) 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
        <w:t>автоматизированная обработка персональных данных - обработка персональных данных с помощью средств вычислительной техники</w:t>
      </w:r>
    </w:p>
    <w:p>
      <w:r>
        <w:t>распространение персональных данных - действия, направленные на раскрытие персональных данных неопределенному кругу лиц</w:t>
      </w:r>
    </w:p>
    <w:p>
      <w:r>
        <w:t>предоставление персональных данных - действия, направленные на раскрытие персональных данных определенному лицу или определенному кругу лиц</w:t>
      </w:r>
    </w:p>
    <w:p>
      <w: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 (Статья в редакции Федерального закона от 25.07.2011 № 261-ФЗ)</w:t>
      </w:r>
    </w:p>
    <w:p>
      <w:r>
        <w:rPr>
          <w:b/>
        </w:rPr>
        <w:t>Статья 4. Законодательство Российской Федерации в области персональных данных</w:t>
      </w:r>
    </w:p>
    <w:p>
      <w:r>
        <w:rPr>
          <w:b/>
        </w:rPr>
        <w:t xml:space="preserve">1. </w:t>
      </w:r>
      <w:r>
        <w:t>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r>
        <w:rPr>
          <w:b/>
        </w:rPr>
        <w:t xml:space="preserve">2. </w:t>
      </w:r>
      <w:r>
        <w:t>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 (В редакции Федерального закона от 25.07.2011 № 261-ФЗ)</w:t>
      </w:r>
    </w:p>
    <w:p>
      <w:r>
        <w:rPr>
          <w:b/>
        </w:rPr>
        <w:t xml:space="preserve">3. </w:t>
      </w:r>
      <w:r>
        <w:t>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актами Российской Федерации с учетом положений настоящего Федерального закона</w:t>
      </w:r>
    </w:p>
    <w:p>
      <w:r>
        <w:rPr>
          <w:b/>
        </w:rPr>
        <w:t xml:space="preserve">31. </w:t>
      </w:r>
      <w:r>
        <w:t>Нормативные правовые акты, принимаемые в соответствии с частью 2 настоящей статьи, подлежат обязательному согласованию с уполномоченным органом по защите прав субъектов персональных данных в случаях, если указанные нормативные правовые акты регулируют отношения, связанные с осуществлением трансграничной передачи персональных данных, обработкой специальных категорий персональных данных, биометрических персональных данных, персональных данных несовершеннолетних, предоставлением, распространением персональных данных, полученных в результате обезличивания. Срок указанного согласования не может превышать тридцать дней с даты поступления соответствующего нормативного правового акта в уполномоченный орган по защите прав субъектов персональных данных. (Дополнение частью - Федеральный закон от 14.07.2022 № 266-ФЗ)</w:t>
      </w:r>
    </w:p>
    <w:p>
      <w:r>
        <w:rPr>
          <w:b/>
        </w:rPr>
        <w:t xml:space="preserve">4.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 xml:space="preserve">5.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pPr>
        <w:pStyle w:val="Heading3"/>
      </w:pPr>
      <w:r>
        <w:t>Принципы и условия обработки персональных данных</w:t>
      </w:r>
    </w:p>
    <w:p>
      <w:r>
        <w:rPr>
          <w:b/>
        </w:rPr>
        <w:t>Статья 5. Принципы обработки персональных данных</w:t>
      </w:r>
    </w:p>
    <w:p>
      <w:r>
        <w:rPr>
          <w:b/>
        </w:rPr>
        <w:t xml:space="preserve">1. </w:t>
      </w:r>
      <w:r>
        <w:t>Обработка персональных данных должна осуществляться на законной и справедливой основе</w:t>
      </w:r>
    </w:p>
    <w:p>
      <w:r>
        <w:rPr>
          <w:b/>
        </w:rPr>
        <w:t xml:space="preserve">2. </w:t>
      </w:r>
      <w:r>
        <w:t>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
        <w:rPr>
          <w:b/>
        </w:rPr>
        <w:t xml:space="preserve">3. </w:t>
      </w:r>
      <w:r>
        <w:t>Не допускается объединение баз данных, содержащих персональные данные, обработка которых осуществляется в целях, несовместимых между собой</w:t>
      </w:r>
    </w:p>
    <w:p>
      <w:r>
        <w:rPr>
          <w:b/>
        </w:rPr>
        <w:t xml:space="preserve">4. </w:t>
      </w:r>
      <w:r>
        <w:t>Обработке подлежат только персональные данные, которые отвечают целям их обработки</w:t>
      </w:r>
    </w:p>
    <w:p>
      <w:r>
        <w:rPr>
          <w:b/>
        </w:rPr>
        <w:t xml:space="preserve">5. </w:t>
      </w:r>
      <w:r>
        <w:t>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
        <w:rPr>
          <w:b/>
        </w:rPr>
        <w:t xml:space="preserve">6. </w:t>
      </w:r>
      <w:r>
        <w:t>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
        <w:rPr>
          <w:b/>
        </w:rPr>
        <w:t xml:space="preserve">7. </w:t>
      </w:r>
      <w:r>
        <w:t>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 (Статья в редакции Федерального закона от 25.07.2011 № 261-ФЗ)</w:t>
      </w:r>
    </w:p>
    <w:p>
      <w:r>
        <w:rPr>
          <w:b/>
        </w:rPr>
        <w:t>Статья 6. Условия обработки персональных данных</w:t>
      </w:r>
    </w:p>
    <w:p>
      <w:r>
        <w:rPr>
          <w:b/>
        </w:rPr>
        <w:t xml:space="preserve">1. </w:t>
      </w:r>
      <w:r>
        <w:t>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
        <w:rPr>
          <w:b/>
        </w:rPr>
        <w:t xml:space="preserve">11. </w:t>
      </w:r>
      <w:r>
        <w:t>Обработка персональных данных объектов государственной охраны и членов их семей осуществляется с учетом особенностей, предусмотренных Федеральным законом от 27 мая 1996 года № 57-ФЗ "О государственной охране". (Дополнение частью - Федеральный закон от 01.07.2017 № 148-ФЗ)</w:t>
      </w:r>
    </w:p>
    <w:p>
      <w:r>
        <w:rPr>
          <w:b/>
        </w:rPr>
        <w:t xml:space="preserve">12. </w:t>
      </w:r>
      <w:r>
        <w:t>Обработка персональных данных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осуществляется с учетом особенностей, предусмотренных соответственно Федеральным законом от 3 апреля 1995 года № 40-ФЗ "О федеральной службе безопасности", Федеральным законом от 20 апреля 1995 года № 45-ФЗ "О государственной защите судей, должностных лиц правоохранительных и контролирующих органов", Федеральным законом от 10 января 1996 года № 5-ФЗ "О внешней разведке", Федеральным законом от 27 мая 1996 года № 57-ФЗ "О государственной охране", Федеральным законом от 20 августа 2004 года № 119-ФЗ "О государственной защите потерпевших, свидетелей и иных участников уголовного судопроизводства", Федеральным законом от 7 февраля 2011 года № 3-ФЗ "О полиции". (Дополнение частью - Федеральный закон от 28.02.2025 № 23-ФЗ)</w:t>
      </w:r>
    </w:p>
    <w:p>
      <w:r>
        <w:rPr>
          <w:b/>
        </w:rPr>
        <w:t xml:space="preserve">2. </w:t>
      </w:r>
      <w:r>
        <w:t>Особенности обработки специальных категорий персональных данных, а также биометрических персональных данных устанавливаются соответственно статьями 10 и 11 настоящего Федерального закона</w:t>
      </w:r>
    </w:p>
    <w:p>
      <w:r>
        <w:rPr>
          <w:b/>
        </w:rPr>
        <w:t xml:space="preserve">3. </w:t>
      </w:r>
      <w:r>
        <w:t>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настоящего Федерального закона, обязанность по запросу оператора персональных данных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настоящего Федерального закона, в том числе требование об уведомлении оператора о случаях, предусмотренных частью 31 статьи 21 настоящего Федерального закона. (В редакции Федерального закона от 14.07.2022 № 266-ФЗ)</w:t>
      </w:r>
    </w:p>
    <w:p>
      <w:r>
        <w:rPr>
          <w:b/>
        </w:rPr>
        <w:t xml:space="preserve">4. </w:t>
      </w:r>
      <w:r>
        <w:t>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
        <w:rPr>
          <w:b/>
        </w:rPr>
        <w:t xml:space="preserve">5. </w:t>
      </w:r>
      <w:r>
        <w:t>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
        <w:rPr>
          <w:b/>
        </w:rPr>
        <w:t xml:space="preserve">6. </w:t>
      </w:r>
      <w:r>
        <w:t>В случае, если оператор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оператор и лицо, осуществляющее обработку персональных данных по поручению оператора. (Дополнение частью - Федеральный закон от 14.07.2022 № 266-ФЗ) (Статья в редакции Федерального закона от 25.07.2011 № 261-ФЗ)</w:t>
      </w:r>
    </w:p>
    <w:p>
      <w:r>
        <w:rPr>
          <w:b/>
        </w:rPr>
        <w:t xml:space="preserve">1. </w:t>
      </w:r>
      <w:r>
        <w:t>обработка персональных данных осуществляется с согласия субъекта персональных данных на обработку его персональных данных</w:t>
      </w:r>
    </w:p>
    <w:p>
      <w:r>
        <w:rPr>
          <w:b/>
        </w:rPr>
        <w:t xml:space="preserve">1. </w:t>
      </w:r>
      <w: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
        <w:rPr>
          <w:b/>
        </w:rPr>
        <w:t xml:space="preserve">1. </w:t>
      </w:r>
      <w:r>
        <w:t>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(В редакции Федерального закона от 29.07.2017 № 223-ФЗ) 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(далее - исполнение судебного акта); (Дополнение пунктом - Федеральный закон от 29.07.2017 № 223-ФЗ) 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 (В редакции Федерального закона от 05.04.2013 № 43-ФЗ) 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 (В редакции федеральных законов от 21.12.2013 № 363-ФЗ, от 03.07.2016 № 231-ФЗ, от 14.07.2022 № 266-ФЗ) 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
        <w:rPr>
          <w:b/>
        </w:rPr>
        <w:t xml:space="preserve">1. </w:t>
      </w:r>
      <w:r>
        <w:t>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 (В редакции Федерального закона от 03.07.2016 № 231-ФЗ) 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
        <w:rPr>
          <w:b/>
        </w:rPr>
        <w:t xml:space="preserve">1. </w:t>
      </w:r>
      <w:r>
        <w:t>обработка персональных данных осуществляется в статистических или иных исследовательских целях, за исключением целей, указанных в статье 15 настоящего Федерального закона, при условии обязательного обезличивания персональных данных</w:t>
      </w:r>
    </w:p>
    <w:p>
      <w:r>
        <w:rPr>
          <w:b/>
        </w:rPr>
        <w:t xml:space="preserve">1. </w:t>
      </w:r>
      <w:r>
        <w:t>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законом от 24 апреля 2020 года №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"О персональных данных" и Федеральным законом от 31 июля 2020 года №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 (Дополнение пунктом - Федеральный закон от 24.04.2020 № 123-ФЗ) (В редакции Федерального закона от 02.07.2021 № 331-ФЗ) 10) (Пункт утратил силу - Федеральный закон от 30.12.2020 № 519-ФЗ) 11) осуществляется обработка персональных данных, подлежащих опубликованию или обязательному раскрытию в соответствии с федеральным законом</w:t>
      </w:r>
    </w:p>
    <w:p>
      <w:r>
        <w:rPr>
          <w:b/>
        </w:rPr>
        <w:t>Статья 7. Конфиденциальность персональных данных</w:t>
      </w:r>
    </w:p>
    <w:p>
      <w:r>
        <w:t>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(Статья в редакции Федерального закона от 25.07.2011 № 261-ФЗ)</w:t>
      </w:r>
    </w:p>
    <w:p>
      <w:r>
        <w:rPr>
          <w:b/>
        </w:rPr>
        <w:t>Статья 8. Общедоступные источники персональных данных</w:t>
      </w:r>
    </w:p>
    <w:p>
      <w:r>
        <w:rPr>
          <w:b/>
        </w:rPr>
        <w:t xml:space="preserve">1. </w:t>
      </w:r>
      <w:r>
        <w:t>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 (В редакции Федерального закона от 25.07.2011 № 261-ФЗ)</w:t>
      </w:r>
    </w:p>
    <w:p>
      <w:r>
        <w:rPr>
          <w:b/>
        </w:rPr>
        <w:t xml:space="preserve">2. </w:t>
      </w:r>
      <w:r>
        <w:t>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 (В редакции Федерального закона от 25.07.2011 № 261-ФЗ)</w:t>
      </w:r>
    </w:p>
    <w:p>
      <w:r>
        <w:rPr>
          <w:b/>
        </w:rPr>
        <w:t>Статья 9. Согласие субъекта персональных данных на обработку его персональных данных</w:t>
      </w:r>
    </w:p>
    <w:p>
      <w:r>
        <w:rPr>
          <w:b/>
        </w:rPr>
        <w:t xml:space="preserve">1. </w:t>
      </w:r>
      <w:r>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 (В редакции Федерального закона от 14.07.2022 № 266-ФЗ)</w:t>
      </w:r>
    </w:p>
    <w:p>
      <w:r>
        <w:rPr>
          <w:b/>
        </w:rPr>
        <w:t xml:space="preserve">2. </w:t>
      </w:r>
      <w:r>
        <w:t>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настоящего Федерального закона</w:t>
      </w:r>
    </w:p>
    <w:p>
      <w:r>
        <w:rPr>
          <w:b/>
        </w:rPr>
        <w:t xml:space="preserve">3. </w:t>
      </w:r>
      <w:r>
        <w:t>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пунктах 2 - 11 части 1 статьи 6, части 2 статьи 10 и части 2 статьи 11 настоящего Федерального закона, возлагается на оператора</w:t>
      </w:r>
    </w:p>
    <w:p>
      <w:r>
        <w:rPr>
          <w:b/>
        </w:rPr>
        <w:t xml:space="preserve">4. </w:t>
      </w:r>
      <w:r>
        <w:t>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
        <w:rPr>
          <w:b/>
        </w:rPr>
        <w:t xml:space="preserve">5. </w:t>
      </w:r>
      <w:r>
        <w:t>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
        <w:rPr>
          <w:b/>
        </w:rPr>
        <w:t xml:space="preserve">6. </w:t>
      </w:r>
      <w:r>
        <w:t>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
        <w:rPr>
          <w:b/>
        </w:rPr>
        <w:t xml:space="preserve">7. </w:t>
      </w:r>
      <w:r>
        <w:t>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
        <w:rPr>
          <w:b/>
        </w:rPr>
        <w:t xml:space="preserve">8. </w:t>
      </w:r>
      <w:r>
        <w:t>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пунктах 2 - 11 части 1 статьи 6, части 2 статьи 10 и части 2 статьи 11 настоящего Федерального закона</w:t>
      </w:r>
    </w:p>
    <w:p>
      <w:r>
        <w:rPr>
          <w:b/>
        </w:rPr>
        <w:t xml:space="preserve">9. </w:t>
      </w:r>
      <w:r>
        <w:t>Требования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 (Дополнение частью - Федеральный закон от 30.12.2020 № 519-ФЗ) (Статья в редакции Федерального закона от 25.07.2011 № 261-ФЗ)</w:t>
      </w:r>
    </w:p>
    <w:p>
      <w:r>
        <w:rPr>
          <w:b/>
        </w:rPr>
        <w:t xml:space="preserve">4. </w:t>
      </w:r>
      <w:r>
        <w:t>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
        <w:rPr>
          <w:b/>
        </w:rPr>
        <w:t xml:space="preserve">4. </w:t>
      </w:r>
      <w: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
        <w:rPr>
          <w:b/>
        </w:rPr>
        <w:t xml:space="preserve">4. </w:t>
      </w:r>
      <w:r>
        <w:t>наименование или фамилию, имя, отчество и адрес оператора, получающего согласие субъекта персональных данных</w:t>
      </w:r>
    </w:p>
    <w:p>
      <w:r>
        <w:rPr>
          <w:b/>
        </w:rPr>
        <w:t xml:space="preserve">4. </w:t>
      </w:r>
      <w:r>
        <w:t>цель обработки персональных данных</w:t>
      </w:r>
    </w:p>
    <w:p>
      <w:r>
        <w:rPr>
          <w:b/>
        </w:rPr>
        <w:t xml:space="preserve">4. </w:t>
      </w:r>
      <w:r>
        <w:t>перечень персональных данных, на обработку которых дается согласие субъекта персональных данных</w:t>
      </w:r>
    </w:p>
    <w:p>
      <w:r>
        <w:rPr>
          <w:b/>
        </w:rPr>
        <w:t xml:space="preserve">4. </w:t>
      </w:r>
      <w:r>
        <w:t>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
        <w:rPr>
          <w:b/>
        </w:rPr>
        <w:t xml:space="preserve">4. </w:t>
      </w:r>
      <w: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
        <w:rPr>
          <w:b/>
        </w:rPr>
        <w:t xml:space="preserve">4. </w:t>
      </w:r>
      <w:r>
        <w:t>срок, в течение которого действует согласие субъекта персональных данных, а также способ его отзыва, если иное не установлено федеральным законом</w:t>
      </w:r>
    </w:p>
    <w:p>
      <w:r>
        <w:rPr>
          <w:b/>
        </w:rPr>
        <w:t xml:space="preserve">4. </w:t>
      </w:r>
      <w:r>
        <w:t>подпись субъекта персональных данных</w:t>
      </w:r>
    </w:p>
    <w:p>
      <w:r>
        <w:rPr>
          <w:b/>
        </w:rPr>
        <w:t>Статья 10. Специальные категории персональных данных</w:t>
      </w:r>
    </w:p>
    <w:p>
      <w:r>
        <w:rPr>
          <w:b/>
        </w:rPr>
        <w:t xml:space="preserve">1. </w:t>
      </w:r>
      <w:r>
        <w:t>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частями 2 и 21 настоящей статьи. (В редакции Федерального закона от 24.04.2020 № 123-ФЗ)</w:t>
      </w:r>
    </w:p>
    <w:p>
      <w:r>
        <w:rPr>
          <w:b/>
        </w:rPr>
        <w:t xml:space="preserve">2. </w:t>
      </w:r>
      <w:r>
        <w:t>Обработка указанных в части 1 настоящей статьи специальных категорий персональных данных допускается в случаях, если</w:t>
      </w:r>
    </w:p>
    <w:p>
      <w:r>
        <w:rPr>
          <w:b/>
        </w:rPr>
        <w:t xml:space="preserve">21. </w:t>
      </w:r>
      <w:r>
        <w:t>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а также в иных целях, предусмотренных Федеральным законом от 24 апреля 2020 года №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"О персональных данных" и Федеральным законом от 31 июля 2020 года №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 (Дополнение частью - Федеральный закон от 24.04.2020 № 123-ФЗ) (В редакции Федерального закона от 02.07.2021 № 331-ФЗ)</w:t>
      </w:r>
    </w:p>
    <w:p>
      <w:r>
        <w:rPr>
          <w:b/>
        </w:rPr>
        <w:t xml:space="preserve">3. </w:t>
      </w:r>
      <w:r>
        <w:t>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
        <w:rPr>
          <w:b/>
        </w:rPr>
        <w:t xml:space="preserve">4. </w:t>
      </w:r>
      <w:r>
        <w:t>Обработка специальных категорий персональных данных, осуществлявшаяся в случаях, предусмотренных частями 2 и 3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 (В редакции Федерального закона от 25.07.2011 № 261-ФЗ)</w:t>
      </w:r>
    </w:p>
    <w:p>
      <w:r>
        <w:rPr>
          <w:b/>
        </w:rPr>
        <w:t xml:space="preserve">2. </w:t>
      </w:r>
      <w:r>
        <w:t>субъект персональных данных дал согласие в письменной форме на обработку своих персональных данных</w:t>
      </w:r>
    </w:p>
    <w:p>
      <w:r>
        <w:rPr>
          <w:b/>
        </w:rPr>
        <w:t xml:space="preserve">2. </w:t>
      </w:r>
      <w:r>
        <w:t>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настоящего Федерального закона; (В редакции Федерального закона от 30.12.2020 № 519-ФЗ) 21) обработка персональных данных необходима в связи с реализацией международных договоров Российской Федерации о реадмиссии; (Дополнение пунктом - Федеральный закон от 25.11.2009 № 266-ФЗ) 22) обработка персональных данных осуществляется в соответствии с Федеральным законом от 25 января 2002 года № 8-ФЗ "О Всероссийской переписи населения"; (Дополнение пунктом - Федеральный закон от 27.07.2010 № 204-ФЗ) 23) обработка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 (Дополнение пунктом - Федеральный закон от 25.07.2011 № 261-ФЗ) (В редакции Федерального закона от 21.07.2014 № 216-ФЗ) 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 (В редакции Федерального закона от 25.07.2011 № 261-ФЗ) 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w:t>
      </w:r>
    </w:p>
    <w:p>
      <w:r>
        <w:rPr>
          <w:b/>
        </w:rPr>
        <w:t xml:space="preserve">2. </w:t>
      </w:r>
      <w:r>
        <w:t>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
        <w:rPr>
          <w:b/>
        </w:rPr>
        <w:t xml:space="preserve">2. </w:t>
      </w:r>
      <w:r>
        <w:t>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 (В редакции Федерального закона от 25.07.2011 № 261-ФЗ) 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уголовно-исполнительным законодательством Российской Федерации; (В редакции Федерального закона от 25.07.2011 № 261-ФЗ) 71) обработка полученных в установленных законодательством Российской Федерации случаях персональных данных осуществляется органами прокуратуры в связи с осуществлением ими прокурорского надзора; (Дополнение пунктом - Федеральный закон от 23.07.2013 № 205-ФЗ) 8) обработка персональных данных осуществляется в соответствии с законодательством об обязательных видах страхования, со страховым законодательством; (Дополнение пунктом - Федеральный закон от 29.11.2010 № 313-ФЗ) (В редакции Федерального закона от 25.07.2011 № 261-ФЗ) 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 (Дополнение пунктом - Федеральный закон от 25.07.2011 № 261-ФЗ) 10) обработка персональных данных осуществляется в соответствии с законодательством Российской Федерации о гражданстве Российской Федерации. (Дополнение пунктом - Федеральный закон от 04.06.2014 № 142-ФЗ)</w:t>
      </w:r>
    </w:p>
    <w:p>
      <w:r>
        <w:rPr>
          <w:b/>
        </w:rPr>
        <w:t>Статья 101. Особенности обработки персональных данных, разрешенных субъектом персональных данных для распространения</w:t>
      </w:r>
    </w:p>
    <w:p>
      <w:r>
        <w:rPr>
          <w:b/>
        </w:rPr>
        <w:t xml:space="preserve">1. </w:t>
      </w:r>
      <w:r>
        <w:t>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
        <w:rPr>
          <w:b/>
        </w:rPr>
        <w:t xml:space="preserve">2. </w:t>
      </w:r>
      <w:r>
        <w:t>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
        <w:rPr>
          <w:b/>
        </w:rPr>
        <w:t xml:space="preserve">3. </w:t>
      </w:r>
      <w:r>
        <w:t>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
        <w:rPr>
          <w:b/>
        </w:rPr>
        <w:t xml:space="preserve">4. </w:t>
      </w:r>
      <w:r>
        <w:t>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
        <w:rPr>
          <w:b/>
        </w:rPr>
        <w:t xml:space="preserve">5. </w:t>
      </w:r>
      <w:r>
        <w:t>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частью 9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частью 9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
        <w:rPr>
          <w:b/>
        </w:rPr>
        <w:t xml:space="preserve">6. </w:t>
      </w:r>
      <w:r>
        <w:t>Согласие на обработку персональных данных, разрешенных субъектом персональных данных для распространения, может быть предоставлено оператору</w:t>
      </w:r>
    </w:p>
    <w:p>
      <w:r>
        <w:rPr>
          <w:b/>
        </w:rPr>
        <w:t xml:space="preserve">7. </w:t>
      </w:r>
      <w:r>
        <w:t>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
        <w:rPr>
          <w:b/>
        </w:rPr>
        <w:t xml:space="preserve">8. </w:t>
      </w:r>
      <w:r>
        <w:t>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p>
      <w:r>
        <w:rPr>
          <w:b/>
        </w:rPr>
        <w:t xml:space="preserve">9. </w:t>
      </w:r>
      <w:r>
        <w:t>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r>
        <w:rPr>
          <w:b/>
        </w:rPr>
        <w:t xml:space="preserve">10. </w:t>
      </w:r>
      <w:r>
        <w:t>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
        <w:rPr>
          <w:b/>
        </w:rPr>
        <w:t xml:space="preserve">11. </w:t>
      </w:r>
      <w:r>
        <w:t>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
        <w:rPr>
          <w:b/>
        </w:rPr>
        <w:t xml:space="preserve">12. </w:t>
      </w:r>
      <w:r>
        <w:t>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
        <w:rPr>
          <w:b/>
        </w:rPr>
        <w:t xml:space="preserve">13. </w:t>
      </w:r>
      <w:r>
        <w:t>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части 12 настоящей статьи</w:t>
      </w:r>
    </w:p>
    <w:p>
      <w:r>
        <w:rPr>
          <w:b/>
        </w:rPr>
        <w:t xml:space="preserve">14. </w:t>
      </w:r>
      <w:r>
        <w:t>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настоящей статьи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r>
        <w:rPr>
          <w:b/>
        </w:rPr>
        <w:t xml:space="preserve">15. </w:t>
      </w:r>
      <w:r>
        <w:t>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организации функций, полномочий и обязанностей. (В редакции Федерального закона от 14.07.2022 № 266-ФЗ) (Дополнение статьей - Федеральный закон от 30.12.2020 № 519-ФЗ)</w:t>
      </w:r>
    </w:p>
    <w:p>
      <w:r>
        <w:rPr>
          <w:b/>
        </w:rPr>
        <w:t xml:space="preserve">6. </w:t>
      </w:r>
      <w:r>
        <w:t>непосредственно</w:t>
      </w:r>
    </w:p>
    <w:p>
      <w:r>
        <w:rPr>
          <w:b/>
        </w:rPr>
        <w:t xml:space="preserve">6. </w:t>
      </w:r>
      <w:r>
        <w:t>с использованием информационной системы уполномоченного органа по защите прав субъектов персональных данных</w:t>
      </w:r>
    </w:p>
    <w:p>
      <w:r>
        <w:rPr>
          <w:b/>
        </w:rPr>
        <w:t>Статья 11. Биометрические персональные данные</w:t>
      </w:r>
    </w:p>
    <w:p>
      <w:r>
        <w:rPr>
          <w:b/>
        </w:rPr>
        <w:t xml:space="preserve">1. </w:t>
      </w:r>
      <w:r>
        <w:t>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согласия в письменной форме субъекта персональных данных, за исключением случаев, предусмотренных частью 2 настоящей статьи</w:t>
      </w:r>
    </w:p>
    <w:p>
      <w:r>
        <w:rPr>
          <w:b/>
        </w:rPr>
        <w:t xml:space="preserve">2. </w:t>
      </w:r>
      <w:r>
        <w:t>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уголовно-исполнительным законодательством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законодательством Российской Федерации о нотариате. (В редакции федеральных законов от 04.06.2014 № 142-ФЗ, от 31.12.2017 № 498-ФЗ, от 27.12.2019 № 480-ФЗ, от 06.02.2023 № 8-ФЗ)</w:t>
      </w:r>
    </w:p>
    <w:p>
      <w:r>
        <w:rPr>
          <w:b/>
        </w:rPr>
        <w:t xml:space="preserve">3. </w:t>
      </w:r>
      <w:r>
        <w:t>Предоставление биометрических персональных данных не может быть обязательным, за исключением случаев, предусмотренных частью 2 настоящей статьи. Оператор не вправе отказывать в обслуживании в случае отказа субъекта персональных данных предоставить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 (Дополнение частью - Федеральный закон от 14.07.2022 № 266-ФЗ) (Статья в редакции Федерального закона от 25.07.2011 № 261-ФЗ)</w:t>
      </w:r>
    </w:p>
    <w:p>
      <w:r>
        <w:rPr>
          <w:b/>
        </w:rPr>
        <w:t>Статья 12. Трансграничная передача персональных данных</w:t>
      </w:r>
    </w:p>
    <w:p>
      <w:r>
        <w:rPr>
          <w:b/>
        </w:rPr>
        <w:t xml:space="preserve">1. </w:t>
      </w:r>
      <w:r>
        <w:t>Трансграничная передача персональных данных осуществляется в соответствии с настоящим Федеральным законом и международными договорами Российской Федерации</w:t>
      </w:r>
    </w:p>
    <w:p>
      <w:r>
        <w:rPr>
          <w:b/>
        </w:rPr>
        <w:t xml:space="preserve">2. </w:t>
      </w:r>
      <w:r>
        <w:t>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 персональных данных, включаются государства, являющиеся сторонами Конвенции Совета Европы о защите физических лиц при автоматизированной обработке персональных данных, а также иностранные государства, не являющиеся сторонами Конвенции Совета Европы о защите физических лиц при автоматизированной обработке персональных данных, при условии соответствия положениям указанной Конвенции действующих в соответствующем государстве норм права и применяемых мер по обеспечению конфиденциальности и безопасности персональных данных при их обработке</w:t>
      </w:r>
    </w:p>
    <w:p>
      <w:r>
        <w:rPr>
          <w:b/>
        </w:rPr>
        <w:t xml:space="preserve">3. </w:t>
      </w:r>
      <w:r>
        <w:t>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w:t>
      </w:r>
    </w:p>
    <w:p>
      <w:r>
        <w:rPr>
          <w:b/>
        </w:rPr>
        <w:t xml:space="preserve">4. </w:t>
      </w:r>
      <w:r>
        <w:t>Уведомление, предусмотренное частью 3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осуществлять трансграничную передачу персональных данных должно содержать следующие сведения</w:t>
      </w:r>
    </w:p>
    <w:p>
      <w:r>
        <w:rPr>
          <w:b/>
        </w:rPr>
        <w:t xml:space="preserve">5. </w:t>
      </w:r>
      <w:r>
        <w:t>Оператор до подачи уведомления, предусмотренного частью 3 настоящей статьи,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следующие сведения</w:t>
      </w:r>
    </w:p>
    <w:p>
      <w:r>
        <w:rPr>
          <w:b/>
        </w:rPr>
        <w:t xml:space="preserve">6. </w:t>
      </w:r>
      <w:r>
        <w:t>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
        <w:rPr>
          <w:b/>
        </w:rPr>
        <w:t xml:space="preserve">7. </w:t>
      </w:r>
      <w:r>
        <w:t>Трансграничная передача персональных данных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 защиты экономических и финансовых интересов Российской Федерации,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с даты принятия уполномоченным органом по защите прав субъектов персональных данных решения, предусмотренного частью 12 настоящей статьи</w:t>
      </w:r>
    </w:p>
    <w:p>
      <w:r>
        <w:rPr>
          <w:b/>
        </w:rPr>
        <w:t xml:space="preserve">8. </w:t>
      </w:r>
      <w:r>
        <w:t>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частью 3 настоящей статьи</w:t>
      </w:r>
    </w:p>
    <w:p>
      <w:r>
        <w:rPr>
          <w:b/>
        </w:rPr>
        <w:t xml:space="preserve">9. </w:t>
      </w:r>
      <w:r>
        <w:t>Решение, указанное в части 8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частью 3 настоящей статьи, в порядке, установленном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частью 6 настоящей статьи рассмотрение такого уведомления приостанавливается до даты предоставления оператором запрошенной информации</w:t>
      </w:r>
    </w:p>
    <w:p>
      <w:r>
        <w:rPr>
          <w:b/>
        </w:rPr>
        <w:t xml:space="preserve">10. </w:t>
      </w:r>
      <w:r>
        <w:t>После направления уведомления, указанного в части 3 настоящей статьи, оператор вправе осуществлять трансграничную передачу персональных данных на территории указанных в таком уведомлении иностранных государств, являющихся сторонами Конвенции Совета Европы о защите физических лиц при автоматизированной обработке персональных данных или включенных в предусмотренный частью 2 настоящей статьи перечень, до принятия решения, указанного в части 8 или 12 настоящей статьи</w:t>
      </w:r>
    </w:p>
    <w:p>
      <w:r>
        <w:rPr>
          <w:b/>
        </w:rPr>
        <w:t xml:space="preserve">11. </w:t>
      </w:r>
      <w:r>
        <w:t>После направления уведомления, предусмотренного частью 3 настоящей статьи, оператор до истечения сроков, указанных в части 9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являющихся сторонами Конвенции Совета Европы о защите физических лиц при автоматизированной обработке персональных данных и не включенных в предусмотренный частью 2 настоящей статьи перечень,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 персональных данных или других лиц</w:t>
      </w:r>
    </w:p>
    <w:p>
      <w:r>
        <w:rPr>
          <w:b/>
        </w:rPr>
        <w:t xml:space="preserve">12. </w:t>
      </w:r>
      <w:r>
        <w:t>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w:t>
      </w:r>
    </w:p>
    <w:p>
      <w:r>
        <w:rPr>
          <w:b/>
        </w:rPr>
        <w:t xml:space="preserve">13. </w:t>
      </w:r>
      <w:r>
        <w:t>Решение, предусмотренное частью 12 настоящей статьи, принимается уполномоченным органом по защите прав субъектов персональных данных в течение пяти рабочих дней с даты поступления соответствующего представления. Порядок принятия такого решения и порядок информирования операторов о принятом решении устанавливаются Правительством Российской Федерации</w:t>
      </w:r>
    </w:p>
    <w:p>
      <w:r>
        <w:rPr>
          <w:b/>
        </w:rPr>
        <w:t xml:space="preserve">14. </w:t>
      </w:r>
      <w:r>
        <w:t>В случае принятия уполномоченным органом по защите прав субъектов персональных данных решения, предусмотренного частью 8 или 12 настоящей статьи, оператор обязан обеспечить уничтожение органом власти иностранного государства, иностранным физическим лицом, иностранным юридическим лицом ранее переданных им персональных данных</w:t>
      </w:r>
    </w:p>
    <w:p>
      <w:r>
        <w:rPr>
          <w:b/>
        </w:rPr>
        <w:t xml:space="preserve">15. </w:t>
      </w:r>
      <w:r>
        <w:t>Правительство Российской Федерации определяет случаи, при которых требования частей 3 - 6, 8 - 11 настоящей статьи не применяются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законодательством Российской Федерации на государственные органы, муниципальные органы функций, полномочий и обязанностей. (Статья в редакции Федерального закона от 14.07.2022 № 266-ФЗ)</w:t>
      </w:r>
    </w:p>
    <w:p>
      <w:r>
        <w:rPr>
          <w:b/>
        </w:rPr>
        <w:t xml:space="preserve">4. </w:t>
      </w:r>
      <w:r>
        <w:t>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оператором в соответствии со статьей 22 настоящего Федерального закона</w:t>
      </w:r>
    </w:p>
    <w:p>
      <w:r>
        <w:rPr>
          <w:b/>
        </w:rPr>
        <w:t xml:space="preserve">4. </w:t>
      </w:r>
      <w:r>
        <w:t>наименование (фамилия, имя, отчество) лица, ответственного за организацию обработки персональных данных, номера контактных телефонов, почтовые адреса и адреса электронной почты</w:t>
      </w:r>
    </w:p>
    <w:p>
      <w:r>
        <w:rPr>
          <w:b/>
        </w:rPr>
        <w:t xml:space="preserve">4. </w:t>
      </w:r>
      <w:r>
        <w:t>правовое основание и цель трансграничной передачи персональных данных и дальнейшей обработки переданных персональных данных</w:t>
      </w:r>
    </w:p>
    <w:p>
      <w:r>
        <w:rPr>
          <w:b/>
        </w:rPr>
        <w:t xml:space="preserve">4. </w:t>
      </w:r>
      <w:r>
        <w:t>категории и перечень передаваемых персональных данных</w:t>
      </w:r>
    </w:p>
    <w:p>
      <w:r>
        <w:rPr>
          <w:b/>
        </w:rPr>
        <w:t xml:space="preserve">4. </w:t>
      </w:r>
      <w:r>
        <w:t>категории субъектов персональных данных, персональные данные которых передаются</w:t>
      </w:r>
    </w:p>
    <w:p>
      <w:r>
        <w:rPr>
          <w:b/>
        </w:rPr>
        <w:t xml:space="preserve">4. </w:t>
      </w:r>
      <w:r>
        <w:t>перечень иностранных государств, на территории которых планируется трансграничная передача персональных данных</w:t>
      </w:r>
    </w:p>
    <w:p>
      <w:r>
        <w:rPr>
          <w:b/>
        </w:rPr>
        <w:t xml:space="preserve">4. </w:t>
      </w:r>
      <w:r>
        <w:t>дата проведения оператором оценки соблюдения органами власти иностранных государств, иностранными физическими лицами, иностранными юридическими лицами, которым планируется трансграничная передача персональных данных, конфиденциальности персональных данных и обеспечения безопасности персональных данных при их обработке</w:t>
      </w:r>
    </w:p>
    <w:p>
      <w:r>
        <w:rPr>
          <w:b/>
        </w:rPr>
        <w:t xml:space="preserve">5. </w:t>
      </w:r>
      <w:r>
        <w:t>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условиях прекращения их обработки</w:t>
      </w:r>
    </w:p>
    <w:p>
      <w:r>
        <w:rPr>
          <w:b/>
        </w:rPr>
        <w:t xml:space="preserve">5. </w:t>
      </w:r>
      <w:r>
        <w:t>информация о правовом регулировании в области персональных данных иностранного государства, под юрисдикцией которого находятся органы власти иностранного государства, иностранные физические лица, иностранные юридические лица, которым планируется трансграничная передача персональных данных (в случае, если предполагается осуществление трансграничной передачи персональных данных органам власти иностранного государства, иностранным физическим лицам, иностранным юридическим лицам, находящимся под юрисдикцией иностранного государства, не являющегося стороной Конвенции Совета Европы о защите физических лиц при автоматизированной обработке персональных данных и не включенного в перечень иностранных государств, обеспечивающих адекватную защиту прав субъектов персональных данных)</w:t>
      </w:r>
    </w:p>
    <w:p>
      <w:r>
        <w:rPr>
          <w:b/>
        </w:rPr>
        <w:t xml:space="preserve">5. </w:t>
      </w:r>
      <w:r>
        <w:t>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w:t>
      </w:r>
    </w:p>
    <w:p>
      <w:r>
        <w:rPr>
          <w:b/>
        </w:rPr>
        <w:t xml:space="preserve">12. </w:t>
      </w:r>
      <w:r>
        <w:t>защиты основ конституционного строя Российской Федерации и безопасности государства - по представлению федерального органа исполнительной власти, уполномоченного в области обеспечения безопасности</w:t>
      </w:r>
    </w:p>
    <w:p>
      <w:r>
        <w:rPr>
          <w:b/>
        </w:rPr>
        <w:t xml:space="preserve">12. </w:t>
      </w:r>
      <w:r>
        <w:t>обеспечения обороны страны - по представлению федерального органа исполнительной власти, уполномоченного в области обороны</w:t>
      </w:r>
    </w:p>
    <w:p>
      <w:r>
        <w:rPr>
          <w:b/>
        </w:rPr>
        <w:t xml:space="preserve">12. </w:t>
      </w:r>
      <w:r>
        <w:t>защиты экономических и финансовых интересов Российской Федерации - по представлению федеральных органов исполнительной власти, уполномоченных Президентом Российской Федерации или Правительством Российской Федерации</w:t>
      </w:r>
    </w:p>
    <w:p>
      <w:r>
        <w:rPr>
          <w:b/>
        </w:rPr>
        <w:t xml:space="preserve">12. </w:t>
      </w:r>
      <w:r>
        <w:t>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
        <w:rPr>
          <w:b/>
        </w:rPr>
        <w:t>Статья 13. Особенности обработки персональных данных в государственных или муниципальных информационных системах персональных данных</w:t>
      </w:r>
    </w:p>
    <w:p>
      <w:r>
        <w:rPr>
          <w:b/>
        </w:rPr>
        <w:t xml:space="preserve">1. </w:t>
      </w:r>
      <w:r>
        <w:t>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
        <w:rPr>
          <w:b/>
        </w:rPr>
        <w:t xml:space="preserve">2. </w:t>
      </w:r>
      <w:r>
        <w:t>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r>
        <w:rPr>
          <w:b/>
        </w:rPr>
        <w:t xml:space="preserve">3. </w:t>
      </w:r>
      <w:r>
        <w:t>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
        <w:rPr>
          <w:b/>
        </w:rPr>
        <w:t xml:space="preserve">4. </w:t>
      </w:r>
      <w:r>
        <w:t>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pPr>
        <w:pStyle w:val="Heading3"/>
      </w:pPr>
      <w:r>
        <w:t>Права субъекта персональных данных</w:t>
      </w:r>
    </w:p>
    <w:p>
      <w:r>
        <w:rPr>
          <w:b/>
        </w:rPr>
        <w:t>Статья 14. Право субъекта персональных данных на доступ к его персональным данным</w:t>
      </w:r>
    </w:p>
    <w:p>
      <w:r>
        <w:rPr>
          <w:b/>
        </w:rPr>
        <w:t xml:space="preserve">1. </w:t>
      </w:r>
      <w:r>
        <w:t>Субъект персональных данных имеет право на получение сведений, указанных в части 7 настоящей статьи, за исключением случаев, предусмотренных частью 8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
        <w:rPr>
          <w:b/>
        </w:rPr>
        <w:t xml:space="preserve">2. </w:t>
      </w:r>
      <w:r>
        <w:t>Сведения, указанные в части 7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
        <w:rPr>
          <w:b/>
        </w:rPr>
        <w:t xml:space="preserve">3. </w:t>
      </w:r>
      <w:r>
        <w:t>Сведения, указанные в части 7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 Оператор предоставляет сведения, указанные в части 7 настоящей статьи,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 (В редакции Федерального закона от 14.07.2022 № 266-ФЗ)</w:t>
      </w:r>
    </w:p>
    <w:p>
      <w:r>
        <w:rPr>
          <w:b/>
        </w:rPr>
        <w:t xml:space="preserve">4. </w:t>
      </w:r>
      <w:r>
        <w:t>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
        <w:rPr>
          <w:b/>
        </w:rPr>
        <w:t xml:space="preserve">5. </w:t>
      </w:r>
      <w:r>
        <w:t>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а также в целях ознакомления с обрабатываемыми персональными данными до истечения срока, указанного в части 4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части 3 настоящей статьи, должен содержать обоснование направления повторного запроса</w:t>
      </w:r>
    </w:p>
    <w:p>
      <w:r>
        <w:rPr>
          <w:b/>
        </w:rPr>
        <w:t xml:space="preserve">6. </w:t>
      </w:r>
      <w:r>
        <w:t>Оператор вправе отказать субъекту персональных данных в выполнении повторного запроса, не соответствующего условиям, предусмотренным частями 4 и 5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
        <w:rPr>
          <w:b/>
        </w:rPr>
        <w:t xml:space="preserve">7. </w:t>
      </w:r>
      <w:r>
        <w:t>Субъект персональных данных имеет право на получение информации, касающейся обработки его персональных данных, в том числе содержащей</w:t>
      </w:r>
    </w:p>
    <w:p>
      <w:r>
        <w:rPr>
          <w:b/>
        </w:rPr>
        <w:t xml:space="preserve">8. </w:t>
      </w:r>
      <w:r>
        <w:t>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
        <w:rPr>
          <w:b/>
        </w:rPr>
        <w:t xml:space="preserve">7. </w:t>
      </w:r>
      <w:r>
        <w:t>подтверждение факта обработки персональных данных оператором</w:t>
      </w:r>
    </w:p>
    <w:p>
      <w:r>
        <w:rPr>
          <w:b/>
        </w:rPr>
        <w:t xml:space="preserve">7. </w:t>
      </w:r>
      <w:r>
        <w:t>правовые основания и цели обработки персональных данных</w:t>
      </w:r>
    </w:p>
    <w:p>
      <w:r>
        <w:rPr>
          <w:b/>
        </w:rPr>
        <w:t xml:space="preserve">7. </w:t>
      </w:r>
      <w:r>
        <w:t>цели и применяемые оператором способы обработки персональных данных</w:t>
      </w:r>
    </w:p>
    <w:p>
      <w:r>
        <w:rPr>
          <w:b/>
        </w:rPr>
        <w:t xml:space="preserve">7. </w:t>
      </w:r>
      <w: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
        <w:rPr>
          <w:b/>
        </w:rPr>
        <w:t xml:space="preserve">7. </w:t>
      </w:r>
      <w: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
        <w:rPr>
          <w:b/>
        </w:rPr>
        <w:t xml:space="preserve">7. </w:t>
      </w:r>
      <w:r>
        <w:t>сроки обработки персональных данных, в том числе сроки их хранения</w:t>
      </w:r>
    </w:p>
    <w:p>
      <w:r>
        <w:rPr>
          <w:b/>
        </w:rPr>
        <w:t xml:space="preserve">7. </w:t>
      </w:r>
      <w:r>
        <w:t>порядок осуществления субъектом персональных данных прав, предусмотренных настоящим Федеральным законом</w:t>
      </w:r>
    </w:p>
    <w:p>
      <w:r>
        <w:rPr>
          <w:b/>
        </w:rPr>
        <w:t xml:space="preserve">7. </w:t>
      </w:r>
      <w:r>
        <w:t>информацию об осуществленной или о предполагаемой трансграничной передаче данных</w:t>
      </w:r>
    </w:p>
    <w:p>
      <w:r>
        <w:rPr>
          <w:b/>
        </w:rPr>
        <w:t xml:space="preserve">7. </w:t>
      </w:r>
      <w: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
        <w:rPr>
          <w:b/>
        </w:rPr>
        <w:t xml:space="preserve">7. </w:t>
      </w:r>
      <w:r>
        <w:t>информацию о способах исполнения оператором обязанностей, установленных статьей 181 настоящего Федерального закона; (Дополнение пунктом - Федеральный закон от 14.07.2022 № 266-ФЗ) 10) иные сведения, предусмотренные настоящим Федеральным законом или другими федеральными законами</w:t>
      </w:r>
    </w:p>
    <w:p>
      <w:r>
        <w:rPr>
          <w:b/>
        </w:rPr>
        <w:t xml:space="preserve">8. </w:t>
      </w:r>
      <w:r>
        <w:t>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
        <w:rPr>
          <w:b/>
        </w:rPr>
        <w:t xml:space="preserve">8. </w:t>
      </w:r>
      <w: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r>
        <w:rPr>
          <w:b/>
        </w:rPr>
        <w:t xml:space="preserve">8. </w:t>
      </w:r>
      <w: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r>
        <w:rPr>
          <w:b/>
        </w:rPr>
        <w:t xml:space="preserve">8. </w:t>
      </w:r>
      <w:r>
        <w:t>доступ субъекта персональных данных к его персональным данным нарушает права и законные интересы третьих лиц</w:t>
      </w:r>
    </w:p>
    <w:p>
      <w:r>
        <w:rPr>
          <w:b/>
        </w:rPr>
        <w:t xml:space="preserve">8. </w:t>
      </w:r>
      <w: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 (Статья в редакции Федерального закона от 25.07.2011 № 261-ФЗ)</w:t>
      </w:r>
    </w:p>
    <w:p>
      <w:r>
        <w:rPr>
          <w:b/>
        </w:rP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
        <w:rPr>
          <w:b/>
        </w:rPr>
        <w:t xml:space="preserve">1. </w:t>
      </w:r>
      <w:r>
        <w:t>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
        <w:rPr>
          <w:b/>
        </w:rPr>
        <w:t xml:space="preserve">2. </w:t>
      </w:r>
      <w:r>
        <w:t>Оператор обязан немедленно прекратить по требованию субъекта персональных данных обработку его персональных данных, указанную в части 1 настоящей статьи</w:t>
      </w:r>
    </w:p>
    <w:p>
      <w:r>
        <w:rPr>
          <w:b/>
        </w:rPr>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r>
        <w:rPr>
          <w:b/>
        </w:rPr>
        <w:t xml:space="preserve">1. </w:t>
      </w:r>
      <w:r>
        <w:t>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частью 2 настоящей статьи</w:t>
      </w:r>
    </w:p>
    <w:p>
      <w:r>
        <w:rPr>
          <w:b/>
        </w:rPr>
        <w:t xml:space="preserve">2. </w:t>
      </w:r>
      <w:r>
        <w:t>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p>
      <w:r>
        <w:rPr>
          <w:b/>
        </w:rPr>
        <w:t xml:space="preserve">3. </w:t>
      </w:r>
      <w:r>
        <w:t>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
        <w:rPr>
          <w:b/>
        </w:rPr>
        <w:t xml:space="preserve">4. </w:t>
      </w:r>
      <w:r>
        <w:t>Оператор обязан рассмотреть возражение, указанное в части 3 настоящей статьи, в течение тридцати дней со дня его получения и уведомить субъекта персональных данных о результатах рассмотрения такого возражения. (В редакции Федерального закона от 25.07.2011 № 261-ФЗ)</w:t>
      </w:r>
    </w:p>
    <w:p>
      <w:r>
        <w:rPr>
          <w:b/>
        </w:rPr>
        <w:t>Статья 17. Право на обжалование действий или бездействия оператора</w:t>
      </w:r>
    </w:p>
    <w:p>
      <w:r>
        <w:rPr>
          <w:b/>
        </w:rPr>
        <w:t xml:space="preserve">1. </w:t>
      </w:r>
      <w:r>
        <w:t>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w:t>
      </w:r>
    </w:p>
    <w:p>
      <w:r>
        <w:rPr>
          <w:b/>
        </w:rPr>
        <w:t xml:space="preserve">2. </w:t>
      </w:r>
      <w: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pPr>
        <w:pStyle w:val="Heading3"/>
      </w:pPr>
      <w:r>
        <w:t>Обязанности оператора</w:t>
      </w:r>
    </w:p>
    <w:p>
      <w:r>
        <w:rPr>
          <w:b/>
        </w:rPr>
        <w:t>Статья 18. Обязанности оператора при сборе персональных данных</w:t>
      </w:r>
    </w:p>
    <w:p>
      <w:r>
        <w:rPr>
          <w:b/>
        </w:rPr>
        <w:t xml:space="preserve">1. </w:t>
      </w:r>
      <w:r>
        <w:t>При сборе персональных данных оператор обязан предоставить субъекту персональных данных по его просьбе информацию, предусмотренную частью 7 статьи 14 настоящего Федерального закона</w:t>
      </w:r>
    </w:p>
    <w:p>
      <w:r>
        <w:rPr>
          <w:b/>
        </w:rPr>
        <w:t xml:space="preserve">2. </w:t>
      </w:r>
      <w:r>
        <w:t>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 (В редакции Федерального закона от 14.07.2022 № 266-ФЗ)</w:t>
      </w:r>
    </w:p>
    <w:p>
      <w:r>
        <w:rPr>
          <w:b/>
        </w:rPr>
        <w:t xml:space="preserve">3. </w:t>
      </w:r>
      <w:r>
        <w:t>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информацию</w:t>
      </w:r>
    </w:p>
    <w:p>
      <w:r>
        <w:rPr>
          <w:b/>
        </w:rPr>
        <w:t xml:space="preserve">4. </w:t>
      </w:r>
      <w:r>
        <w:t>Оператор освобождается от обязанности предоставить субъекту персональных данных сведения, предусмотренные частью 3 настоящей статьи, в случаях, если</w:t>
      </w:r>
    </w:p>
    <w:p>
      <w:r>
        <w:rPr>
          <w:b/>
        </w:rPr>
        <w:t xml:space="preserve">5. </w:t>
      </w:r>
      <w:r>
        <w:t>При сборе персональных данных, в том числе посредством информационно-телекоммуникационной сети "Интернет",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пунктах 2, 3, 4, 8 части 1 статьи 6 настоящего Федерального закона. (Дополнение частью - Федеральный закон от 21.07.2014 № 242-ФЗ) (В редакции Федерального закона от 28.02.2025 № 23-ФЗ) (Статья в редакции Федерального закона от 25.07.2011 № 261-ФЗ)</w:t>
      </w:r>
    </w:p>
    <w:p>
      <w:r>
        <w:rPr>
          <w:b/>
        </w:rPr>
        <w:t xml:space="preserve">3. </w:t>
      </w:r>
      <w:r>
        <w:t>наименование либо фамилия, имя, отчество и адрес оператора или его представителя</w:t>
      </w:r>
    </w:p>
    <w:p>
      <w:r>
        <w:rPr>
          <w:b/>
        </w:rPr>
        <w:t xml:space="preserve">3. </w:t>
      </w:r>
      <w:r>
        <w:t>цель обработки персональных данных и ее правовое основание</w:t>
      </w:r>
    </w:p>
    <w:p>
      <w:r>
        <w:rPr>
          <w:b/>
        </w:rPr>
        <w:t xml:space="preserve">3. </w:t>
      </w:r>
      <w:r>
        <w:t>перечень персональных данных; (Дополнение пунктом - Федеральный закон от 14.07.2022 № 266-ФЗ) 3) предполагаемые пользователи персональных данных</w:t>
      </w:r>
    </w:p>
    <w:p>
      <w:r>
        <w:rPr>
          <w:b/>
        </w:rPr>
        <w:t xml:space="preserve">3. </w:t>
      </w:r>
      <w:r>
        <w:t>установленные настоящим Федеральным законом права субъекта персональных данных</w:t>
      </w:r>
    </w:p>
    <w:p>
      <w:r>
        <w:rPr>
          <w:b/>
        </w:rPr>
        <w:t xml:space="preserve">3. </w:t>
      </w:r>
      <w:r>
        <w:t>источник получения персональных данных</w:t>
      </w:r>
    </w:p>
    <w:p>
      <w:r>
        <w:rPr>
          <w:b/>
        </w:rPr>
        <w:t xml:space="preserve">4. </w:t>
      </w:r>
      <w:r>
        <w:t>субъект персональных данных уведомлен об осуществлении обработки его персональных данных соответствующим оператором</w:t>
      </w:r>
    </w:p>
    <w:p>
      <w:r>
        <w:rPr>
          <w:b/>
        </w:rPr>
        <w:t xml:space="preserve">4. </w:t>
      </w:r>
      <w:r>
        <w:t>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
        <w:rPr>
          <w:b/>
        </w:rPr>
        <w:t xml:space="preserve">4. </w:t>
      </w:r>
      <w:r>
        <w:t>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настоящего Федерального закона; (В редакции Федерального закона от 30.12.2020 № 519-ФЗ) 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
        <w:rPr>
          <w:b/>
        </w:rPr>
        <w:t xml:space="preserve">4. </w:t>
      </w:r>
      <w:r>
        <w:t>предоставление субъекту персональных данных сведений, предусмотренных частью 3 настоящей статьи, нарушает права и законные интересы третьих лиц</w:t>
      </w:r>
    </w:p>
    <w:p>
      <w:r>
        <w:rPr>
          <w:b/>
        </w:rPr>
        <w:t>Статья 181. Меры, направленные на обеспечение выполнения оператором обязанностей, предусмотренных настоящим Федеральным законом</w:t>
      </w:r>
    </w:p>
    <w:p>
      <w:r>
        <w:rPr>
          <w:b/>
        </w:rPr>
        <w:t xml:space="preserve">1. </w:t>
      </w:r>
      <w:r>
        <w:t>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в частности, относятся: (В редакции Федерального закона от 14.07.2022 № 266-ФЗ) 1) назначение оператором, являющимся юридическим лицом, ответственного за организацию обработки персональных данных;</w:t>
      </w:r>
    </w:p>
    <w:p>
      <w:r>
        <w:rPr>
          <w:b/>
        </w:rPr>
        <w:t xml:space="preserve">2. </w:t>
      </w:r>
      <w:r>
        <w:t>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 (В редакции Федерального закона от 14.07.2022 № 266-ФЗ)</w:t>
      </w:r>
    </w:p>
    <w:p>
      <w:r>
        <w:rPr>
          <w:b/>
        </w:rPr>
        <w:t xml:space="preserve">3. </w:t>
      </w:r>
      <w:r>
        <w:t>Правительство Российской Федерации устанавливает перечень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r>
        <w:rPr>
          <w:b/>
        </w:rPr>
        <w:t xml:space="preserve">4. </w:t>
      </w:r>
      <w:r>
        <w:t>Оператор обязан представить документы и локальные акты, указанные в части 1 настоящей статьи, и (или) иным образом подтвердить принятие мер, указанных в части 1 настоящей статьи, по запросу уполномоченного органа по защите прав субъектов персональных данных. (Дополнение статьей - Федеральный закон от 25.07.2011 № 261-ФЗ)</w:t>
      </w:r>
    </w:p>
    <w:p>
      <w:r>
        <w:rPr>
          <w:b/>
        </w:rPr>
        <w:t xml:space="preserve">1. </w:t>
      </w:r>
      <w:r>
        <w:t>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 (В редакции Федерального закона от 14.07.2022 № 266-ФЗ) 3) применение правовых, организационных и технических мер по обеспечению безопасности персональных данных в соответствии со статьей 19 настоящего Федерального закона</w:t>
      </w:r>
    </w:p>
    <w:p>
      <w:r>
        <w:rPr>
          <w:b/>
        </w:rPr>
        <w:t xml:space="preserve">1. </w:t>
      </w:r>
      <w:r>
        <w:t>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
        <w:rPr>
          <w:b/>
        </w:rPr>
        <w:t xml:space="preserve">1. </w:t>
      </w:r>
      <w:r>
        <w:t>оценка вреда в соответствии с требованиями,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 (В редакции Федерального закона от 14.07.2022 № 266-ФЗ) 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
        <w:rPr>
          <w:b/>
        </w:rPr>
        <w:t>Статья 19. Меры по обеспечению безопасности персональных данных при их обработке</w:t>
      </w:r>
    </w:p>
    <w:p>
      <w:r>
        <w:rPr>
          <w:b/>
        </w:rPr>
        <w:t xml:space="preserve">1. </w:t>
      </w:r>
      <w:r>
        <w:t>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
        <w:rPr>
          <w:b/>
        </w:rPr>
        <w:t xml:space="preserve">2. </w:t>
      </w:r>
      <w:r>
        <w:t>Обеспечение безопасности персональных данных достигается, в частности</w:t>
      </w:r>
    </w:p>
    <w:p>
      <w:r>
        <w:rPr>
          <w:b/>
        </w:rPr>
        <w:t xml:space="preserve">3. </w:t>
      </w:r>
      <w:r>
        <w:t>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
        <w:rPr>
          <w:b/>
        </w:rPr>
        <w:t xml:space="preserve">4. </w:t>
      </w:r>
      <w:r>
        <w:t>Состав и содержание необходимых для выполнения установленных Правительством Российской Федерации в соответствии с частью 3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r>
        <w:rPr>
          <w:b/>
        </w:rPr>
        <w:t xml:space="preserve">5. </w:t>
      </w:r>
      <w:r>
        <w:t>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p>
      <w:r>
        <w:rPr>
          <w:b/>
        </w:rPr>
        <w:t xml:space="preserve">6. </w:t>
      </w:r>
      <w:r>
        <w:t>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 характера и способов их обработки</w:t>
      </w:r>
    </w:p>
    <w:p>
      <w:r>
        <w:rPr>
          <w:b/>
        </w:rPr>
        <w:t xml:space="preserve">7. </w:t>
      </w:r>
      <w:r>
        <w:t>Проекты нормативных правовых актов, указанных в части 5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части 6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порядке,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части 6 настоящей статьи, должно быть мотивированным</w:t>
      </w:r>
    </w:p>
    <w:p>
      <w:r>
        <w:rPr>
          <w:b/>
        </w:rPr>
        <w:t xml:space="preserve">8. </w:t>
      </w:r>
      <w:r>
        <w:t>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государственных информационных системах персональных данных, а также в эксплуатируемых в государственных органах Российской Федерации иных информационных системах персональных данных осуществляются федеральным органом исполнительной власти, уполномоченным в области обеспечения безопасности, в пределах его полномочий. Указанные контроль и надзор также осуществляются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его полномочий без права ознакомления с персональными данными, обрабатываемыми в информационных системах персональных данных. (В редакции Федерального закона от 08.08.2024 № 233-ФЗ)</w:t>
      </w:r>
    </w:p>
    <w:p>
      <w:r>
        <w:rPr>
          <w:b/>
        </w:rPr>
        <w:t xml:space="preserve">9. </w:t>
      </w:r>
      <w:r>
        <w:t>Решением Правительства Российской Федерации с учетом значимости и содержания обрабатываемых персональных данных федеральный орган исполнительной власти, уполномоченный в области обеспечения безопасности, может быть наделен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Решением Правительства Российской Федерации с учетом значимости и содержания обрабатываемых персональных данных федеральный орган исполнительной власти, уполномоченный в области противодействия техническим разведкам и технической защиты информации, также может быть наделен указанными полномочиями без права ознакомления с персональными данными, обрабатываемыми в информационных системах персональных данных. (В редакции Федерального закона от 08.08.2024 № 233-ФЗ)</w:t>
      </w:r>
    </w:p>
    <w:p>
      <w:r>
        <w:rPr>
          <w:b/>
        </w:rPr>
        <w:t xml:space="preserve">10. </w:t>
      </w:r>
      <w:r>
        <w:t>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
        <w:rPr>
          <w:b/>
        </w:rPr>
        <w:t xml:space="preserve">11. </w:t>
      </w:r>
      <w:r>
        <w:t>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
        <w:rPr>
          <w:b/>
        </w:rPr>
        <w:t xml:space="preserve">12. </w:t>
      </w:r>
      <w:r>
        <w:t>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 (Дополнение частью - Федеральный закон от 14.07.2022 № 266-ФЗ)</w:t>
      </w:r>
    </w:p>
    <w:p>
      <w:r>
        <w:rPr>
          <w:b/>
        </w:rPr>
        <w:t xml:space="preserve">13. </w:t>
      </w:r>
      <w:r>
        <w:t>Указанная в части 12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субъектов персональных данных. (Дополнение частью - Федеральный закон от 14.07.2022 № 266-ФЗ)</w:t>
      </w:r>
    </w:p>
    <w:p>
      <w:r>
        <w:rPr>
          <w:b/>
        </w:rPr>
        <w:t xml:space="preserve">14. </w:t>
      </w:r>
      <w:r>
        <w:t>Порядок передачи информации в соответствии с частью 13 настоящей статьи устанавливается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 (Дополнение частью - Федеральный закон от 14.07.2022 № 266-ФЗ)</w:t>
      </w:r>
    </w:p>
    <w:p>
      <w:r>
        <w:rPr>
          <w:b/>
        </w:rPr>
        <w:t xml:space="preserve">15. </w:t>
      </w:r>
      <w:r>
        <w:t>Оператор обязан обрабатывать персональные данные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объектов государственной охраны и членов их семей,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с учетом требований, предусмотренных соответственно Федеральным законом от 3 апреля 1995 года № 40-ФЗ "О федеральной службе безопасности", Федеральным законом от 20 апреля 1995 года № 45-ФЗ "О государственной защите судей, должностных лиц правоохранительных и контролирующих органов", Федеральным законом от 10 января 1996 года № 5-ФЗ "О внешней разведке", Федеральным законом от 27 мая 1996 года № 57-ФЗ "О государственной охране", Федеральным законом от 20 августа 2004 года № 119-ФЗ "О государственной защите потерпевших, свидетелей и иных участников уголовного судопроизводства", Федеральным законом от 7 февраля 2011 года № 3-ФЗ "О полиции". (Дополнение частью - Федеральный закон от 28.02.2025 № 23-ФЗ) (Статья в редакции Федерального закона от 25.07.2011 № 261-ФЗ)</w:t>
      </w:r>
    </w:p>
    <w:p>
      <w:r>
        <w:rPr>
          <w:b/>
        </w:rPr>
        <w:t xml:space="preserve">2. </w:t>
      </w:r>
      <w:r>
        <w:t>определением угроз безопасности персональных данных при их обработке в информационных системах персональных данных</w:t>
      </w:r>
    </w:p>
    <w:p>
      <w:r>
        <w:rPr>
          <w:b/>
        </w:rPr>
        <w:t xml:space="preserve">2. </w:t>
      </w:r>
      <w:r>
        <w:t>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
        <w:rPr>
          <w:b/>
        </w:rPr>
        <w:t xml:space="preserve">2. </w:t>
      </w:r>
      <w:r>
        <w:t>применением прошедших в установленном порядке процедуру оценки соответствия средств защиты информации</w:t>
      </w:r>
    </w:p>
    <w:p>
      <w:r>
        <w:rPr>
          <w:b/>
        </w:rPr>
        <w:t xml:space="preserve">2. </w:t>
      </w:r>
      <w:r>
        <w:t>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 (Дополнение пунктом - Федеральный закон от 08.08.2024 № 233-ФЗ) 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
        <w:rPr>
          <w:b/>
        </w:rPr>
        <w:t xml:space="preserve">2. </w:t>
      </w:r>
      <w:r>
        <w:t>учетом машинных носителей персональных данных</w:t>
      </w:r>
    </w:p>
    <w:p>
      <w:r>
        <w:rPr>
          <w:b/>
        </w:rPr>
        <w:t xml:space="preserve">2. </w:t>
      </w:r>
      <w:r>
        <w:t>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 (В редакции Федерального закона от 30.12.2020 № 515-ФЗ) 7) восстановлением персональных данных, модифицированных или уничтоженных вследствие несанкционированного доступа к ним</w:t>
      </w:r>
    </w:p>
    <w:p>
      <w:r>
        <w:rPr>
          <w:b/>
        </w:rPr>
        <w:t xml:space="preserve">2. </w:t>
      </w:r>
      <w:r>
        <w:t>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
        <w:rPr>
          <w:b/>
        </w:rPr>
        <w:t xml:space="preserve">2. </w:t>
      </w:r>
      <w:r>
        <w:t>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
        <w:rPr>
          <w:b/>
        </w:rPr>
        <w:t xml:space="preserve">3. </w:t>
      </w:r>
      <w:r>
        <w:t>уровни защищенности персональных данных при их обработке в информационных системах персональных данных в зависимости от угроз безопасности этих данных</w:t>
      </w:r>
    </w:p>
    <w:p>
      <w:r>
        <w:rPr>
          <w:b/>
        </w:rPr>
        <w:t xml:space="preserve">3. </w:t>
      </w:r>
      <w:r>
        <w:t>требования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
        <w:rPr>
          <w:b/>
        </w:rPr>
        <w:t xml:space="preserve">3. </w:t>
      </w:r>
      <w:r>
        <w:t>требования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
        <w:rPr>
          <w:b/>
        </w:rPr>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
        <w:rPr>
          <w:b/>
        </w:rPr>
        <w:t xml:space="preserve">1. </w:t>
      </w:r>
      <w:r>
        <w:t>Оператор обязан сообщить в порядке, предусмотренном статьей 14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(В редакции Федерального закона от 14.07.2022 № 266-ФЗ)</w:t>
      </w:r>
    </w:p>
    <w:p>
      <w:r>
        <w:rPr>
          <w:b/>
        </w:rPr>
        <w:t xml:space="preserve">2. </w:t>
      </w:r>
      <w:r>
        <w:t>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настоящего Федерального закона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(В редакции Федерального закона от 14.07.2022 № 266-ФЗ)</w:t>
      </w:r>
    </w:p>
    <w:p>
      <w:r>
        <w:rPr>
          <w:b/>
        </w:rPr>
        <w:t xml:space="preserve">3. </w:t>
      </w:r>
      <w:r>
        <w:t>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
        <w:rPr>
          <w:b/>
        </w:rPr>
        <w:t xml:space="preserve">4. </w:t>
      </w:r>
      <w:r>
        <w:t>Оператор обязан сообщить 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 (В редакции Федерального закона от 14.07.2022 № 266-ФЗ) (Статья в редакции Федерального закона от 25.07.2011 № 261-ФЗ)</w:t>
      </w:r>
    </w:p>
    <w:p>
      <w:r>
        <w:rPr>
          <w:b/>
        </w:rPr>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
        <w:rPr>
          <w:b/>
        </w:rPr>
        <w:t xml:space="preserve">1. </w:t>
      </w:r>
      <w:r>
        <w:t>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
        <w:rPr>
          <w:b/>
        </w:rPr>
        <w:t xml:space="preserve">2. </w:t>
      </w:r>
      <w: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
        <w:rPr>
          <w:b/>
        </w:rPr>
        <w:t xml:space="preserve">3. </w:t>
      </w:r>
      <w:r>
        <w:t>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
        <w:rPr>
          <w:b/>
        </w:rPr>
        <w:t xml:space="preserve">31. </w:t>
      </w:r>
      <w:r>
        <w:t>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
        <w:rPr>
          <w:b/>
        </w:rPr>
        <w:t xml:space="preserve">4. </w:t>
      </w:r>
      <w:r>
        <w:t>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
        <w:rPr>
          <w:b/>
        </w:rPr>
        <w:t xml:space="preserve">5. </w:t>
      </w:r>
      <w:r>
        <w:t>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
        <w:rPr>
          <w:b/>
        </w:rPr>
        <w:t xml:space="preserve">51. </w:t>
      </w:r>
      <w:r>
        <w:t>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 статьи 10 и частью 2 статьи 11 настоящего Федерального закона.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(Дополнение частью - Федеральный закон от 14.07.2022 № 266-ФЗ)</w:t>
      </w:r>
    </w:p>
    <w:p>
      <w:r>
        <w:rPr>
          <w:b/>
        </w:rPr>
        <w:t xml:space="preserve">6. </w:t>
      </w:r>
      <w:r>
        <w:t>В случае отсутствия возможности уничтожения персональных данных в течение срока, указанного в частях 3 - 51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 (В редакции Федерального закона от 14.07.2022 № 266-ФЗ)</w:t>
      </w:r>
    </w:p>
    <w:p>
      <w:r>
        <w:rPr>
          <w:b/>
        </w:rPr>
        <w:t xml:space="preserve">7. </w:t>
      </w:r>
      <w:r>
        <w:t>Подтверждение уничтожения персональных данных в случаях, предусмотренных настоящей статьей, осуществляется в соответствии с требованиями, установленными уполномоченным органом по защите прав субъектов персональных данных. (Дополнение частью - Федеральный закон от 14.07.2022 № 266-ФЗ) (Статья в редакции Федерального закона от 25.07.2011 № 261-ФЗ)</w:t>
      </w:r>
    </w:p>
    <w:p>
      <w:r>
        <w:rPr>
          <w:b/>
        </w:rPr>
        <w:t xml:space="preserve">31. </w:t>
      </w:r>
      <w:r>
        <w:t>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r>
        <w:rPr>
          <w:b/>
        </w:rPr>
        <w:t xml:space="preserve">31. </w:t>
      </w:r>
      <w:r>
        <w:t>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 (Дополнение частью - Федеральный закон от 14.07.2022 № 266-ФЗ)</w:t>
      </w:r>
    </w:p>
    <w:p>
      <w:r>
        <w:rPr>
          <w:b/>
        </w:rPr>
        <w:t>Статья 22. Уведомление об обработке персональных данных</w:t>
      </w:r>
    </w:p>
    <w:p>
      <w:r>
        <w:rPr>
          <w:b/>
        </w:rPr>
        <w:t xml:space="preserve">1. </w:t>
      </w:r>
      <w:r>
        <w:t>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статьи</w:t>
      </w:r>
    </w:p>
    <w:p>
      <w:r>
        <w:rPr>
          <w:b/>
        </w:rPr>
        <w:t xml:space="preserve">2. </w:t>
      </w:r>
      <w:r>
        <w:t>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r>
        <w:rPr>
          <w:b/>
        </w:rPr>
        <w:t xml:space="preserve">3. </w:t>
      </w:r>
      <w:r>
        <w:t>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(В редакции Федерального закона от 25.07.2011 № 261-ФЗ) 1) наименование (фамилия, имя, отчество), адрес оператора;</w:t>
      </w:r>
    </w:p>
    <w:p>
      <w:r>
        <w:rPr>
          <w:b/>
        </w:rPr>
        <w:t xml:space="preserve">31. </w:t>
      </w:r>
      <w:r>
        <w:t>При предоставлении сведений, предусмотренных частью 3 настоящей статьи, оператор для каждой цели обработки персональных данных указывает категории персональных данных, категории субъектов, персональные данные которых обрабатываются, правовое основание обработки персональных данных, перечень действий с персональными данными, способы обработки персональных данных. (Дополнение частью - Федеральный закон от 14.07.2022 № 266-ФЗ)</w:t>
      </w:r>
    </w:p>
    <w:p>
      <w:r>
        <w:rPr>
          <w:b/>
        </w:rPr>
        <w:t xml:space="preserve">4. </w:t>
      </w:r>
      <w:r>
        <w:t>Уполномоченный орган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части 3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r>
        <w:rPr>
          <w:b/>
        </w:rPr>
        <w:t xml:space="preserve">41. </w:t>
      </w:r>
      <w:r>
        <w:t>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части 3 настоящей статьи, из реестра операторов. (Дополнение частью - Федеральный закон от 14.07.2022 № 266-ФЗ)</w:t>
      </w:r>
    </w:p>
    <w:p>
      <w:r>
        <w:rPr>
          <w:b/>
        </w:rPr>
        <w:t xml:space="preserve">5. </w:t>
      </w:r>
      <w:r>
        <w:t>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
        <w:rPr>
          <w:b/>
        </w:rPr>
        <w:t xml:space="preserve">6. </w:t>
      </w:r>
      <w:r>
        <w:t>В случае предоставления неполных или недостоверных сведений, указанных в части 3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r>
        <w:rPr>
          <w:b/>
        </w:rPr>
        <w:t xml:space="preserve">7. </w:t>
      </w:r>
      <w:r>
        <w:t>В случае изменения сведений, указанных в части 3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произошедших за указанный период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прекращения обработки персональных данных. (В редакции Федерального закона от 14.07.2022 № 266-ФЗ)</w:t>
      </w:r>
    </w:p>
    <w:p>
      <w:r>
        <w:rPr>
          <w:b/>
        </w:rPr>
        <w:t xml:space="preserve">8. </w:t>
      </w:r>
      <w:r>
        <w:t>Формы уведомлений, предусмотренных частями 1, 41 и 7 настоящей статьи, устанавливаются уполномоченным органом по защите прав субъектов персональных данных. (Дополнение частью - Федеральный закон от 14.07.2022 № 266-ФЗ)</w:t>
      </w:r>
    </w:p>
    <w:p>
      <w:r>
        <w:rPr>
          <w:b/>
        </w:rPr>
        <w:t xml:space="preserve">2. </w:t>
      </w:r>
      <w:r>
        <w:t>(Пункт утратил силу - Федеральный закон от 14.07.2022 № 266-ФЗ) 2) (Пункт утратил силу - Федеральный закон от 14.07.2022 № 266-ФЗ) 3) (Пункт утратил силу - Федеральный закон от 14.07.2022 № 266-ФЗ) 4) (Пункт утратил силу - Федеральный закон от 14.07.2022 № 266-ФЗ) 5) (Пункт утратил силу - Федеральный закон от 14.07.2022 № 266-ФЗ) 6) (Пункт утратил силу - Федеральный закон от 14.07.2022 № 266-ФЗ) 7) включенных в государственные информационные системы персональных данных, созданные в целях защиты безопасности государства и общественного порядка; (В редакции Федерального закона от 14.07.2022 № 266-ФЗ) 8) в случае, если оператор осуществляет деятельность по обработке персональных данных исключительно без использования средств автоматизации; (В редакции Федерального закона от 14.07.2022 № 266-ФЗ) 9) обрабатываемых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 (Дополнение пунктом - Федеральный закон от 25.07.2011 № 261-ФЗ)</w:t>
      </w:r>
    </w:p>
    <w:p>
      <w:r>
        <w:rPr>
          <w:b/>
        </w:rPr>
        <w:t xml:space="preserve">3. </w:t>
      </w:r>
      <w:r>
        <w:t>цель обработки персональных данных</w:t>
      </w:r>
    </w:p>
    <w:p>
      <w:r>
        <w:rPr>
          <w:b/>
        </w:rPr>
        <w:t xml:space="preserve">3. </w:t>
      </w:r>
      <w:r>
        <w:t>(Пункт утратил силу - Федеральный закон от 14.07.2022 № 266-ФЗ) 4) (Пункт утратил силу - Федеральный закон от 14.07.2022 № 266-ФЗ) 5) (Пункт утратил силу - Федеральный закон от 14.07.2022 № 266-ФЗ) 6) (Пункт утратил силу - Федеральный закон от 14.07.2022 № 266-ФЗ) 7) описание мер, предусмотренных статьями 181 и 19 настоящего Федерального закона, в том числе сведения о наличии шифровальных (криптографических) средств и наименования этих средств; (В редакции Федерального закона от 25.07.2011 № 261-ФЗ) 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(Дополнение пунктом - Федеральный закон от 25.07.2011 № 261-ФЗ) 8) дата начала обработки персональных данных</w:t>
      </w:r>
    </w:p>
    <w:p>
      <w:r>
        <w:rPr>
          <w:b/>
        </w:rPr>
        <w:t xml:space="preserve">3. </w:t>
      </w:r>
      <w:r>
        <w:t>срок или условие прекращения обработки персональных данных</w:t>
      </w:r>
    </w:p>
    <w:p>
      <w:r>
        <w:rPr>
          <w:b/>
        </w:rPr>
        <w:t xml:space="preserve">3. </w:t>
      </w:r>
      <w:r>
        <w:t>сведения о наличии или об отсутствии трансграничной передачи персональных данных в процессе их обработки; (Дополнение пунктом - Федеральный закон от 25.07.2011 № 261-ФЗ) 101) сведения о месте нахождения базы данных информации, содержащей персональные данные граждан Российской Федерации; (Дополнение пунктом - Федеральный закон от 21.07.2014 № 242-ФЗ) 102) 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 (Дополнение пунктом - Федеральный закон от 14.07.2022 № 266-ФЗ) 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(Дополнение пунктом - Федеральный закон от 25.07.2011 № 261-ФЗ)</w:t>
      </w:r>
    </w:p>
    <w:p>
      <w:r>
        <w:rPr>
          <w:b/>
        </w:rPr>
        <w:t>Статья 221. Лица, ответственные за организацию обработки персональных данных в организациях</w:t>
      </w:r>
    </w:p>
    <w:p>
      <w:r>
        <w:rPr>
          <w:b/>
        </w:rPr>
        <w:t xml:space="preserve">1. </w:t>
      </w:r>
      <w:r>
        <w:t>Оператор, являющийся юридическим лицом, назначает лицо, ответственное за организацию обработки персональных данных</w:t>
      </w:r>
    </w:p>
    <w:p>
      <w:r>
        <w:rPr>
          <w:b/>
        </w:rPr>
        <w:t xml:space="preserve">2. </w:t>
      </w:r>
      <w:r>
        <w:t>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
        <w:rPr>
          <w:b/>
        </w:rPr>
        <w:t xml:space="preserve">3. </w:t>
      </w:r>
      <w:r>
        <w:t>Оператор обязан предоставлять лицу, ответственному за организацию обработки персональных данных, сведения, указанные в части 3 статьи 22 настоящего Федерального закона</w:t>
      </w:r>
    </w:p>
    <w:p>
      <w:r>
        <w:rPr>
          <w:b/>
        </w:rPr>
        <w:t xml:space="preserve">4. </w:t>
      </w:r>
      <w:r>
        <w:t>Лицо, ответственное за организацию обработки персональных данных, в частности, обязано</w:t>
      </w:r>
    </w:p>
    <w:p>
      <w:r>
        <w:rPr>
          <w:b/>
        </w:rPr>
        <w:t xml:space="preserve">4. </w:t>
      </w:r>
      <w:r>
        <w:t>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
        <w:rPr>
          <w:b/>
        </w:rPr>
        <w:t xml:space="preserve">4. </w:t>
      </w:r>
      <w:r>
        <w:t>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r>
        <w:rPr>
          <w:b/>
        </w:rPr>
        <w:t xml:space="preserve">4. </w:t>
      </w:r>
      <w:r>
        <w:t>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 (Дополнение статьей - Федеральный закон от 25.07.2011 № 261-ФЗ)</w:t>
      </w:r>
    </w:p>
    <w:p>
      <w:pPr>
        <w:pStyle w:val="Heading3"/>
      </w:pPr>
      <w:r>
        <w:t>Федеральный государственный контроль (надзор) за обработкой персональных данных. Ответственность за нарушение требований настоящего Федерального закона</w:t>
      </w:r>
    </w:p>
    <w:p>
      <w:r>
        <w:rPr>
          <w:b/>
        </w:rPr>
        <w:t>Статья 23. Уполномоченный орган по защите прав субъектов персональных данных</w:t>
      </w:r>
    </w:p>
    <w:p>
      <w:r>
        <w:rPr>
          <w:b/>
        </w:rPr>
        <w:t xml:space="preserve">1. </w:t>
      </w:r>
      <w:r>
        <w:t>Уполномоченным органом по защите прав субъектов персональных данных является федеральный орган исполнительной власти, осуществляющий самостоятельно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 (В редакции Федерального закона от 14.07.2022 № 266-ФЗ)</w:t>
      </w:r>
    </w:p>
    <w:p>
      <w:r>
        <w:rPr>
          <w:b/>
        </w:rPr>
        <w:t xml:space="preserve">11. </w:t>
      </w:r>
      <w:r>
        <w:t>(Дополнение частью - Федеральный закон от 22.02.2017 № 16-ФЗ) (Утратила силу - Федеральный закон от 11.06.2021 № 170-ФЗ)</w:t>
      </w:r>
    </w:p>
    <w:p>
      <w:r>
        <w:rPr>
          <w:b/>
        </w:rPr>
        <w:t xml:space="preserve">2. </w:t>
      </w:r>
      <w:r>
        <w:t>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r>
        <w:rPr>
          <w:b/>
        </w:rPr>
        <w:t xml:space="preserve">3. </w:t>
      </w:r>
      <w:r>
        <w:t>Уполномоченный орган по защите прав субъектов персональных данных имеет право</w:t>
      </w:r>
    </w:p>
    <w:p>
      <w:r>
        <w:rPr>
          <w:b/>
        </w:rPr>
        <w:t xml:space="preserve">4. </w:t>
      </w:r>
      <w:r>
        <w:t>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
        <w:rPr>
          <w:b/>
        </w:rPr>
        <w:t xml:space="preserve">5. </w:t>
      </w:r>
      <w:r>
        <w:t>Уполномоченный орган по защите прав субъектов персональных данных обязан</w:t>
      </w:r>
    </w:p>
    <w:p>
      <w:r>
        <w:rPr>
          <w:b/>
        </w:rPr>
        <w:t xml:space="preserve">51. </w:t>
      </w:r>
      <w:r>
        <w:t>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(Дополнение частью - Федеральный закон от 25.07.2011 № 261-ФЗ)</w:t>
      </w:r>
    </w:p>
    <w:p>
      <w:r>
        <w:rPr>
          <w:b/>
        </w:rPr>
        <w:t xml:space="preserve">52. </w:t>
      </w:r>
      <w:r>
        <w:t>Права и обязанности уполномоченного органа по защите прав субъектов персональных данных, установленные в частях 3 и 4 настоящей статьи, осуществляются им непосредственно и не могут быть переданы иным органам государственной власти. (Дополнение частью - Федеральный закон от 14.07.2022 № 266-ФЗ)</w:t>
      </w:r>
    </w:p>
    <w:p>
      <w:r>
        <w:rPr>
          <w:b/>
        </w:rPr>
        <w:t xml:space="preserve">6. </w:t>
      </w:r>
      <w:r>
        <w:t>Решения уполномоченного органа по защите прав субъектов персональных данных могут быть обжалованы в судебном порядке</w:t>
      </w:r>
    </w:p>
    <w:p>
      <w:r>
        <w:rPr>
          <w:b/>
        </w:rPr>
        <w:t xml:space="preserve">7. </w:t>
      </w:r>
      <w:r>
        <w:t>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r>
        <w:rPr>
          <w:b/>
        </w:rPr>
        <w:t xml:space="preserve">8. </w:t>
      </w:r>
      <w:r>
        <w:t>Финансирование уполномоченного органа по защите прав субъектов персональных данных осуществляется за счет средств федерального бюджета</w:t>
      </w:r>
    </w:p>
    <w:p>
      <w:r>
        <w:rPr>
          <w:b/>
        </w:rPr>
        <w:t xml:space="preserve">9. </w:t>
      </w:r>
      <w:r>
        <w:t>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r>
        <w:rPr>
          <w:b/>
        </w:rPr>
        <w:t xml:space="preserve">10. </w:t>
      </w:r>
      <w:r>
        <w:t>Для учета информации об инцидентах, предусмотренных частью 31 статьи 21 настоящего Федерального закона, уполномоченный орган по защите прав субъектов персональных данных ведет реестр учета инцидентов в области персональных данных, определяет порядок и условия взаимодействия с операторами в рамках ведения указанного реестра. (Дополнение частью - Федеральный закон от 14.07.2022 № 266-ФЗ)</w:t>
      </w:r>
    </w:p>
    <w:p>
      <w:r>
        <w:rPr>
          <w:b/>
        </w:rPr>
        <w:t xml:space="preserve">11. </w:t>
      </w:r>
      <w:r>
        <w:t>Информация о компьютерных инцидентах, повлекших неправомерную или случайную передачу (предоставление, распространение, доступ) персональных данных, в порядке, установленном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 передается в федеральный орган исполнительной власти, уполномоченный в области обеспечения безопасности. (Дополнение частью - Федеральный закон от 14.07.2022 № 266-ФЗ)</w:t>
      </w:r>
    </w:p>
    <w:p>
      <w:r>
        <w:rPr>
          <w:b/>
        </w:rPr>
        <w:t xml:space="preserve">3. </w:t>
      </w:r>
      <w:r>
        <w:t>запрашивать у физических или юридических лиц информацию, необходимую для реализации своих полномочий, и безвозмездно получать такую информацию</w:t>
      </w:r>
    </w:p>
    <w:p>
      <w:r>
        <w:rPr>
          <w:b/>
        </w:rPr>
        <w:t xml:space="preserve">3. </w:t>
      </w:r>
      <w:r>
        <w:t>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
        <w:rPr>
          <w:b/>
        </w:rPr>
        <w:t xml:space="preserve">3. </w:t>
      </w:r>
      <w:r>
        <w:t>требовать от оператора уточнения, блокирования или уничтожения недостоверных или полученных незаконным путем персональных данных</w:t>
      </w:r>
    </w:p>
    <w:p>
      <w:r>
        <w:rPr>
          <w:b/>
        </w:rPr>
        <w:t xml:space="preserve">3. </w:t>
      </w:r>
      <w:r>
        <w:t>ограничивать доступ к информации, обрабатываемой с нарушением законодательства Российской Федерации в области персональных данных, в порядке, установленном законодательством Российской Федерации; (Дополнение пунктом - Федеральный закон от 21.07.2014 № 242-ФЗ) 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
        <w:rPr>
          <w:b/>
        </w:rPr>
        <w:t xml:space="preserve">3. </w:t>
      </w:r>
      <w:r>
        <w:t>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 (В редакции Федерального закона от 25.07.2011 № 261-ФЗ) 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пункте 7 части 3 статьи 22 настоящего Федерального закона; (Дополнение пунктом - Федеральный закон от 25.07.2011 № 261-ФЗ) 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законодательством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
    <w:p>
      <w:r>
        <w:rPr>
          <w:b/>
        </w:rPr>
        <w:t xml:space="preserve">3. </w:t>
      </w:r>
      <w:r>
        <w:t>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r>
        <w:rPr>
          <w:b/>
        </w:rPr>
        <w:t xml:space="preserve">3. </w:t>
      </w:r>
      <w:r>
        <w:t>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 и деятельности по обработке персональных данных; (В редакции Федерального закона от 14.07.2022 № 266-ФЗ) 9) привлекать к административной ответственности лиц, виновных в нарушении настоящего Федерального закона</w:t>
      </w:r>
    </w:p>
    <w:p>
      <w:r>
        <w:rPr>
          <w:b/>
        </w:rPr>
        <w:t xml:space="preserve">5. </w:t>
      </w:r>
      <w:r>
        <w:t>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
        <w:rPr>
          <w:b/>
        </w:rPr>
        <w:t xml:space="preserve">5. </w:t>
      </w:r>
      <w:r>
        <w:t>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r>
        <w:rPr>
          <w:b/>
        </w:rPr>
        <w:t xml:space="preserve">5. </w:t>
      </w:r>
      <w:r>
        <w:t>вести реестр операторов</w:t>
      </w:r>
    </w:p>
    <w:p>
      <w:r>
        <w:rPr>
          <w:b/>
        </w:rPr>
        <w:t xml:space="preserve">5. </w:t>
      </w:r>
      <w:r>
        <w:t>осуществлять меры, направленные на совершенствование защиты прав субъектов персональных данных</w:t>
      </w:r>
    </w:p>
    <w:p>
      <w:r>
        <w:rPr>
          <w:b/>
        </w:rPr>
        <w:t xml:space="preserve">5. </w:t>
      </w:r>
      <w:r>
        <w:t>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 (В редакции Федерального закона от 01.07.2017 № 148-ФЗ) 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r>
        <w:rPr>
          <w:b/>
        </w:rPr>
        <w:t xml:space="preserve">5. </w:t>
      </w:r>
      <w:r>
        <w:t>выполнять иные предусмотренные законодательством Российской Федерации обязанности</w:t>
      </w:r>
    </w:p>
    <w:p>
      <w:r>
        <w:rPr>
          <w:b/>
        </w:rPr>
        <w:t>Статья 231. Федеральный государственный контроль (надзор) за обработкой персональных данных</w:t>
      </w:r>
    </w:p>
    <w:p>
      <w:r>
        <w:rPr>
          <w:b/>
        </w:rPr>
        <w:t xml:space="preserve">1. </w:t>
      </w:r>
      <w:r>
        <w:t>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r>
        <w:rPr>
          <w:b/>
        </w:rPr>
        <w:t xml:space="preserve">2. </w:t>
      </w:r>
      <w:r>
        <w:t>Предметом федерального государственного контроля (надзора) за обработкой персональных данных является соблюдение операторами обязательных требований в области персональных данных, установленных настоящим Федеральным законом и принимаемыми в соответствии с ним иными нормативными правовыми актами Российской Федерации</w:t>
      </w:r>
    </w:p>
    <w:p>
      <w:r>
        <w:rPr>
          <w:b/>
        </w:rPr>
        <w:t xml:space="preserve">3. </w:t>
      </w:r>
      <w:r>
        <w:t>Федеральный государственный контроль (надзор) за обработкой персональных данных осуществляется в соответствии с Федеральным законом от 31 июля 2020 года №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r>
        <w:rPr>
          <w:b/>
        </w:rPr>
        <w:t xml:space="preserve">4. </w:t>
      </w:r>
      <w:r>
        <w:t>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статьей 60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5. </w:t>
      </w:r>
      <w:r>
        <w:t>Положение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 (Дополнение статьей - Федеральный закон от 11.06.2021 № 170-ФЗ)</w:t>
      </w:r>
    </w:p>
    <w:p>
      <w:r>
        <w:rPr>
          <w:b/>
        </w:rPr>
        <w:t>Статья 24. Ответственность за нарушение требований настоящего Федерального закона</w:t>
      </w:r>
    </w:p>
    <w:p>
      <w:r>
        <w:rPr>
          <w:b/>
        </w:rPr>
        <w:t xml:space="preserve">1. </w:t>
      </w:r>
      <w:r>
        <w:t>Лица, виновные в нарушении требований настоящего Федерального закона, несут предусмотренную законодательством Российской Федерации ответственность. (В редакции Федерального закона от 25.07.2011 № 261-ФЗ)</w:t>
      </w:r>
    </w:p>
    <w:p>
      <w:r>
        <w:rPr>
          <w:b/>
        </w:rPr>
        <w:t xml:space="preserve">2. </w:t>
      </w:r>
      <w:r>
        <w:t>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требований к защите персональных данных, установленных в соответствии с настоящим Федеральным законом,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 (Дополнение частью - Федеральный закон от 25.07.2011 № 261-ФЗ)</w:t>
      </w:r>
    </w:p>
    <w:p>
      <w:pPr>
        <w:pStyle w:val="Heading3"/>
      </w:pPr>
      <w:r>
        <w:t>Заключительные положения</w:t>
      </w:r>
    </w:p>
    <w:p>
      <w:r>
        <w:rPr>
          <w:b/>
        </w:rPr>
        <w:t>Статья 25. Заключительные положения</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w:t>
      </w:r>
    </w:p>
    <w:p>
      <w:r>
        <w:rPr>
          <w:b/>
        </w:rPr>
        <w:t xml:space="preserve">2. </w:t>
      </w:r>
      <w:r>
        <w:t>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
        <w:rPr>
          <w:b/>
        </w:rPr>
        <w:t xml:space="preserve">21. </w:t>
      </w:r>
      <w:r>
        <w:t>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пунктах 5, 71, 10 и 11 части 3 статьи 22 настоящего Федерального закона, не позднее 1 января 2013 года. (Дополнение частью - Федеральный закон от 25.07.2011 № 261-ФЗ)</w:t>
      </w:r>
    </w:p>
    <w:p>
      <w:r>
        <w:rPr>
          <w:b/>
        </w:rPr>
        <w:t xml:space="preserve">3. </w:t>
      </w:r>
      <w:r>
        <w:t>(Часть утратила силу - Федеральный закон от 25.07.2011 № 261-ФЗ)</w:t>
      </w:r>
    </w:p>
    <w:p>
      <w:r>
        <w:rPr>
          <w:b/>
        </w:rPr>
        <w:t xml:space="preserve">4. </w:t>
      </w:r>
      <w:r>
        <w:t>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частью 2 статьи 22 настоящего Федерального закона, уведомление, предусмотренное частью 3 статьи 22 настоящего Федерального закона, не позднее 1 января 2008 года</w:t>
      </w:r>
    </w:p>
    <w:p>
      <w:r>
        <w:rPr>
          <w:b/>
        </w:rPr>
        <w:t xml:space="preserve">5. </w:t>
      </w:r>
      <w:r>
        <w:t>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законом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(Дополнение частью - Федеральный закон от 05.04.2013 № 43-ФЗ)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