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8 и 9 Федерального закона "О мобилизационной подготовке и мобилизации в Российской Федерации" и статью 5 Федерального закона "О воинской обязанности и военной службе"</w:t>
      </w:r>
    </w:p>
    <w:p>
      <w:r>
        <w:rPr>
          <w:b/>
        </w:rPr>
        <w:t>Статья 1</w:t>
      </w:r>
    </w:p>
    <w:p>
      <w:r>
        <w:t>Внести в Федеральный закон от 26 февраля 1997 года № 31-ФЗ "О мобилизационной подготовке и мобилизации в Российской Федерации" (Собрание законодательства Российской Федерации, 1997, № 9, ст. 1014; 2002, № 12, ст. 1093; 2004, № 35, ст. 3607) следующие изменения</w:t>
      </w:r>
    </w:p>
    <w:p>
      <w:r>
        <w:t>подпункт 11 пункта 1 статьи 8 дополнить абзацем следующего содержания: "организацию в установленном порядке своевременного оповещения и явки граждан, входящих в состав аппарата усиления военных комиссариатов. Под аппаратом усиления военных комиссариатов понимаются граждане, участвующие на договорной основе в работе по обеспечению оповещения, призыва и отправки мобилизационных ресурсов в Вооруженные Силы Российской Федерации, другие войска, воинские формирования, органы и специальные формирования. Порядок создания и работы аппарата усиления военных комиссариатов устанавливается Положением о военных комиссариатах, утверждаемым Президентом Российской Федерации, и иными нормативными правовыми актами Российской Федерации;"</w:t>
      </w:r>
    </w:p>
    <w:p>
      <w:r>
        <w:t>в абзаце втором подпункта 7 пункта 1 статьи 9 слова "граждан, подлежащих призыву на военную службу по мобилизации и состоящих с ними в трудовых отношениях" заменить словами "работающих (проходящих службу, обучающихся) в этих организациях граждан, входящих в состав аппарата усиления военных комиссариатов или подлежащих призыву на военную службу по мобилизации"</w:t>
      </w:r>
    </w:p>
    <w:p>
      <w:r>
        <w:rPr>
          <w:b/>
        </w:rPr>
        <w:t>Статья 2</w:t>
      </w:r>
    </w:p>
    <w:p>
      <w:r>
        <w:t>В абзаце первом пункта 1 статьи 5 Федерального закона от 28 марта 1998 года № 53-ФЗ "О воинской обязанности и военной службе" (Собрание законодательства Российской Федерации, 1998, № 13, ст. 1475; 2003, № 46, ст. 4437; 2004, № 35, ст. 3607; 2006, № 1, ст. 10) слова "а также" заменить словами "организация работы аппарата усиления военных комиссариатов, а также проведение", слово "осуществляется" заменить словом "осуществляются".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