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w:t>
      </w:r>
    </w:p>
    <w:p>
      <w:r>
        <w:rPr>
          <w:b/>
        </w:rPr>
        <w:t>Статья 1</w:t>
      </w:r>
    </w:p>
    <w:p>
      <w:r>
        <w:t>Внести в Федеральный закон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 33, ст. 3413; № 51, ст. 4830; 2002, № 22, ст. 2026; № 30, ст. 3027; 2003, № 1, ст. 2; № 50, ст. 4849; 2004, № 31, ст. 3231; № 34, ст. 3517; № 35, ст. 3607; 2005, № 1, ст. 9; № 30, ст. 3116) изменение, дополнив его статьей 261 следующего содержания: "Статья 261. Установить, что с 1 января 2007 года, но не ранее 1-го числа очередного налогового периода по налогу на добавленную стоимость по 31 декабря 2008 года включительно не подлежит налогообложению (освобождается от налогообложения) налогом на добавленную стоимость ввоз на таможенную территорию Российской Федерации племенного крупного рогатого скота, племенных свиней, овец и коз, семени и эмбрионов указанных племенных животных, племенных лошадей и племенного яйца, осуществляемый сельскохозяйственными товаропроизводителями, отвечающими критериям, предусмотренным пунктом 2 статьи 3462 части второй Налогового кодекса Российской Федерации, и российскими организациями, занимающимися лизинговой деятельностью с последующей поставкой их сельскохозяйственным товаропроизводителям, отвечающим критериям, предусмотренным пунктом 2 статьи 3462 части второй Налогового кодекса Российской Федерации, по перечню кодов товаров в соответствии с Товарной номенклатурой внешнеэкономической деятельности Российской Федерации, определенному Правительством Российской Федерации.".</w:t>
      </w:r>
    </w:p>
    <w:p>
      <w:r>
        <w:rPr>
          <w:b/>
        </w:rPr>
        <w:t>Статья 2</w:t>
      </w:r>
    </w:p>
    <w:p>
      <w:r>
        <w:t>Настоящий Федеральный закон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