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преобразовании судов общей юрисдикции Пермской области и Коми-Пермяцкого автономного округа в связи с образованием Пермского края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В соответствии со статьей 12 Федерального конституционного закона от 25 марта 2004 года № 1-ФКЗ "Об образовании в составе Российской Федерации нового субъекта Российской Федерации в результате объединения Пермской области и Коми-Пермяцкого автономного округа" и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rPr>
          <w:b/>
        </w:rPr>
        <w:t xml:space="preserve">2. </w:t>
      </w:r>
      <w:r>
        <w:t>Председатели, заместители председателей упраздненных в соответствии с настоящим Федеральным законом Пермского областного суда и суда Коми-Пермяцкого автономного округа могут быть назначены с их согласия на должности, аналогичные занимаемым ими, либо должности судей в Пермский краевой суд, созданный в соответствии с настоящим Федеральным законом</w:t>
      </w:r>
    </w:p>
    <w:p>
      <w:r>
        <w:rPr>
          <w:b/>
        </w:rPr>
        <w:t xml:space="preserve">3. </w:t>
      </w:r>
      <w:r>
        <w:t>Судьи упраздненных в соответствии с настоящим Федеральным законом Пермского областного суда и суда Коми-Пермяцкого автономного округа могут быть назначены с их согласия на должности судей Пермского краевого суда, созданного в соответствии с настоящим Федеральным законом</w:t>
      </w:r>
    </w:p>
    <w:p>
      <w:r>
        <w:rPr>
          <w:b/>
        </w:rPr>
        <w:t xml:space="preserve">4. </w:t>
      </w:r>
      <w:r>
        <w:t>Назначение председателей, заместителей председателей, а также судей упраздненных в соответствии с настоящим Федеральным законом Пермского областного суда и суда Коми-Пермяцкого автономного округа осуществляется в соответствии с абзацем вторым пункта 6 статьи 6 Закона Российской Федерации от 26 июня 1992 года № 3132-I "О статусе судей в Российской Федерации"</w:t>
      </w:r>
    </w:p>
    <w:p>
      <w:r>
        <w:rPr>
          <w:b/>
        </w:rPr>
        <w:t xml:space="preserve">5. </w:t>
      </w:r>
      <w:r>
        <w:t>Районные суды Пермской области и районные суды Коми-Пермяцкого автономного округа, действовавшие до дня вступления в силу настоящего Федерального закона, преобразовываются и считаются районными судами Пермского края</w:t>
      </w:r>
    </w:p>
    <w:p>
      <w:r>
        <w:rPr>
          <w:b/>
        </w:rPr>
        <w:t xml:space="preserve">6. </w:t>
      </w:r>
      <w:r>
        <w:t>Вопросы осуществления правосудия, относящиеся к ведению преобразованных в соответствии с настоящим Федеральным законом районных судов Пермской области и районных судов Коми-Пермяцкого автономного округа, переходят в юрисдикцию соответствующих районных судов Пермского края</w:t>
      </w:r>
    </w:p>
    <w:p>
      <w:r>
        <w:rPr>
          <w:b/>
        </w:rPr>
        <w:t xml:space="preserve">7. </w:t>
      </w:r>
      <w:r>
        <w:t>Юрисдикция районных судов Пермского края распространяется на территории, на которые распространялась юрисдикция соответствующих преобразованных районных судов Пермской области и районных судов Коми-Пермяцкого автономного округа, в границах, существующих на день вступления в силу настоящего Федерального закона</w:t>
      </w:r>
    </w:p>
    <w:p>
      <w:r>
        <w:rPr>
          <w:b/>
        </w:rPr>
        <w:t xml:space="preserve">1. </w:t>
      </w:r>
      <w:r>
        <w:t>создать Пермский краевой суд</w:t>
      </w:r>
    </w:p>
    <w:p>
      <w:r>
        <w:rPr>
          <w:b/>
        </w:rPr>
        <w:t xml:space="preserve">1. </w:t>
      </w:r>
      <w:r>
        <w:t>установить, что юрисдикция Пермского краевого суда распространяется на территорию Пермского края в границах, существующих на день вступления в силу настоящего Федерального закона</w:t>
      </w:r>
    </w:p>
    <w:p>
      <w:r>
        <w:rPr>
          <w:b/>
        </w:rPr>
        <w:t xml:space="preserve">1. </w:t>
      </w:r>
      <w:r>
        <w:t>упразднить Пермский областной суд и суд Коми-Пермяцкого автономного округа</w:t>
      </w:r>
    </w:p>
    <w:p>
      <w:r>
        <w:rPr>
          <w:b/>
        </w:rPr>
        <w:t xml:space="preserve">1. </w:t>
      </w:r>
      <w:r>
        <w:t>передать вопросы осуществления правосудия, относящиеся к ведению упраздненных в соответствии с настоящим Федеральным законом Пермского областного суда и суда Коми-Пермяцкого автономного округа, в юрисдикцию Пермского краевого суда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принять меры по организационному обеспечению деятельности Пермского краевого суда</w:t>
      </w:r>
    </w:p>
    <w:p>
      <w:r>
        <w:rPr>
          <w:b/>
        </w:rPr>
        <w:t xml:space="preserve">1. </w:t>
      </w:r>
      <w:r>
        <w:t>финансирование расходов на создание и содержание Пермского краевого суда осуществляется за счет средств федерального бюджета, выделяемых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2 - 4 части 1 и частей 5 - 7 статьи 1 настоящего Федерального закона</w:t>
      </w:r>
    </w:p>
    <w:p>
      <w:r>
        <w:rPr>
          <w:b/>
        </w:rPr>
        <w:t xml:space="preserve">2. </w:t>
      </w:r>
      <w:r>
        <w:t>Пункты 2 - 4 части 1 и части 5 - 7 статьи 1 настоящего Федерального закона вступают в силу со дня назначения на должности не менее четырех пятых судей Пермского краевого суда от установленной численности судей Пермского краевого суда</w:t>
      </w:r>
    </w:p>
    <w:p>
      <w:r>
        <w:rPr>
          <w:b/>
        </w:rPr>
        <w:t xml:space="preserve">3. </w:t>
      </w:r>
      <w:r>
        <w:t>Решение о дне начала деятельности Пермского краевого суда и районных судов Пермского края принимает Пленум Верховного Суда Российской Федерации и официально извещает об этом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