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государственной поддержки граждан, имеющих детей</w:t>
      </w:r>
    </w:p>
    <w:p>
      <w:r>
        <w:rPr>
          <w:b/>
        </w:rPr>
        <w:t>Статья 1</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 48, ст. 4566; 1996, № 26, ст. 3028; № 49, ст. 5489; 1997, № 1, ст. 3; 1998, № 30, ст. 3613; № 31, ст. 3812; 1999, № 29, ст. 3692; 2000, № 29, ст. 3002; № 33, ст. 3348; 2001, № 23, ст. 2284, 2285; № 53, ст. 5017; 2002, № 30, ст. 3033; 2004, № 35, ст. 3607; 2005, № 1, ст. 32; № 52, ст. 5591, 5594) следующие изменения</w:t>
      </w:r>
    </w:p>
    <w:p>
      <w:r>
        <w:t>в части первой статьи 1: а) абзац четвертый изложить в следующей редакции: "постоянно проживающих на территории Российской Федерации иностранных граждан и лиц без гражданства, а также беженцев;"; б) дополнить абзацем следующего содержания: "временно проживающих на территории Российской Федерации и подлежащих обязательному социальному страхованию иностранных граждан и лиц без гражданства."</w:t>
      </w:r>
    </w:p>
    <w:p>
      <w:r>
        <w:t>статью 2 дополнить предложением следующего содержания: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t>в статье 3: а) в части первой: в абзаце пятом слова "на период отпуска" и слова "до достижения им возраста полутора лет" исключить; дополнить абзацем следующего содержания: "единовременное пособие при передаче ребенка на воспитание в семью."; б) в части второй слова "Порядок назначения и выплаты указанных государственных пособий устанавливается" заменить словами "Порядок и условия назначения и выплаты указанных государственных пособий устанавливаются"</w:t>
      </w:r>
    </w:p>
    <w:p>
      <w:r>
        <w:t>в части первой статьи 4: а) абзацы второй и третий изложить в следующей редакции: "средств Фонда социального страхования Российской Федерации в виде пособия по беременности и родам, единовременного пособия женщинам, вставшим на учет в медицинских учреждениях в ранние сроки беременности, единовременного пособия при рождении ребенка (за исключением пособий, предусмотренных абзацами третьим и четвертым настоящей части), ежемесячного пособия по уходу за ребенком лицам, подлежащим обязательному социальному страхованию; лицам, обучающимся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частными нотариусами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средств федерального бюджета, выделяемых в установленном порядке федеральным органам исполнительной власти, в которых законодательством Российской Федерации предусмотрена военная служба, служба в качестве лиц рядового и начальствующего состава органов внутренних дел, Государственной противопожарной службы, сотрудников учреждений и органов уголовно-исполнительной системы, органов по контролю за оборотом наркотических средств и психотропных веществ, таможенных органов, в виде пособия по беременности и родам, единовременного пособия женщинам, вставшим на учет в медицинских учреждениях в ранние сроки беременности, единовременного пособия при рождении ребенка, ежемесячного пособия по уходу за ребенком женщинам, проходящим военную службу по контракту; лицам, проходящим службу в качестве лиц рядового и начальствующего состава органов внутренних дел, Государственной противопожарной службы, сотрудников учреждений и органов уголовно-исполнительной системы, органов по контролю за оборотом наркотических средств и психотропных веществ, таможенных органов; лицам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(за исключением ежемесячного пособия по уходу за ребенком, предусмотренного абзацем вторым настоящей части), а также в связи с истечением срока их трудового договора в воинских частях, находящихся за пределами Российской Федерации; женщинам, уволенным в период беременности, отпуска по беременности и родам, отпуска по уходу за ребенком в связи с переводом мужа в Российскую Федерацию из воинских частей, находящихся за пределами Российской Федерации; неработающим женам военнослужащих, проходящих военную службу по контракту на территориях иностранных государств;"; б) в абзаце четвертом слова "с отрывом от производства" заменить словами "по очной форме обучения"; в) дополнить абзацами следующего содержания: "средств федерального бюджета, выделяемых в установленном порядке Фонду социального страхования Российской Федерации на выплату ежемесячного пособия по уходу за ребенком лицам, фактически осуществляющим уход за ребенком и не подлежащим обязательному социальному страхованию (за исключением ежемесячного пособия по уходу за ребенком, предусмотренного абзацами вторым и третьим настоящей части). Порядок финансирования указанных расходов устанавливается Правительством Российской Федерации; субвенций, предоставляемых бюджетам субъектов Российской Федерации из Федерального фонда компенсаций, образованного в составе федерального бюджета, через федеральный орган исполнительной власти, осуществляющий функции по управлению государственным имуществом, оказанию государственных услуг в сфере образования, на выплату единовременного пособия при передаче ребенка на воспитание в семью."</w:t>
      </w:r>
    </w:p>
    <w:p>
      <w:r>
        <w:t>дополнить статьей 41 следующего содержания: "Статья 41. Обеспечение выплаты единовременного пособия при передаче ребенка на воспитание в семью Российская Федерация передает органам государственной власти субъектов Российской Федерации полномочие по назначению и выплате единовременного пособия при передаче ребенка на воспитание в семью. Средства на реализацию передаваемого полномочия по назначению и выплате указанного пособия предусматриваются в Федеральном фонде компенсаций, образованном в составе федерального бюджета, в виде субвенций. Объем средств, предусматриваемых в Федеральном фонде компенсаций, образованном в составе федерального бюджета, определяется исходя из численности лиц, имеющих право на указанное пособие, а также из размера пособия, установленного настоящим Федеральным законом. Субвенции зачисляются в установленном для исполнения федерального бюджета порядке на счета бюджетов субъектов Российской Федерации. Порядок распределения, расходования и учета средств на предоставление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финансовой, кредитной, денежной политики, отчет о расходовании предоставленных субвенций с указанием численности лиц, имеющих право на указанное пособие, а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списки лиц, которым выплачено единовременное пособие при передаче ребенка на воспитание в семью, с указанием категорий получателей и оснований получения указанного пособия. При необходимости дополнительные отчетные данные представляются в порядке, определяемом Правительством Российской Федерации. Средства на реализацию полномочия по назначению и выплате единовременного пособия при передаче ребенка на воспитание в семью носят целевой характер и не могут быть использованы на другие цели. В случае использования данных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 Контроль за расходованием указанных средств осуществляется федеральным органом исполнительной власти, осуществляющим функции по контролю и надзору в финансово-бюджетной сфере, и уполномоченными им органами, федеральным органом исполнительной власти, осуществляющим функции по контролю и надзору в сфере образования и науки."</w:t>
      </w:r>
    </w:p>
    <w:p>
      <w:r>
        <w:t>главу I дополнить статьей 51 следующего содержания: "Статья 51. Порядок исчисления среднего заработка (дохода) при назначении государственных пособий гражданам, имеющим детей Порядок исчисления среднего заработка (дохода) при назначении пособия по беременности и родам и ежемесячного пособия по уходу за ребенком устанавливается Правительством Российской Федерации."</w:t>
      </w:r>
    </w:p>
    <w:p>
      <w:r>
        <w:t>в статье 6: а) в абзаце втором слово "государственному" заменить словом "обязательному", слова "предприятий, учреждений и" исключить, после слова "организаций" дополнить словами ", прекращением физическими лицами деятельности в качестве индивидуальных предпринимателей, прекращением полномочий частными нотариусами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б) в абзаце третьем слова "с отрывом от производства" заменить словами "по очной форме обучения"</w:t>
      </w:r>
    </w:p>
    <w:p>
      <w:r>
        <w:t>в статье 8: а) абзацы второй и третий изложить в следующей редакции: "среднего заработка (дохода) по месту работы за последние 12 календарных месяцев, предшествующих месяцу наступления отпуска по беременности и родам, с учетом условий, установленных федеральными законами и иными нормативными правовыми актами Российской Федерации об обязательном социальном страховании, - женщинам, подлежащим обязательному социальному страхованию, а также женщинам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300 рублей - женщинам, уволенным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частными нотариусами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 б) в абзаце четвертом слова "с отрывом от производства" заменить словами "по очной форме обучения"</w:t>
      </w:r>
    </w:p>
    <w:p>
      <w:r>
        <w:t>в статье 11: а) в части первой слова "(усыновлении в возрасте до трех месяцев)" исключить; б) в части второй слово "(усыновления)" исключить</w:t>
      </w:r>
    </w:p>
    <w:p>
      <w:r>
        <w:t>в статье 12 слово "(усыновлении)" исключить</w:t>
      </w:r>
    </w:p>
    <w:p>
      <w:r>
        <w:t>дополнить статьями 121 и 122 следующего содержания: "Статья 121. Право на единовременное пособие при передаче ребенка на воспитание в семью Право на единовременное пособие при передаче ребенка на воспитание в семью (усыновлении, установлении опеки (попечительства), передаче на воспитание в приемную семью детей, оставшихся без попечения родителей) в случае, если родители неизвестны,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воспитательных, лечебных учреждений, учреждений социальной защиты населения и других аналогичных учреждений, имеет один из усыновителей, опекунов (попечителей), приемных родителей. В случае передачи на воспитание в семью двух и более детей пособие выплачивается на каждого ребенка</w:t>
      </w:r>
    </w:p>
    <w:p>
      <w:r>
        <w:rPr>
          <w:b/>
        </w:rPr>
        <w:t>Статья 122. Размер единовременного пособия при передаче ребенка на воспитание в семью</w:t>
      </w:r>
    </w:p>
    <w:p>
      <w:r>
        <w:t>Единовременное пособие при передаче ребенка на воспитание в семью выплачивается в размере 8 000 рублей.";</w:t>
      </w:r>
    </w:p>
    <w:p>
      <w:r>
        <w:t>статью 13 изложить в следующей редакции: "Статья 13. Право на ежемесячное пособие по уходу за ребенком Право на ежемесячное пособие по уходу за ребенком имеют: матери либо отцы, другие родственники, опекуны, фактически осуществляющие уход за ребенком, подлежащие обязательному социальному страхованию и находящиеся в отпуске по уходу за ребенком; матери, проходящие военную службу по контракту, матери либо отцы, проходящие службу в качестве лиц рядового и начальствующего состава органов внутренних дел, Государственной противопожарной службы, сотрудников учреждений и органов уголовно-исполнительной системы, органов по контролю за оборотом наркотических средств и психотропных веществ, таможенных органов и находящиеся в отпуске по уходу за ребенком; (Абзац утратил силу - Федеральный закон от 24.07.2009 № 213-ФЗ) матери либо отцы, другие родственники, опекуны, фактически осуществляющие уход за ребенком, уволенные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частными нотариусами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а также матери, уволенные в период отпуска по уходу за ребенком в связи с переводом мужа из таких частей в Российскую Федерацию; матери, уволенные в период беременности,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частными нотариусами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или в связи с переводом мужа из таких частей в Российскую Федерацию; матери либо отцы, опекуны, фактически осуществляющие уход за ребенком и не подлежащие обязательному социальному страхованию (в том числе обучающиеся по очной форме обучения в образовательных учреждениях начального профессионального, среднего профессионального и высшего профессионального образования и учреждениях послевузовского профессионального образования и находящиеся в отпуске по уходу за ребенком); другие родственники, фактически осуществляющие уход за ребенком и не подлежащие обязательному социальному страхованию,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воспитательных, лечебных учреждений, учреждений социальной защиты населения и других аналогичных учреждений. 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а также в случае продолжения обучения. Лицам, имеющим право как на ежемесячное пособие по уходу за ребенком, так и на пособие по безработице, предоставляется право выбора получения пособия по одному из оснований. В случае наступления отпуска по беременности и родам в период нахождения матери в отпуске по уходу за ребенком ей предоставляется право выбора одного из двух видов выплачиваемых в периоды соответствующих отпусков пособий. 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пособия по уходу за ребенком выше, чем размер пособия по беременности и родам. Лицам, имеющим право на получение ежемесячного пособия по уходу за ребенком по нескольким основаниям, предоставляется право выбора получения пособия по одному из оснований. 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
        <w:t>статью 14 изложить в следующей редакции: "Статья 14. Продолжительность выплаты ежемесячного пособия по уходу за ребенком Лицам, указанным в абзацах втором - пятом части первой статьи 13 настоящего Федерального закона, ежемесячное пособие по уходу за ребенком выплачивается со дня предоставления отпуска по уходу за ребенком до достижения ребенком возраста полутора лет. Лицам, указанным в абзаце седьмом части первой статьи 13 настоящего Федерального закона, и матерям, уволенным в период беременности, указанным в абзаце шестом части первой статьи 13 настоящего Федерального закона, ежемесячное пособие по уходу за ребенком выплачивается со дня рождения ребенка до достижения ребенком возраста полутора лет. Матерям, уволенным в период отпуска по беременности и родам, указанным в абзаце шестом части первой статьи 13 настоящего Федерального закона, ежемесячное пособие по уходу за ребенком выплачивается со дня рождения ребенка либо со дня, следующего за днем окончания отпуска по беременности и родам, до достижения ребенком возраста полутора лет. Лицам, указанным в абзаце восьмом части первой статьи 13 настоящего Федерального закона, ежемесячное пособие по уходу за ребенком выплачивается со дня рождения ребенка, но не ранее дня смерти матери и (или) отца либо дня вынесения соответствующего решения (вступившего в законную силу решения суда, решения органа опеки и попечительства, заключения учреждения здравоохранения) до достижения ребенком возраста полутора лет."</w:t>
      </w:r>
    </w:p>
    <w:p>
      <w:r>
        <w:t>статью 15 изложить в следующей редакции: "Статья 15. Размер ежемесячного пособия по уходу за ребенком Ежемесячное пособие по уходу за ребенком выплачивается в следующих размерах: 1 500 рублей по уходу за первым ребенком и 3 000 рублей по уходу за вторым ребенком и последующими детьми - лицам, указанным в абзацах шестом - восьмом части первой статьи 13 настоящего Федерального закона; 40 процентов среднего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ребенком, - лицам, указанным в абзацах втором - пятом части первой статьи 13 настоящего Федерального закона. При этом минимальный размер пособия составляет 1 500 рублей по уходу за первым ребенком и 3 000 рублей по уходу за вторым ребенком и последующими детьми. Максимальный размер пособия по уходу за ребенком не может превышать за полный календарный месяц 6 000 рублей. В районах и местностях, в которых в установленном порядке применяются районные коэффициенты к заработной плате, минимальный и максимальный размеры указанного пособия определяются с учетом этих коэффициентов. В случае ухода за двумя и более детьми до достижения ими возраста полутора лет размер пособия, исчисленный в соответствии с частями первой и второй настоящей статьи, суммируется. При этом суммированный размер пособия, исчисленный исходя из среднего заработка (дохода, денежного довольствия), не может превышать 100 процентов размера указанного заработка (дохода, денежного довольствия), но не может быть менее суммированного минимального размера пособия. При определении размера ежемесячного пособия по уходу за вторым ребенком и последующими детьми учитываются предыдущие дети, рожденные (усыновленные) матерью данного ребенка. В случае ухода за ребенком (детьми), рожденным (рожденными) матерью, лишенной родительских прав в отношении предыдущих детей, ежемесячное пособие по уходу за ребенком выплачивается в размерах, установленных настоящей статьей, без учета детей, в отношении которых она была лишена родительских прав."</w:t>
      </w:r>
    </w:p>
    <w:p>
      <w:r>
        <w:t>статью 172 изложить в следующей редакции: "Статья 172. Сроки назначения государственных пособий гражданам, имеющим детей Пособие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а также единовременное пособие при передаче ребенка на воспитание в семью назначаются, если обращение за ними последовало не позднее шести месяцев соответственно со дня окончания отпуска по беременности и родам, со дня рождения ребенка, со дня достижения ребенком возраста полутора лет, со дня вступления в законную силу решения суда об усыновлении, или со дня вынесения органом опеки и попечительства решения об установлении опеки (попечительства), или со дня заключения договора о передаче ребенка на воспитание в приемную семью. При этом ежемесячное пособие по уходу за ребенком выплачивается за весь период, в течение которого лицо, осуществляющее уход за ребенком, имело право на выплату указанного пособия, в размере, предусмотренном законодательством Российской Федерации на соответствующий период."</w:t>
      </w:r>
    </w:p>
    <w:p>
      <w:r>
        <w:t>главу II дополнить статьей 173 следующего содержания: "Статья 173. Дополнительные гарантии гражданам, имеющим детей Органы государственной власти субъектов Российской Федерации в соответствии с законами субъектов Российской Федерации могут увеличивать установленные настоящим Федеральным законом размеры государственных пособий за счет средств бюджетов субъектов Российской Федерации."</w:t>
      </w:r>
    </w:p>
    <w:p>
      <w:r>
        <w:rPr>
          <w:b/>
        </w:rPr>
        <w:t>Статья 2</w:t>
      </w:r>
    </w:p>
    <w:p>
      <w:r>
        <w:t>Пункт 7 части первой статьи 18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2000, № 33, ст. 3348; 2001, № 7, ст. 610; 2002, № 50, ст. 4929; 2004, № 35, ст. 3607) изложить в следующей редакции: "7) ежемесячное пособие по уходу за ребенком в двойном размере до достижения ребенком возраста трех лет. При этом в случае ухода за двумя и более детьми размер ежемесячного пособия по уходу за ребенком суммируется. Суммированный размер указанного пособия в случае ухода за двумя и более детьми не может превышать 100 процентов заработка (дохода), из которого произведено исчисление этого пособия, но не может быть ниже суммированного двукратного установленного федеральным законом минимального размера ежемесячного пособия по уходу за ребенком;".</w:t>
      </w:r>
    </w:p>
    <w:p>
      <w:r>
        <w:rPr>
          <w:b/>
        </w:rPr>
        <w:t>Статья 3</w:t>
      </w:r>
    </w:p>
    <w:p>
      <w:r>
        <w:t>(Утратила силу - Федеральный закон от 29.12.2012 № 273-ФЗ)</w:t>
      </w:r>
    </w:p>
    <w:p>
      <w:r>
        <w:rPr>
          <w:b/>
        </w:rPr>
        <w:t>Статья 4</w:t>
      </w:r>
    </w:p>
    <w:p>
      <w:r>
        <w:rPr>
          <w:b/>
        </w:rPr>
        <w:t xml:space="preserve">1. </w:t>
      </w:r>
      <w:r>
        <w:t>Ежемесячное пособие на период отпуска по уходу за ребенком до достижения им возраста полутора лет, назначенное по состоянию на 31 декабря 2006 года, подлежит перерасчету с 1 января 2007 года в соответствии с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 (в редакции настоящего Федерального закона)</w:t>
      </w:r>
    </w:p>
    <w:p>
      <w:r>
        <w:rPr>
          <w:b/>
        </w:rPr>
        <w:t xml:space="preserve">2. </w:t>
      </w:r>
      <w:r>
        <w:t>Лицам, указанным в части первой статьи 13 Федерального закона "О государственных пособиях гражданам, имеющим детей" (в редакции настоящего Федерального закона), которые приобрели право на получение ежемесячного пособия по уходу за ребенком с 1 января 2007 года, указанное пособие назначается за период с 1 января 2007 года по нормам, предусмотренным Федеральным законом "О государственных пособиях гражданам, имеющим детей" (в редакции настоящего Федерального закона)</w:t>
      </w:r>
    </w:p>
    <w:p>
      <w:r>
        <w:rPr>
          <w:b/>
        </w:rPr>
        <w:t xml:space="preserve">3. </w:t>
      </w:r>
      <w:r>
        <w:t>Действие абзаца четвертого части первой статьи 1 Федерального закона "О государственных пособиях гражданам, имеющим детей" (в редакции настоящего Федерального закона) не распространяется на иностранных граждан и лиц без гражданства, проживающих на территории Российской Федерации на законных основаниях по состоянию на 31 декабря 2006 года</w:t>
      </w:r>
    </w:p>
    <w:p>
      <w:r>
        <w:rPr>
          <w:b/>
        </w:rPr>
        <w:t xml:space="preserve">4. </w:t>
      </w:r>
      <w:r>
        <w:t>Установить, что размер субсидий, выделяемых из федерального бюджета бюджетам субъектов Российской Федерации в соответствии со статьей 522 Закона Российской Федерации "Об образовании" (в редакции Федерального закона от 13 января 1996 года № 12-ФЗ) (в редакции настоящего Федерального закона) на выплату компенсации части родительской платы, фактически взимаемой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на 2007 год рассчитывается исходя из среднего сложившегося в субъекте Российской Федерации размера родительской платы по состоянию на 1 декабря 2006 года с учетом прогнозного уровня инфляции на 2007 год. Размеры указанных субсидий на 2008 год и последующие годы определяются путем увеличения размера субсидий, установленных на 2007 год, на прогнозный уровень инфляции на 2008 год и последующие годы соответственно с учетом условий предоставления субсидий, устанавливаемых Правительством Российской Федерации</w:t>
      </w:r>
    </w:p>
    <w:p>
      <w:r>
        <w:rPr>
          <w:b/>
        </w:rPr>
        <w:t>Статья 5</w:t>
      </w:r>
    </w:p>
    <w:p>
      <w:r>
        <w:t>Настоящий Федеральный закон вступает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