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"Брянская область - 65" словами "Брянская область - 73".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