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"Липецкая область - 55" словами "Липецкая область - 64".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