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"Орловская область - 40" словами "Орловская область - 45".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