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"Ямало-Ненецкий автономный округ - 22" словами "Ямало-Ненецкий автономный округ - 27".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