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"Краснодарский край - 226" словами "Краснодарский край - 270".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