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"Республика Коми - 52" словами "Республика Коми - 60".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