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"Свердловская область - 207" словами "Свердловская область - 219".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