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"Республика Башкортостан - 183" словами "Республика Башкортостан - 215".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