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3227) изменение, заменив слова "Камчатская область - 28" словами "Камчатская область - 33".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2007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