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федеральном бюджете на 2006 год"</w:t>
      </w:r>
    </w:p>
    <w:p>
      <w:r>
        <w:rPr>
          <w:b/>
        </w:rPr>
        <w:t>Статья None. Федеральный закон   от 01.12.2006 № 197-ФЗ</w:t>
      </w:r>
    </w:p>
    <w:p>
      <w:r>
        <w:t>О внесении изменений в Федеральный закон "О федеральном бюджете на 2006 год" РОССИЙСКАЯ ФЕДЕРАЦИЯ ФЕДЕРАЛЬНЫЙ ЗАКОН О внесении изменений в Федеральный закон "О федеральном бюджете на 2006 год" Принят Государственной Думой 17 ноября 2006 года Одобрен Советом Федерации 24 ноября 2006 года Статья 1 Внести в Федеральный закон от 26 декабря 2005 года № 189-ФЗ "О федеральном бюджете на 2006 год" (Собрание законодательства Российской Федерации, 2005, № 52, ст. 5602; 2006, № 31, ст. 3435) следующие изменения: 1) статью 1 изложить в следующей редакции: "Статья 1 1. Утвердить федеральный бюджет на 2006 год по расходам в сумме 4 431 076 807,1 тыс. рублей и по доходам в сумме 6 170 484 600,0 тыс. рублей исходя из прогнозируемого объема валового внутреннего продукта в сумме 27 220 млрд. рублей и уровня инфляции (потребительских цен) 9,0 процента (декабрь 2006 года к декабрю 2005 года).</w:t>
      </w:r>
    </w:p>
    <w:p>
      <w:r>
        <w:rPr>
          <w:b/>
        </w:rPr>
        <w:t xml:space="preserve">2. </w:t>
      </w:r>
      <w:r>
        <w:t>Установить превышение доходов над расходами федерального бюджета в 2006 году в размере 1 739 407 792,9 тыс. рублей.";</w:t>
      </w:r>
    </w:p>
    <w:p>
      <w:r>
        <w:rPr>
          <w:b/>
        </w:rPr>
        <w:t xml:space="preserve">2. </w:t>
      </w:r>
      <w:r>
        <w:t>Ассигнования федерального бюджета, предусмотренные федеральному органу исполнительной власти, осуществляющему функции по управлению государственным имуществом, оказанию государственных услуг в сфере физической культуры и спорта, по подразделу "Спорт и физическая культура" раздела "Здравоохранение и спорт" функциональной классификации расходов бюджетов Российской Федерации, в объеме 2 000 000,0 тыс. рублей направляются на централизованную закупку оборудования для быстровозводимых физкультурно-оздоровительных комплексов.";</w:t>
      </w:r>
    </w:p>
    <w:p>
      <w:r>
        <w:rPr>
          <w:b/>
        </w:rPr>
        <w:t xml:space="preserve">2. </w:t>
      </w:r>
      <w:r>
        <w:t>в части 1 статьи 33 слова "в сумме до 3 318 570,9 тыс. рублей" заменить словами "в сумме до 3 214 171,8 тыс. рублей"</w:t>
      </w:r>
    </w:p>
    <w:p>
      <w:r>
        <w:rPr>
          <w:b/>
        </w:rPr>
        <w:t xml:space="preserve">2. </w:t>
      </w:r>
      <w:r>
        <w:t>в части 1 статьи 35:</w:t>
      </w:r>
    </w:p>
    <w:p>
      <w:r>
        <w:rPr>
          <w:b/>
        </w:rPr>
        <w:t xml:space="preserve">2. </w:t>
      </w:r>
      <w:r>
        <w:t>в части 1 статьи 42 слова "в сумме 20 000 000,0 тыс. рублей" заменить словами "в сумме 35 373 700,0 тыс. рублей"</w:t>
      </w:r>
    </w:p>
    <w:p>
      <w:r>
        <w:rPr>
          <w:b/>
        </w:rPr>
        <w:t xml:space="preserve">2. </w:t>
      </w:r>
      <w:r>
        <w:t>в статье 44:</w:t>
      </w:r>
    </w:p>
    <w:p>
      <w:r>
        <w:rPr>
          <w:b/>
        </w:rPr>
        <w:t xml:space="preserve">2. </w:t>
      </w:r>
      <w:r>
        <w:t>субсидии бюджетам субъектов Российской Федерации для возмещения ущерба, нанесенного сельскохозяйственным товаропроизводителям в связи с гибелью посевов озимых зерновых культур и многолетних плодовых насаждений вследствие аномальных гидрометеорологических условий в зимний период 2005 - 2006 годов, в сумме 1 571 640,0 тыс. рублей с распределением по субъектам Российской Федерации согласно приложению 59 к настоящему Федеральному закону. Предоставление указанных субсидий осуществляется в порядке,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и рыболовства, по согласованию с Министерством финансов Российской Федерации</w:t>
      </w:r>
    </w:p>
    <w:p>
      <w:r>
        <w:rPr>
          <w:b/>
        </w:rPr>
        <w:t xml:space="preserve">2. </w:t>
      </w:r>
      <w:r>
        <w:t>субсидии бюджетам субъектов Российской Федерации на оснащение специальным оборудованием государственных наркологических диспансеров в рамках федеральной целевой программы "Комплексные меры противодействия злоупотреблению наркотиками и их незаконному обороту на 2005 - 2009 годы" в сумме 71 600,0 тыс. рублей, предоставляемые в порядке, устанавливаемом Правительством Российской Федерации.";</w:t>
      </w:r>
    </w:p>
    <w:p>
      <w:r>
        <w:rPr>
          <w:b/>
        </w:rPr>
        <w:t xml:space="preserve">2. </w:t>
      </w:r>
      <w:r>
        <w:t>в части 2 статьи 47:</w:t>
      </w:r>
    </w:p>
    <w:p>
      <w:r>
        <w:rPr>
          <w:b/>
        </w:rPr>
        <w:t xml:space="preserve">2. </w:t>
      </w:r>
      <w:r>
        <w:t>дополнить статьей 47 1 следующего содержания: "Статья 47 1 Денежные средства, поступающие в 2006 году в соответствии со статьей 9 настоящего Федерального закона по налоговым обязательствам, возникшим до 1 января 2006 года и до указанного срока являвшиеся полностью или частично источниками формирования доходов бюджетов муниципальных районов, а с 1 января 2006 года являющиеся источниками формирования бюджетов поселений и бюджетов городских округов, в части, подлежащей зачислению в бюджеты поселений и городских округов, подлежат зачислению в бюджеты субъектов Российской Федерации на основании уведомлений налоговых органов, представленных в территориальные органы Федерального казначейства, для последующего направления в бюджеты муниципальных образований в форме дотаций в размерах, устанавливаемых законом о бюджете субъектов Российской Федерации."</w:t>
      </w:r>
    </w:p>
    <w:p>
      <w:r>
        <w:rPr>
          <w:b/>
        </w:rPr>
        <w:t xml:space="preserve">2. </w:t>
      </w:r>
      <w:r>
        <w:t>в статье 52 слова "в ходе его исполнения" и слова "сверх сумм, установленных статьей 34 настоящего Федерального закона" исключить</w:t>
      </w:r>
    </w:p>
    <w:p>
      <w:r>
        <w:rPr>
          <w:b/>
        </w:rPr>
        <w:t xml:space="preserve">2. </w:t>
      </w:r>
      <w:r>
        <w:t>дополнить статьей 55 1 следующего содержания: "Статья 55 1 Федеральный орган исполнительной власти, осуществляющий функции по оказанию государственных услуг и управлению государственным имуществом в сфере здравоохранения и социального развития, направляет ассигнования федерального бюджета в сумме 128 680,0 тыс. рублей, предусмотренные по разделу "Здравоохранение и спорт" функциональной классификации расходов бюджетов Российской Федерации, на централизованную закупку медикаментов и медицинского оборудования для оснащения центров аудиологии и слухопротезирования комплексами для кохлеарной имплантации инвалидов по слуху."</w:t>
      </w:r>
    </w:p>
    <w:p>
      <w:r>
        <w:rPr>
          <w:b/>
        </w:rPr>
        <w:t xml:space="preserve">2. </w:t>
      </w:r>
      <w:r>
        <w:t>в статье 57 слова "в размере 3 700 000,0 тыс. рублей" заменить словами "в размере 9 400 000,0 тыс. рублей"</w:t>
      </w:r>
    </w:p>
    <w:p>
      <w:r>
        <w:rPr>
          <w:b/>
        </w:rPr>
        <w:t xml:space="preserve">2. </w:t>
      </w:r>
      <w:r>
        <w:t>в абзаце первом статьи 64 слово "погашении" заменить словами "сроков погашения"</w:t>
      </w:r>
    </w:p>
    <w:p>
      <w:r>
        <w:rPr>
          <w:b/>
        </w:rPr>
        <w:t xml:space="preserve">2. </w:t>
      </w:r>
      <w:r>
        <w:t>в статье 68:</w:t>
      </w:r>
    </w:p>
    <w:p>
      <w:r>
        <w:rPr>
          <w:b/>
        </w:rPr>
        <w:t xml:space="preserve">2. </w:t>
      </w:r>
      <w:r>
        <w:t>в статье 69 слова ", "Росплемобъединение" и" заменить словами ", Российский союз племенных организаций по воспроизводству и реализации племенных животных - "Росплемобъединение" и"</w:t>
      </w:r>
    </w:p>
    <w:p>
      <w:r>
        <w:rPr>
          <w:b/>
        </w:rPr>
        <w:t xml:space="preserve">2. </w:t>
      </w:r>
      <w:r>
        <w:t>в статье 70 слова "и "Росплемобъединение" заменить словами ", а также Российскому союзу племенных организаций по воспроизводству и реализации племенных животных - "Росплемобъединение"</w:t>
      </w:r>
    </w:p>
    <w:p>
      <w:r>
        <w:rPr>
          <w:b/>
        </w:rPr>
        <w:t xml:space="preserve">2. </w:t>
      </w:r>
      <w:r>
        <w:t>в пункте 1 статьи 71 слова "и "Росплемобъединение" заменить словами "и Российский союз племенных организаций по воспроизводству и реализации племенных животных - "Росплемобъединение"</w:t>
      </w:r>
    </w:p>
    <w:p>
      <w:r>
        <w:rPr>
          <w:b/>
        </w:rPr>
        <w:t xml:space="preserve">2. </w:t>
      </w:r>
      <w:r>
        <w:t>в пункте 7 части 1 статьи 74 слова "бюджетов Российской Федерации, - на те же цели в 2006 году" заменить словами "бюджетов Российской Федерации, в объеме 1 293 532,9 тыс. рублей на те же цели в 2006 году и в объеме 2 200 000,0 тыс. рублей на реализацию Министерством экономического развития и торговли Российской Федерации мероприятий по реализации федеральной целевой программы "Развитие г. Сочи как горноклиматического курорта (2006 - 2014 годы)" в 2006 году"</w:t>
      </w:r>
    </w:p>
    <w:p>
      <w:r>
        <w:rPr>
          <w:b/>
        </w:rPr>
        <w:t xml:space="preserve">2. </w:t>
      </w:r>
      <w:r>
        <w:t>в статье 75:</w:t>
      </w:r>
    </w:p>
    <w:p>
      <w:r>
        <w:rPr>
          <w:b/>
        </w:rPr>
        <w:t xml:space="preserve">2. </w:t>
      </w:r>
      <w:r>
        <w:t>дополнить статьей 75 2 следующего содержания: "Статья 75 2 Ассигнования, предусмотренные в федеральном бюджете на 2006 год Пенсионному фонду Российской Федерации на цели покрытия дефицита бюджета Пенсионного фонда Российской Федерации, могут направляться Пенсионным фондом Российской Федерации на выплату базовой части трудовой пенсии, пенсий по государственному пенсионному обеспечению, на ежемесячные денежные выплаты и другие выплаты, финансирование которых осуществляется за счет средств федерального бюджета в соответствии с законодательством Российской Федерации, а также на возмещение затрат по выплате пенсий, назначенных досрочно, гражданам, признанным безработными."</w:t>
      </w:r>
    </w:p>
    <w:p>
      <w:r>
        <w:rPr>
          <w:b/>
        </w:rPr>
        <w:t xml:space="preserve">2. </w:t>
      </w:r>
      <w:r>
        <w:t>дополнить статьей 75 3 следующего содержания: "Статья 75 3 Федеральный орган исполнительной власти, осуществляющий функции по выработке государственной политики в сфере бюджетной деятельности, в целях выполнения территориальных программ обязательного медицинского страхования в рамках базовой программы обязательного медицинского страхования вправе направить на эти цели ассигнования федерального бюджета на 2006 год в ходе его исполнения в сумме до 10 000 000,0 тыс. рублей в бюджет Федерального фонда обязательного медицинского страхования сверх сумм, установленных приложением 10 к настоящему Федеральному закону."</w:t>
      </w:r>
    </w:p>
    <w:p>
      <w:r>
        <w:rPr>
          <w:b/>
        </w:rPr>
        <w:t xml:space="preserve">2. </w:t>
      </w:r>
      <w:r>
        <w:t>пункт 7 после цифр "75 1 ," дополнить цифрами "75 3 ,", после цифр "119 1 ," дополнить цифрами "120 1 ,", слова "и 125" заменить словами ", 125 и 126 1 "</w:t>
      </w:r>
    </w:p>
    <w:p>
      <w:r>
        <w:rPr>
          <w:b/>
        </w:rPr>
        <w:t xml:space="preserve">2. </w:t>
      </w:r>
      <w:r>
        <w:t>в части 1 статьи 76 слова "в сумме 250 000,0 тыс. рублей" заменить словами "в сумме 36 026,0 тыс. рублей"</w:t>
      </w:r>
    </w:p>
    <w:p>
      <w:r>
        <w:rPr>
          <w:b/>
        </w:rPr>
        <w:t xml:space="preserve">2. </w:t>
      </w:r>
      <w:r>
        <w:t>пункт 19 изложить в следующей редакции: "19) ведомственную, функциональную и экономическую структуры расходов федерального бюджета по основаниям, связанным с внесением изменений в настоящий Федеральный закон в части, затрагивающей объемы поступлений доходов в федеральный бюджет и расходы федерального бюджета."</w:t>
      </w:r>
    </w:p>
    <w:p>
      <w:r>
        <w:rPr>
          <w:b/>
        </w:rPr>
        <w:t xml:space="preserve">2. </w:t>
      </w:r>
      <w:r>
        <w:t>дополнить статьей 90 1 следующего содержания: "Статья 90 1 Правительство Российской Федерации определяет порядок проведения конверсионных операций "долг в обмен на товары и (или) услуги" по погашению и обслуживанию государственного внешнего долга Российской Федерации на основании договоренностей с кредиторами."</w:t>
      </w:r>
    </w:p>
    <w:p>
      <w:r>
        <w:rPr>
          <w:b/>
        </w:rPr>
        <w:t xml:space="preserve">2. </w:t>
      </w:r>
      <w:r>
        <w:t>в статье 98 слова "в иностранной валюте, не взыскивается и подлежит" заменить словом ", подлежит"</w:t>
      </w:r>
    </w:p>
    <w:p>
      <w:r>
        <w:rPr>
          <w:b/>
        </w:rPr>
        <w:t xml:space="preserve">2. </w:t>
      </w:r>
      <w:r>
        <w:t>статью 99 дополнить частью 8 следующего содержания: "8. Исполнение бюджетных обязательств муниципальных образований по стройкам и объектам муниципальной собственности, включенным в Перечень строек и объектов для федеральных государственных нужд на 2006 год, может осуществляться на основании муниципальных контрактов."</w:t>
      </w:r>
    </w:p>
    <w:p>
      <w:r>
        <w:rPr>
          <w:b/>
        </w:rPr>
        <w:t xml:space="preserve">2. </w:t>
      </w:r>
      <w:r>
        <w:t>в статье 104:</w:t>
      </w:r>
    </w:p>
    <w:p>
      <w:r>
        <w:rPr>
          <w:b/>
        </w:rPr>
        <w:t xml:space="preserve">2. </w:t>
      </w:r>
      <w:r>
        <w:t>часть 1 статьи 111 признать утратившей силу</w:t>
      </w:r>
    </w:p>
    <w:p>
      <w:r>
        <w:rPr>
          <w:b/>
        </w:rPr>
        <w:t xml:space="preserve">2. </w:t>
      </w:r>
      <w:r>
        <w:t>дополнить статьей 120 1 следующего содержания: "Статья 120 1 Правительство Российской Федерации вправе направить в 2006 году ассигнования федерального бюджета в сумме 1 450 000,0 тыс. рублей, предусмотренные по целевой статье "Инвестиционный фонд" функциональной классификации расходов бюджетов Российской Федерации, в качестве взноса Российской Федерации в уставный капитал открытого акционерного общества "Российский инвестиционный фонд информационно-коммуникационных технологий" в целях создания указанного открытого акционерного общества."</w:t>
      </w:r>
    </w:p>
    <w:p>
      <w:r>
        <w:rPr>
          <w:b/>
        </w:rPr>
        <w:t xml:space="preserve">2. </w:t>
      </w:r>
      <w:r>
        <w:t>статью 124 признать утратившей силу</w:t>
      </w:r>
    </w:p>
    <w:p>
      <w:r>
        <w:rPr>
          <w:b/>
        </w:rPr>
        <w:t xml:space="preserve">2. </w:t>
      </w:r>
      <w:r>
        <w:t>части 1 и 2 статьи 125 изложить в следующей редакции: "1. Ассигнования федерального бюджета, предусмотренные федеральному органу исполнительной власти, осуществляющему функции по управлению государственным имуществом, оказанию государственных услуг в сфере образования, воспитания и молодежной политики, по подразделу "Другие вопросы в области образования" раздела "Образование" функциональной классификации расходов бюджетов Российской Федерации, в объеме 3 300 000,0 тыс. рублей направляются на централизованную закупку:</w:t>
      </w:r>
    </w:p>
    <w:p>
      <w:r>
        <w:rPr>
          <w:b/>
        </w:rPr>
        <w:t xml:space="preserve">2. </w:t>
      </w:r>
      <w:r>
        <w:t>автобусов для общеобразовательных учреждений, расположенных в сельской местности, в сумме 1 000 000,0 тыс. рублей</w:t>
      </w:r>
    </w:p>
    <w:p>
      <w:r>
        <w:rPr>
          <w:b/>
        </w:rPr>
        <w:t xml:space="preserve">2. </w:t>
      </w:r>
      <w:r>
        <w:t>учебного и учебно-наглядного оборудования для оснащения общеобразовательных учреждений в сумме 2 300 000,0 тыс. рублей</w:t>
      </w:r>
    </w:p>
    <w:p>
      <w:r>
        <w:rPr>
          <w:b/>
        </w:rPr>
        <w:t xml:space="preserve">2. </w:t>
      </w:r>
      <w:r>
        <w:t>в части 1: дополнить пунктом 1 1 следующего содержания: "1 1 ) субсидию бюджету Корякского автономного округа на ликвидацию последствий землетрясения в сумме 1 000 000,0 тыс. рублей с направлением средств в том числе на погашение ранее предоставленных из федерального бюджета бюджетных кредитов на эти цели;"; в пункте 11 слова "в сумме 5 000 000,0 тыс. рублей" заменить словами "в сумме 12 500 000,0 тыс. рублей"; в пункте 13 слова "в сумме 7 685 712,0 тыс. рублей" заменить словами "в сумме 11 679 994,7 тыс. рублей"; пункт 16 признать утратившим силу; в пункте 18 слова "в сумме 4 659 000,0 тыс. рублей" заменить словами "в сумме 5 142 761,9 тыс. рублей"; дополнить пунктами 20 - 22 следующего содержания: "20) субсидии бюджетам субъектов Российской Федерации на реализацию мероприятий подпрограммы "Обеспечение жильем молодых семей" федеральной целевой программы "Жилище" на 2002 - 2010 годы в сумме 2 100 000,0 тыс. рублей, предоставляемые в порядке, установленном Правительством Российской Федерации</w:t>
      </w:r>
    </w:p>
    <w:p>
      <w:r>
        <w:rPr>
          <w:b/>
        </w:rPr>
        <w:t xml:space="preserve">2. </w:t>
      </w:r>
      <w:r>
        <w:t>в части 4 слова "пунктами 13 - 16" заменить словами "пунктами 13 - 15"</w:t>
      </w:r>
    </w:p>
    <w:p>
      <w:r>
        <w:rPr>
          <w:b/>
        </w:rPr>
        <w:t xml:space="preserve">2. </w:t>
      </w:r>
      <w:r>
        <w:t>часть 6 признать утратившей силу</w:t>
      </w:r>
    </w:p>
    <w:p>
      <w:r>
        <w:rPr>
          <w:b/>
        </w:rPr>
        <w:t xml:space="preserve">2. </w:t>
      </w:r>
      <w:r>
        <w:t>в пункте 2 слова "в сумме 475 563,6 тыс. рублей" заменить словами "в сумме 412 569,4 тыс. рублей"</w:t>
      </w:r>
    </w:p>
    <w:p>
      <w:r>
        <w:rPr>
          <w:b/>
        </w:rPr>
        <w:t xml:space="preserve">2. </w:t>
      </w:r>
      <w:r>
        <w:t>в пункте 4 слова "в сумме 500 000,0 тыс. рублей" заменить словами "в сумме 783 286,9 тыс. рублей"</w:t>
      </w:r>
    </w:p>
    <w:p>
      <w:r>
        <w:rPr>
          <w:b/>
        </w:rPr>
        <w:t xml:space="preserve">2. </w:t>
      </w:r>
      <w:r>
        <w:t>в пункте 7 слова "в сумме 3 727 862,1 тыс. рублей" заменить словами "в сумме 3 817 462,1 тыс. рублей"</w:t>
      </w:r>
    </w:p>
    <w:p>
      <w:r>
        <w:rPr>
          <w:b/>
        </w:rPr>
        <w:t xml:space="preserve">2. </w:t>
      </w:r>
      <w:r>
        <w:t>в части 1 слова "и "Росплемобъединение" заменить словами "и Российский союз племенных организаций по воспроизводству и реализации племенных животных - "Росплемобъединение"</w:t>
      </w:r>
    </w:p>
    <w:p>
      <w:r>
        <w:rPr>
          <w:b/>
        </w:rPr>
        <w:t xml:space="preserve">2. </w:t>
      </w:r>
      <w:r>
        <w:t>в части 2 слова "и "Росплемобъединение" заменить словами "и Российским союзом племенных организаций по воспроизводству и реализации племенных животных - "Росплемобъединение"</w:t>
      </w:r>
    </w:p>
    <w:p>
      <w:r>
        <w:rPr>
          <w:b/>
        </w:rPr>
        <w:t xml:space="preserve">2. </w:t>
      </w:r>
      <w:r>
        <w:t>часть 1 дополнить словами "в качестве дополнительных ассигнований"</w:t>
      </w:r>
    </w:p>
    <w:p>
      <w:r>
        <w:rPr>
          <w:b/>
        </w:rPr>
        <w:t xml:space="preserve">2. </w:t>
      </w:r>
      <w:r>
        <w:t>часть 4 признать утратившей силу</w:t>
      </w:r>
    </w:p>
    <w:p>
      <w:r>
        <w:rPr>
          <w:b/>
        </w:rPr>
        <w:t xml:space="preserve">2. </w:t>
      </w:r>
      <w:r>
        <w:t>в части 1 слова "в сумме 40 000 000,0 тыс. рублей" заменить словами "в сумме 46 000 000,0 тыс. рублей", дополнить предложением следующего содержания: "Часть указанных ассигнований в сумме 6 000 000,0 тыс. рублей направляется на финансирование расходов на выплату предварительной компенсации (компенсации) вкладов в Сберегательном банке Российской Федерации начиная с 1 октября 2006 года."</w:t>
      </w:r>
    </w:p>
    <w:p>
      <w:r>
        <w:rPr>
          <w:b/>
        </w:rPr>
        <w:t xml:space="preserve">2. </w:t>
      </w:r>
      <w:r>
        <w:t>дополнить частью 15 1 следующего содержания: "15 1 . Утраченные Государственные казначейские обязательства СССР и сертификаты Сберегательного банка СССР, размещенные на территории Российской Федерации до 1 января 1992 года, выкупу не подлежат."</w:t>
      </w:r>
    </w:p>
    <w:p>
      <w:r>
        <w:rPr>
          <w:b/>
        </w:rPr>
        <w:t xml:space="preserve">2. </w:t>
      </w:r>
      <w:r>
        <w:t>в статье 126:</w:t>
      </w:r>
    </w:p>
    <w:p>
      <w:r>
        <w:rPr>
          <w:b/>
        </w:rPr>
        <w:t xml:space="preserve">2. </w:t>
      </w:r>
      <w:r>
        <w:t>приложение 1 изложить в следующей редакции: "Приложение 1 к Федеральному закону "О федеральном бюджете на 2006 год" (в редакции Федерального закона "О внесении изменений в Федеральный закон "О федеральном бюджете на 2006 год") Администраторы доходов федерального бюджета* Код бюджетной Российской классификации Федерации Наименование администратора доходов федерального бюджета администратора доходов доходов федерального бюджета 1 2 3 182 Федеральная налоговая служба 182 1 01 01000 00 0000 110 Налог на прибыль организаций** 182 1 02 01010 01 0000 110 Единый социальный налог, зачисляемый в федеральный бюджет 182 1 03 01000 01 0000 110 Налог на добавленную стоимость на товары (работы, услуги), реализуемые на территории Российской Федерации 182 1 03 02000 01 0000 110 Акцизы по подакцизным товарам (продукции), производимым на территории Российской Федерации** 182 1 04 01000 01 0000 110 Налог на добавленную стоимость на товары, ввозимые на территорию Российской Федерации 182 1 04 02000 01 0000 110 Акцизы по подакцизным товарам (продукции), ввозимым на территорию Российской Федерации 182 1 07 01000 01 0000 110 Налог на добычу полезных ископаемых** 182 1 07 02000 01 0000 110 Регулярные платежи за добычу полезных ископаемых (роялти) при выполнении соглашений о разделе продукции 182 1 07 03000 01 0000 110 Водный налог 182 1 07 04000 01 0000 110 Сборы за пользование объектами животного мира и за пользование объектами водных биологических ресурсов** 182 1 08 01000 01 0000 110 Государственная пошлина по делам, рассматриваемым в арбитражных судах 182 1 08 02010 01 0000 110 Государственная пошлина по делам, рассматриваемым Конституционным Судом Российской Федерации 182 1 08 03020 01 0000 110 Государственная пошлина по делам, рассматриваемым Верховным Судом Российской Федерации 182 1 08 07010 01 0000 110 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182 1 08 07030 01 0000 110 Государственная пошлина за право использования наименований "Россия", "Российская Федерация" и образованных на их основе слов и словосочетаний в наименованиях юридических лиц 182 1 08 12000 01 0000 110 Сбор за выдачу свидетельства об упрощенном декларировании доходов 182 1 09 00000 00 0000 000 Задолженность и перерасчеты по отмененным налогам, сборам и иным обязательным платежам** 182 1 12 02030 01 0000 120 Регулярные платежи за пользование недрами при пользовании недрами (ренталс) на территории Российской Федерации 182 1 12 02080 01 0000 120 Регулярные платежи за пользование недрами (ренталс)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182 1 13 01020 01 0000 130 Плата за предоставление информации по Единому государственному реестру налогоплательщиков 182 1 13 01030 01 0000 130 Плата за предоставление сведений, содержащихся в Едином государственном реестре юридических лиц и в Едином государственном реестре индивидуальных предпринимателей 182 1 13 02010 01 0000 130 Сборы за выдачу федеральным органом исполнительной власти лицензий на осуществление видов деятельности, связанных с производством и оборотом этилового спирта, алкогольной и спиртосодержащей продукции 182 1 14 03011 01 0000 410 Средства федерального бюджета от распоряжения и реализации выморочного имущества, обращенного в доход государства (в части реализации основных средств по указанному имуществу) 182 1 14 03011 01 0000 440 Средства федерального бюджета от распоряжения и реализации выморочного имущества, обращенного в доход государства (в части реализации материальных запасов по указанному имуществу) 182 1 16 03010 01 0000 140 Денежные взыскания (штрафы) за нарушение законодательства о налогах и сборах, предусмотренные статьями 116, 117, 118, пунктами 1 и 2 статьи 120, статьями 125, 126, 128, 129, 129-1, 132, 133, 134, 135, 135-1 Налогового кодекса Российской Федерации 182 1 16 03030 01 0000 140 Денежные взыскания (штрафы) за административные правонарушения в области налогов и сборов, предусмотренные Кодексом Российской Федерации об административных правонарушениях 182 1 16 05000 01 0000 140 Денежные взыскания (штрафы) за нарушение валютного законодательства Российской Федерации и актов органов валютного регулирования, а также законодательства Российской Федерации в области экспортного контроля 153 Федеральная таможенная служба 153 1 04 01000 01 0000 110 Налог на добавленную стоимость на товары, ввозимые на территорию Российской Федерации 153 1 04 02000 01 0000 110 Акцизы по подакцизным товарам (продукции), ввозимым на территорию Российской Федерации 153 1 10 01000 01 0000 180 Таможенные пошлины 153 1 10 02000 01 0000 180 Таможенные сборы 153 1 10 07000 01 0000 180 Прочие поступления от внешнеэкономической деятельности 153 1 14 03012 01 0000 410 Средства федерального бюджета от распоряжения и реализации конфискованного и иного имущества, обращенного в доход государства (в части реализации основных средств по указанному имуществу) 153 1 14 03012 01 0000 440 Средства федерального бюджета от распоряжения и реализации конфискованного и иного имущества, обращенного в доход государства (в части реализации материальных запасов по указанному имуществу) 153 1 16 04000 01 0000 140 Денежные взыскания (штрафы) за нарушение таможенного дела (таможенных правил) 166 Федеральное агентство по управлению федеральным имуществом 166 1 11 01010 01 0000 120 Дивиденды по акциям и доходы от прочих форм участия в капитале, находящихся в собственности Российской Федерации 166 1 11 02081 01 0000 120 Доходы от размещения сумм, аккумулируемых в ходе проведения аукционов по продаже акций, находящихся в собственности Российской Федерации 166 1 11 05021 01 0000 120 Арендная плата и поступления от продажи права на заключение договоров аренды за земли, находящиеся в федеральной собственности 166 1 11 05031 01 0000 120 Доходы от сдачи в аренду имущества, находящегося в оперативном управлении федеральных органов государственной власти и созданных ими учреждений и в хозяйственном ведении федеральных государственных унитарных предприятий 166 1 11 07011 01 0000 120 Доходы от перечисления части прибыли, остающейся после уплаты налогов и иных обязательных платежей федеральных государственных унитарных предприятий 166 1 11 07020 01 0000 120 Доходы от деятельности совместного предприятия "Вьетсовпетро" 166 1 14 02012 01 0000 410 Доходы федерального бюджета от реализации имущества федеральных государственных унитарных предприятий (в части реализации основных средств по указанному имуществу) 166 1 14 02012 01 0000 440 Доходы федерального бюджета от реализации имущества федеральных государственных унитарных предприятий (в части реализации материальных запасов по указанному имуществу) 166 1 14 02013 01 0000 410 Доходы федерального бюджета от реализации имущества, находящегося в оперативном управлении федеральных учреждений (в части реализации основных средств по указанному имуществу) 166 1 14 02013 01 0000 440 Доходы федерального бюджета от реализации имущества, находящегося в оперативном управлении федеральных учреждений (в части реализации материальных запасов по указанному имуществу) 166 1 14 02014 01 0000 410 Доходы от реализации военного имущества (в части реализации основных средств по указанному имуществу) 166 1 14 02014 01 0000 440 Доходы от реализации военного имущества (в части реализации материальных запасов по указанному имуществу) 166 1 14 03010 01 0000 410 Средства федерального бюджета от распоряжения и реализации имущества, обращенного в доход государства (в части реализации основных средств по указанному имуществу) 166 1 14 03010 01 0000 440 Средства федерального бюджета от распоряжения и реализации имущества, обращенного в доход государства (в части реализации материальных запасов по указанному имуществу) 303 Управление делами Президента Российской Федерации (федеральное агентство) 303 1 11 05040 01 0000 120 Доходы от использования федерального имущества, расположенного за пределами территории Российской Федерации 304 Главное управление специальных программ Президента Российской Федерации 304 1 16 22000 01 0000 140 Поступление сумм в возмещение причиненного военному имуществу ущерба 108 Федеральное дорожное агентство 108 1 11 08031 01 0000 120 Доходы от эксплуатации и использования имущества автомобильных дорог, находящихся в федеральной собственности 108 1 16 24000 01 0000 140 Средства страховых выплат при возникновении страховых случаев на федеральных автомобильных дорогах и имущественных комплексах, необходимые для их эксплуатации 498 Федеральная служба по экологическому, технологическому и атомному надзору 498 1 12 01000 01 0000 120 Плата за негативное воздействие на окружающую среду 498 1 16 01000 01 0000 140 Денежные взыскания (штрафы) за нарушение обязательных требований государственных стандартов, правил обязательной сертификации, нарушение требований нормативных документов по обеспечению единства измерений 049 Федеральное агентство по недропользованию 049 1 12 02011 01 0000 120 Разовые платежи за пользование недрами при наступлении определенных событий, оговоренных в лицензии (бонусы), при пользовании недрами на территории Российской Федерации по месторождениям и участкам недр (кроме участков недр, содержащих месторождения общераспространенных полезных ископаемых, или участков недр местного значения) 049 1 12 02020 01 0000 120 Плата за геологическую информацию о недрах при пользовании недрами на территории Российской Федерации 049 1 12 02060 01 0000 120 Разовые платежи за пользование недрами при наступлении определенных событий, оговоренных в лицензии (бонусы),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049 1 12 02070 01 0000 120 Плата за геологическую информацию о недрах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049 1 12 02101 01 0000 120 Прочие платежи при пользовании недрами, зачисляемые в федеральный бюджет 021 Министерство промышленности и энергетики Российской Федерации 021 1 12 02040 01 0000 120 Плата за договорную акваторию и участки морского дна, полученная при пользовании недрами на территории Российской Федерации 021 1 12 02090 01 0000 120 Плата за договорную акваторию и участки морского дна, полученная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021 1 14 05000 01 0000 440 Доходы в виде доли прибыльной продукции государства при выполнении соглашений о разделе продукции 023 Федеральное агентство по энергетике 023 1 13 01260 01 0000 130 Плата за услуги, предоставляемые на договорной основе учреждениями аварийно-спасательных формирований противофонтанных военизированных частей, находящихся в ведении Федерального агентства по энергетике, по предотвращению и ликвидации аварий, связанных с открытыми фонтанными проявлениями 080 Федеральное агентство по рыболовству 080 1 08 07070 01 0000 110 Государственная пошлина за государственную регистрацию морских судов, судов внутреннего плавания, судов смешанного (река - море) плавания, воздушных судов, за выдачу свидетельств о праве собственности на судно, о праве плавания и другие юридически значимые действия 080 1 12 03000 01 0000 120 Плата за пользование водными биологическими ресурсами по межправительственным соглашениям 080 1 12 06000 01 0000 120 Доходы от проведения аукционов по продаже долей в общем объеме квот на вылов (добычу) водных биологических ресурсов, вновь разрешаемых к использованию в промышленных целях, а также во вновь осваиваемых районах промысла 080 1 12 07010 01 0000 120 Доходы, полученные от применения рыночного механизма оборота долей, определяемых федеральными органами исполнительной власти, в общем объеме квот на вылов (добычу) водных биологических ресурсов 053 Федеральное агентство лесного хозяйства 053 1 12 04000 00 0000 120 Платежи за пользование лесным фондом и лесами иных категорий** 053 1 13 01160 01 0000 130 Доходы от оказания информационно-консультационных и иных видов услуг 053 1 14 03012 01 0000 410 Средства федерального бюджета от распоряжения и реализации конфискованного и иного имущества, обращенного в доход государства (в части реализации основных средств по указанному имуществу) 053 1 14 03012 01 0000 440 Средства федерального бюджета от распоряжения и реализации конфискованного и иного имущества, обращенного в доход государства (в части реализации материальных запасов по указанному имуществу) 055 Министерство здравоохранения и социального развития Российской Федерации 055 1 13 01210 01 0000 130 Пошлины за патентование изобретений, полезных моделей, промышленных образцов,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 052 Федеральное агентство водных ресурсов 052 1 12 05000 01 0000 120 Плата за пользование водными объектами 310 Министерство иностранных дел Российской Федерации 310 1 08 06000 01 0000 110 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310 1 11 05050 01 0000 120 Доходы от разрешенных видов деятельности и использования федерального имущества, расположенного за пределами территории Российской Федерации, получаемые за рубежом 310 1 13 01010 01 0000 130 Консульские сборы 310 1 13 01150 01 0000 130 Доходы от действий, связанных с оформлением визовых документов иностранным гражданам 310 1 13 01160 01 0000 130 Доходы от оказания информационно-консультационных и иных видов услуг 310 1 13 01230 01 0000 130 Доходы, поступающие в виде компенсации Российской Федерации за участие российских воинских контингентов в миротворческих операциях ООН, получаемые за рубежом 310 1 13 01240 01 0000 130 Доходы, взимаемые в возмещение фактических расходов, связанных с консульскими действиями 140 Министерство экономического развития и торговли Российской Федерации 140 1 10 06000 01 0000 180 Средства, полученные от аукционной продажи квот на отдельные виды товаров, ввозимых на территорию Особой экономической зоны в Калининградской области 140 1 13 01160 01 0000 130 Доходы от оказания информационно-консультационных и иных видов услуг 171 Федеральное агентство по государственным резервам 171 1 13 01050 01 0000 130 Доходы от операций с государственным материальным резервом 175 Федеральное агентство по физической культуре и спорту 175 3 04 01000 01 0000 180 Целевые отчисления от всероссийских государственных лотерей 157 Федеральная служба государственной статистики 157 1 13 01070 01 0000 130 Доходы от оказания платных услуг (работ), предоставления статистической информации 084 Федеральное агентство связи 084 1 08 10000 01 0000 110 Государственная пошлина за получение ресурса нумерации оператором связи 084 1 08 11000 01 0000 110 Государственная пошлина за регистрацию декларации о соответствии требованиям средств связи и услуг связи 084 1 13 01100 01 0000 130 Средства отчислений операторов сети связи общего пользования в резерв универсального обслуживания 084 1 13 01250 01 0000 130 Плата пользователей радиочастотным спектром 307 Федеральная служба по тарифам 307 1 16 02010 01 0000 140 Денежные взыскания (штрафы) за нарушение 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 налагаемые федеральными органами государственной власти 082 Министерство сельского хозяйства Российской Федерации 082 1 13 01120 01 0000 130 Доходы от отпуска семян из федеральных фондов семян 082 1 13 01130 01 0000 130 Доходы от проведения товарных интервенций из запасов федерального интервенционного фонда сельскохозяйственной продукции, сырья и продовольствия 082 1 13 01170 01 0000 130 Патентные пошлины за селекционные достижения 188 Министерство внутренних дел Российской Федерации 188 1 13 01180 01 0000 130 Плата за услуги, предоставляемые на договорной основе подразделениями органов внутренних дел Министерства внутренних дел Российской Федерации по охране имущества юридических и физических лиц, и иные услуги, связанные с обеспечением охраны и безопасности граждан 188 1 13 01210 01 0000 130 Пошлины за патентование изобретений, полезных моделей, промышленных образцов,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 188 1 14 03012 01 0000 410 Средства федерального бюджета от распоряжения и реализации конфискованного и иного имущества, обращенного в доход государства (в части реализации основных средств по указанному имуществу) 188 1 14 03012 01 0000 440 Средства федерального бюджета от распоряжения и реализации конфискованного и иного имущества, обращенного в доход государства (в части реализации материальных запасов по указанному имуществу) 188 1 16 01000 01 0000 140 Денежные взыскания (штрафы) за нарушение обязательных требований государственных стандартов, правил обязательной сертификации, нарушение требований нормативных документов по обеспечению единства измерений 188 1 16 21010 01 0000 140 Денежные взыскания (штрафы) и иные суммы, взыскиваемые с лиц, виновных в совершении преступлений, и в возмещение ущерба имуществу, зачисляемые в федеральный бюджет 188 1 16 22000 01 0000 140 Поступление сумм в возмещение причиненного военному имуществу ущерба 188 1 16 29000 01 0000 140 Денежные взыскания (штрафы) за нарушение законодательства о государственном контроле за осуществлением международных автомобильных перевозок 189 Федеральная служба безопасности Российской Федерации 189 1 13 01150 01 0000 130 Доходы от действий, связанных с оформлением визовых документов иностранным гражданам 189 1 13 01210 01 0000 130 Пошлины за патентование изобретений, полезных моделей, промышленных образцов,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 189 1 14 03012 01 0000 410 Средства федерального бюджета от распоряжения и реализации конфискованного и иного имущества, обращенного в доход государства (в части реализации основных средств по указанному имуществу) 189 1 14 03012 01 0000 440 Средства федерального бюджета от распоряжения и реализации конфискованного и иного имущества, обращенного в доход государства (в части реализации материальных запасов по указанному имуществу) 189 1 16 22000 01 0000 140 Поступление сумм в возмещение причиненного военному имуществу ущерба 192 Федеральная миграционная служба 192 1 08 06000 01 0000 110 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192 1 08 07100 01 0000 110 Государственная пошлина за выдачу и обмен паспорта гражданина Российской Федерации 187 Министерство обороны Российской Федерации 187 1 13 01210 01 0000 130 Пошлины за патентование изобретений, полезных моделей, промышленных образцов,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 187 1 14 02011 01 0000 410 Доходы федерального бюджета от реализации продуктов утилизации кораблей (в части реализации основных средств по указанному имуществу) 187 1 14 02011 01 0000 440 Доходы федерального бюджета от реализации продуктов утилизации кораблей (в части реализации материальных запасов по указанному имуществу) 187 1 14 02015 01 0000 410 Доходы федерального бюджета от реализации продуктов утилизации вооружения, военной техники и боеприпасов (в части реализации основных средств по указанному имуществу) 187 1 14 02015 01 0000 440 Доходы федерального бюджета от реализации продуктов утилизации вооружения, военной техники и боеприпасов (в части реализации материальных запасов по указанному имуществу) 187 1 16 22000 01 0000 140 Поступление сумм в возмещение причиненного военному имуществу ущерба 161 Федеральная антимонопольная служба 161 1 08 07090 01 0000 110 Государственная пошлина за рассмотрение ходатайств, предусмотренных антимонопольным законодательством 161 1 16 02010 01 0000 140 Денежные взыскания (штрафы) за нарушение 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 налагаемые федеральными органами государственной власти 089 Государственная фельдъегерская служба Российской Федерации 089 1 13 01190 01 0000 130 Доходы от оказания платных услуг органами Государственной фельдъегерской службы Российской Федерации 101 Федеральное агентство по атомной энергии 101 1 10 03000 01 0000 180 Доходы от реализации на экспорт высокообогащенного урана и природного сырьевого компонента низкообогащенного урана 101 1 10 04000 01 0000 180 Доходы от реализации работы разделения, содержащейся в стоимости низкообогащенного урана, полученного из высокообогащенного урана, извлеченного из ядерного оружия 101 1 10 05000 01 0000 180 Доходы от реализации продукции особого хранения 101 1 13 01210 01 0000 130 Пошлины за патентование изобретений, полезных моделей, промышленных образцов,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 100 Федеральное казначейство 100 1 17 01010 01 0000 180 Невыясненные поступления, зачисляемые в федеральный бюджет 151 Федеральная служба финансово-бюджетного надзора 151 1 16 05000 01 0000 140 Денежные взыскания (штрафы) за нарушение валютного законодательства Российской Федерации и актов органов валютного регулирования, а также законодательства Российской Федерации в области экспортного контроля 151 1 16 18010 01 0000 140 Денежные взыскания (штрафы) за нарушение бюджетного законодательства (в части федерального бюджета) 168 Федеральная служба по интеллектуальной собственности, патентам и товарным знакам 168 1 08 09000 01 0000 110 Государственная пошлина за совершение уполномоченным федеральным органом исполнительной власти действий по официальной регистрации программы для электронных вычислительных машин, базы данных и топологий интегральных микросхем 168 1 13 01210 01 0000 130 Пошлины за патентование изобретений, полезных моделей, промышленных образцов,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 521 Федеральная служба по финансовым рынкам 521 1 08 07040 01 0000 110 Государственная пошлина за совершение уполномоченным органом действий, связанных с государственной регистрацией выпусков (дополнительных выпусков) эмиссионных ценных бумаг 521 1 08 07050 01 0000 110 Государственная пошлина за совершение регистрационных действий, связанных с паевыми инвестиционными фондами и с осуществлением деятельности на рынке ценных бумаг 521 1 08 07060 01 0000 110 Государственная пошлина за совершение действий, связанных с выдачей разрешений на размещение и (или) обращение эмиссионных ценных бумаг российских эмитентов за пределами территории Российской Федерации 177 Министерство Российской Федерации по делам гражданской обороны, чрезвычайным ситуациям и ликвидации последствий стихийных бедствий 177 1 08 07070 01 0000 110 Государственная пошлина за государственную регистрацию морских судов, судов внутреннего плавания, судов смешанного (река - море) плавания, воздушных судов, за выдачу свидетельств о праве собственности на судно, о праве плавания и другие юридически значимые действия 177 1 13 01140 01 0000 130 Доходы, получаемые от оказания услуг в области пожарной безопасности 177 1 16 01000 01 0000 140 Денежные взыскания (штрафы) за нарушение обязательных требований государственных стандартов, правил обязательной сертификации, нарушение требований нормативных документов по обеспечению единства измерений 177 1 16 22000 01 0000 140 Поступление сумм в возмещение причиненного военному имуществу ущерба 106 Федеральная служба по надзору в сфере транспорта 106 1 08 07070 01 0000 110 Государственная пошлина за государственную регистрацию морских судов, судов внутреннего плавания, судов смешанного (река - море) плавания, воздушных судов, за выдачу свидетельств о праве собственности на судно, о праве плавания и другие юридически значимые действия 106 1 16 01000 01 0000 140 Денежные взыскания (штрафы) за нарушение обязательных требований государственных стандартов, правил обязательной сертификации, нарушение требований нормативных документов по обеспечению единства измерений 106 1 16 29000 01 0000 140 Денежные взыскания (штрафы) за нарушение законодательства о государственном контроле за осуществлением международных автомобильных перевозок 150 Федеральная служба по труду и занятости 150 1 16 19000 01 0000 140 Денежные взыскания (штрафы) за нарушение трудового законодательства 141 Федеральная служба по надзору в сфере защиты прав потребителей и благополучия человека 141 1 13 01200 01 0000 130 Средства, возмещаемые юридическими лицами и индивидуальными предпринимателями за проведение контрольных мероприятий, контрольных покупок и проведение экспертиз, испытаний образцов товаров 141 1 16 01000 01 0000 140 Денежные взыскания (штрафы) за нарушение обязательных требований государственных стандартов, правил обязательной сертификации, нарушение требований нормативных документов по обеспечению единства измерений 141 1 16 02010 01 0000 140 Денежные взыскания (штрафы) за нарушение 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 налагаемые федеральными органами государственной власти 143 Федеральное агентство по промышленности 143 1 13 01210 01 0000 130 Пошлины за патентование изобретений, полезных моделей, промышленных образцов,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 587 Федеральная служба по техническому и экспортному контролю 587 1 13 01200 01 0000 130 Средства, возмещаемые юридическими лицами и индивидуальными предпринимателями за проведение контрольных мероприятий, контрольных покупок и проведение экспертиз, испытаний образцов товаров 587 1 16 05000 01 0000 140 Денежные взыскания (штрафы) за нарушение валютного законодательства Российской Федерации и актов органов валютного регулирования, а также законодательства Российской Федерации в области экспортного контроля 092 Министерство финансов Российской Федерации 092 1 08 08000 01 0000 110 Государственная пошлина за совершение действий уполномоченными государственными учреждениями при осуществлении федерального пробирного надзора 092 1 11 02011 01 0000 120 Доходы от размещения средств Стабилизационного фонда Российской Федерации 092 1 11 03010 01 0000 120 Проценты, полученные от предоставления бюджетных кредитов внутри страны за счет средств федерального бюджета 092 1 11 04000 00 0000 120 Проценты по государственным кредитам 092 1 11 06000 01 0000 120 Доходы от перечисления части прибыли Центрального банка Российской Федерации 092 1 13 01220 01 0000 130 Плата за услуги (работы), оказываемые Гохраном России 092 1 17 07000 01 0000 180 Средства, поступающие в федеральный бюджет в виде остатка неиспользованного долевого взноса Российской Федерации в бюджет Союзного государства прошлых лет 318 Министерство юстиции Российской Федерации 318 1 11 08011 01 0000 120 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Российской Федерации 321 Федеральная регистрационная служба 321 1 08 05000 01 0000 110 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учреждений Российской Федерации) 321 1 08 07010 01 0000 110 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321 1 08 07020 01 0000 110 Государственная пошлина за государственную регистрацию прав, ограничений (обременений) прав на недвижимое имущество и сделок с ним 321 1 13 01040 01 0000 130 Плата за предоставление информации о зарегистрированных правах на недвижимое имущество и сделках с ним, выдачу копий договоров и иных документов, выражающих содержание односторонних сделок, совершенных в простой письменной форме 322 Федеральная служба судебных приставов 322 1 15 01010 01 0000 140 Исполнительский сбор 322 1 16 17000 01 0000 140 Денежные взыскания (штрафы) за нарушение законодательства Российской Федерации о суде и судоустройстве, об исполнительном производстве и судебные штрафы 322 1 16 21010 01 0000 140 Денежные взыскания (штрафы) и иные суммы, взыскиваемые с лиц, виновных в совершении преступлений, и в возмещение ущерба имуществу, зачисляемые в федеральный бюджет 388 Федеральное медико-биологическое агентство 388 1 13 01200 01 0000 130 Средства, возмещаемые юридическими лицами и индивидуальными предпринимателями за проведение контрольных мероприятий, контрольных покупок и проведение экспертиз, испытаний образцов товаров 388 1 16 01000 01 0000 140 Денежные взыскания (штрафы) за нарушение обязательных требований государственных стандартов, правил обязательной сертификации, нарушение требований нормативных документов по обеспечению единства измерений 320 Федеральная служба исполнения наказаний 320 1 17 03000 01 0000 180 Поступление средств, удерживаемых из заработной платы осужденных 172 Федеральное агентство по техническому регулированию и метрологии 172 1 13 01200 01 0000 130 Средства, возмещаемые юридическими лицами и индивидуальными предпринимателями за проведение контрольных мероприятий, контрольных покупок и проведение экспертиз, испытаний образцов товаров 172 1 16 01000 01 0000 140 Денежные взыскания (штрафы) за нарушение обязательных требований государственных стандартов, правил обязательной сертификации, нарушение требований нормативных документов по обеспечению единства измерений 059 Федеральная служба по надзору за соблюдением законодательства в сфере массовых коммуникаций и охране культурного наследия 059 1 08 07180 01 0000 110 Государственная пошлина за право вывоза культурных ценностей, предметов коллекционирования по палеонтологии и минералогии 184 Служба внешней разведки Российской Федерации 184 1 16 22000 01 0000 140 Поступление сумм в возмещение причиненного военному имуществу ущерба 202 Федеральная служба охраны Российской Федерации 202 1 16 22000 01 0000 140 Поступление сумм в возмещение причиненного военному имуществу ущерба 415 Генеральная прокуратура Российской Федерации 415 1 16 21010 01 0000 140 Денежные взыскания (штрафы) и иные суммы, взыскиваемые с лиц, виновных в совершении преступлений, и в возмещение ущерба имуществу, зачисляемые в федеральный бюджет 999 Центральный банк Российской Федерации 999 1 08 07010 01 0000 110 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999 1 08 07040 01 0000 110 Государственная пошлина за совершение уполномоченным органом действий, связанных с государственной регистрацией выпусков (дополнительных выпусков) эмиссионных ценных бумаг 999 1 16 05000 01 0000 140 Денежные взыскания (штрафы) за нарушение валютного законодательства Российской Федерации и актов органов валютного регулирования, а также законодательства Российской Федерации в области экспортного контроля 999 1 16 14000 01 0000 140 Денежные взыскания (штрафы) за нарушение законодательства Российской Федерации о банках и банковской деятельности 000 Доходы, закрепляемые за всеми администраторами доходов федерального бюджета 000 1 08 07081 01 0000 110 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федеральный бюджет 000 1 08 07200 01 0000 110 Прочие государственные пошлины за государственную регистрацию, а также за совершение прочих юридически значимых действий 000 1 10 07000 01 0000 180 Прочие поступления от внешнеэкономической деятельности 000 1 11 02012 01 0000 120 Доходы по остаткам средств на счетах федерального бюджета и от их размещения, кроме средств Стабилизационного фонда Российской Федерации 000 1 11 05040 01 0000 120 Доходы от использования федерального имущества, расположенного за пределами территории Российской Федерации*** 000 1 11 05050 01 0000 120 Доходы от разрешенных видов деятельности и использования федерального имущества, расположенного за пределами территории Российской Федерации, получаемые за рубежом*** 000 1 11 08021 01 0000 120 Доходы от распоряжения правами на результаты научно-технической деятельности, находящимися в собственности Российской Федерации 000 1 11 08041 01 0000 120 Прочие поступления от использования имущества, находящегося в собственности Российской Федерации 000 1 12 02101 01 0000 120 Прочие платежи при пользовании недрами, зачисляемые в федеральный бюджет 000 1 12 04010 01 0000 120 Платежи за пользование лесным фондом и лесами иных категорий в части минимальных ставок платы за древесину, отпускаемую на корню 000 1 12 04030 01 0000 120 Плата за перевод лесных земель в нелесные и перевод земель лесного фонда в земли иных категорий 000 1 13 02030 00 0000 130 Прочие лицензионные сборы** 000 1 13 03010 01 0000 130 Прочие доходы федерального бюджета от оказания платных услуг и компенсации затрат государства 000 1 14 01010 01 0000 410 Доходы федерального бюджета от продажи квартир 000 1 14 02013 01 0000 410 Доходы федерального бюджета от реализации имущества, находящегося в оперативном управлении федеральных учреждений (в части реализации основных средств по указанному имуществу)*** 000 1 14 02013 01 0000 440 Доходы федерального бюджета от реализации имущества, находящегося в оперативном управлении федеральных учреждений (в части реализации материальных запасов по указанному имуществу)*** 000 1 14 02016 01 0000 410 Доходы от реализации иного имущества, находящегося в федеральной собственности (в части реализации основных средств по указанному имуществу)*** 000 1 14 02016 01 0000 440 Доходы от реализации иного имущества, находящегося в федеральной собственности (в части реализации материальных запасов по указанному имуществу)*** 000 1 14 03012 01 0000 410 Средства федерального бюджета от распоряжения и реализации конфискованного и иного имущества, обращенного в доход государства (в части реализации основных средств по указанному имуществу) 000 1 14 03012 01 0000 440 Средства федерального бюджета от распоряжения и реализации конфискованного и иного имущества, обращенного в доход государства (в части реализации материальных запасов по указанному имуществу) 000 1 14 04010 01 0000 420 Доходы федерального бюджета от продажи нематериальных активов 000 1 15 02010 01 0000 140 Платежи, взимаемые федеральными государственными организациями за выполнение определенных функций 000 1 16 07000 01 0000 140 Денежные взыскания (штрафы) за нарушение законодательства Российской Федерации об основах конституционного строя Российской Федерации, о государственной власти Российской Федерации, о государственной службе Российской Федерации, о выборах и референдумах Российской Федерации, об Уполномоченном по правам человека в Российской Федерации 000 1 16 09000 01 0000 140 Денежные взыскания (штрафы) за нарушение законодательства Российской Федерации о военном и чрезвычайном положении, об обороне и безопасности государства, о воинской обязанности и военной службе 000 1 16 10000 01 0000 140 Денежные взыскания (штрафы) за нарушение законодательства Российской Федерации о государственном оборонном заказе 000 1 16 11000 01 0000 140 Денежные взыскания (штрафы) за нарушение законодательства Российской Федерации об использовании атомной энергии 000 1 16 12000 01 0000 140 Денежные взыскания (штрафы) за нарушение законодательства Российской Федерации о противодействии легализации (отмыванию) доходов, полученных преступным путем, и финансированию терроризма, об обороте наркотических и психотропных средств 000 1 16 13000 01 0000 140 Денежные взыскания (штрафы) за нарушение законодательства Российской Федерации о внутренних морских водах, территориальном море, континентальном шельфе, об исключительной экономической зоне Российской Федерации 000 1 16 15000 01 0000 140 Денежные взыскания (штрафы) за нарушение законодательства Российской Федерации о рынке ценных бумаг 000 1 16 16000 01 0000 140 Денежные взыскания (штрафы) за нарушение законодательства Российской Федерации о товарных биржах и биржевой торговле 000 1 16 23010 01 0000 140 Доходы от возмещения ущерба при возникновении страховых случаев, зачисляемые в федеральный бюджет 000 1 16 26000 01 0000 140 Денежные взыскания (штрафы) за нарушение законодательства о рекламе 000 1 16 27000 01 0000 140 Денежные взыскания (штрафы) за нарушение Федерального закона "О пожарной безопасности" 000 1 16 90010 01 0000 140 Прочие поступления от денежных взысканий (штрафов) и иных сумм в возмещение ущерба, зачисляемые в федеральный бюджет 000 1 17 05010 01 0000 180 Прочие неналоговые доходы федерального бюджета 000 1 18 01000 01 0000 000 Доходы федерального бюджета от возврата остатков субсидий и субвенций прошлых лет ______________________________ * Администраторами поступлений по подгруппе доходов "1 18 00000 00 - доходы бюджетов бюджетной системы Российской Федерации от возврата остатков субсидий и субвенций прошлых лет" (в части доходов, зачисляемых в федеральный бюджет) являются уполномоченные федеральные органы государственной власти, а также созданные ими бюджетные учреждения, предоставившие соответствующие субсидии и субвенции. Администраторами поступлений по группе доходов "2 00 00000 00 - безвозмездные поступления" (в части доходов, зачисляемых в федеральный бюджет), а также по подгруппе "3 03 00000 00 - безвозмездные поступления от предпринимательской и иной приносящей доход деятельности" (в части доходов, зачисляемых в федеральный бюджет) являются уполномоченные федеральные органы государственной власти, осуществляющие начисление указанных средств. ** В части доходов, зачисляемых в федеральный бюджет. *** Администрирование данных поступлений осуществляется федеральными органами исполнительной власти и созданными ими бюджетными учреждениями, за которыми закреплено в установленном законодательством Российской Федерации порядке право распоряжения федеральным имуществом."</w:t>
      </w:r>
    </w:p>
    <w:p>
      <w:r>
        <w:rPr>
          <w:b/>
        </w:rPr>
        <w:t xml:space="preserve">2. </w:t>
      </w:r>
      <w:r>
        <w:t>в приложении 2 строку: "1 16 03030 01 0000 140 Денежные взыскания (штрафы) за административные правонарушения в области налогов и сборов, предусмотренные Кодексом Российской Федерации об административных правонарушениях В соответствии со статьей 12 настоящего Федерального закона" изложить в следующей редакции: "1 16 03030 01 0000 140 Денежные взыскания (штрафы) за административные правонарушения в области налогов и сборов, предусмотренные Кодексом Российской Федерации об административных правонарушениях В соответствии со статьей 11 настоящего Федерального закона"</w:t>
      </w:r>
    </w:p>
    <w:p>
      <w:r>
        <w:rPr>
          <w:b/>
        </w:rPr>
        <w:t xml:space="preserve">2. </w:t>
      </w:r>
      <w:r>
        <w:t>приложение 7 изложить в следующей редакции: "Приложение 7 к Федеральному закону "О федеральном бюджете на 2006 год" (в редакции Федерального закона "О внесении изменений в Федеральный закон "О федеральном бюджете на 2006 год") Поступления доходов в федеральный бюджет в 2006 году (тыс. рублей) Код бюджетной классификации Российской Федерации Наименование доходов Сумма 1 2 3 1 00 00000 00 0000 000 ДОХОДЫ 6 146 277 600,0 1 01 00000 00 0000 000 НАЛОГИ НА ПРИБЫЛЬ, ДОХОДЫ 485 681 700,0 1 01 01000 00 0000 110 Налог на прибыль организаций 485 681 700,0 1 01 01011 01 0000 110, 1 01 01020 01 0000 110, 1 01 01030 01 0000 110, 1 01 01040 01 0000 110, 1 01 01050 01 0000 110, 1 01 01060 01 0000 110 Налог на прибыль организаций 478 698 100,0 1 01 01070 01 0000 110 Налог на прибыль организаций с доходов, полученных в виде процентов по государственным и муниципальным ценным бумагам 6 983 600,0 1 02 00000 00 0000 000 НАЛОГИ И ВЗНОСЫ НА СОЦИАЛЬНЫЕ НУЖДЫ 310 412 100,0 1 02 01010 01 0000 110 Единый социальный налог, зачисляемый в федеральный бюджет 310 412 100,0 1 03 00000 00 0000 000 НАЛОГИ НА ТОВАРЫ (РАБОТЫ, УСЛУГИ), РЕАЛИЗУЕМЫЕ НА ТЕРРИТОРИИ РОССИЙСКОЙ ФЕДЕРАЦИИ 1 049 017 900,0 1 03 01000 01 0000 110 Налог на добавленную стоимость на товары (работы, услуги), реализуемые на территории Российской Федерации 958 094 400,0 1 03 02000 01 0000 110 Акцизы по подакцизным товарам (продукции), производимым на территории Российской Федерации 90 923 500,0 1 03 02010 01 0000 110 Акцизы на спирт этиловый из всех видов сырья (в том числе этиловый спирт-сырец из всех видов сырья), производимый на территории Российской Федерации 4 705 000,0 1 03 02020 01 0000 110 Акцизы на спиртосодержащую продукцию, производимую на территории Российской Федерации 315 300,0 1 03 02030 01 0000 110 Акцизы на табачную продукцию, производимую на территории Российской Федерации 35 611 000,0 1 03 02040 01 0000 110 Акцизы на бензин, производимый на территории Российской Федерации 36 269 700,0 1 03 02041 01 0000 110 Акцизы на автомобильный бензин, производимый на территории Российской Федерации 34 907 600,0 1 03 02042 01 0000 110 Акцизы на прямогонный бензин, производимый на территории Российской Федерации 1 362 100,0 1 03 02050 01 0000 110 Акцизы на автомобильный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(в части погашения задолженности прошлых лет, образовавшейся до 1 января 2003 года) 1 026 600,0 1 03 02060 01 0000 110 Акцизы на автомобили легковые и мотоциклы, производимые на территории Российской Федерации 612 300,0 1 03 02070 01 0000 110 Акцизы на дизельное топливо, производимое на территории Российской Федерации 11 427 200,0 1 03 02080 01 0000 110 Акцизы на моторные масла для дизельных и (или) карбюраторных (инжекторных) двигателей, производимые на территории Российской Федерации 956 400,0 1 04 00000 00 0000 000 НАЛОГИ НА ТОВАРЫ, ВВОЗИМЫЕ НА ТЕРРИТОРИЮ РОССИЙСКОЙ ФЕДЕРАЦИИ 593 028 300,0 1 04 01000 01 0000 110 Налог на добавленную стоимость на товары, ввозимые на территорию Российской Федерации* 576 390 900,0 1 04 02000 01 0000 110 Акцизы по подакцизным товарам (продукции), ввозимым на территорию Российской Федерации 16 637 400,0 1 07 00000 00 0000 000 НАЛОГИ, СБОРЫ И РЕГУЛЯРНЫЕ ПЛАТЕЖИ ЗА ПОЛЬЗОВАНИЕ ПРИРОДНЫМИ РЕСУРСАМИ 1 104 226 300,0 1 07 01000 01 0000 110 Налог на добычу полезных ископаемых 1 083 188 200,0 1 07 01010 01 0000 110 Налог на добычу полезных ископаемых в виде углеводородного сырья 1 072 614 900,0 1 07 01011 01 0000 110 Нефть** 979 580 500,0 1 07 01012 01 0000 110 Газ горючий природный из всех видов месторождений углеводородного сырья 87 056 800,0 1 07 01013 01 0000 110 Газовый конденсат из всех видов месторождений углеводородного сырья 5 977 600,0 1 07 01030 01 0000 110 Налог на добычу прочих полезных ископаемых 9 095 900,0 1 07 01040 01 0000 110 Налог на добычу полезных ископаемых на континентальном шельфе Российской Федерации, в исключительной экономической зоне Российской Федерации, при добыче полезных ископаемых из недр за пределами территории Российской Федерации 1 477 400,0 1 07 02000 01 0000 110 Регулярные платежи за добычу полезных ископаемых (роялти) при выполнении соглашений о разделе продукции 2 530 000,0 1 07 03000 01 0000 110 Водный налог 13 843 100,0 1 07 04020 01 0000 110 Сбор за пользование объектами водных биологических ресурсов (исключая внутренние водные объекты) 4 515 000,0 1 07 04030 01 0000 110 Сбор за пользование объектами водных биологических ресурсов (по внутренним водным объектам) 150 000,0 1 08 00000 00 0000 000 ГОСУДАРСТВЕННАЯ ПОШЛИНА, СБОРЫ 25 002 200,0 1 08 01000 01 0000 110 Государственная пошлина по делам, рассматриваемым в арбитражных судах 2 538 500,0 1 08 02010 01 0000 110 Государственная пошлина по делам, рассматриваемым Конституционным Судом Российской Федерации 6 000,0 1 08 03020 01 0000 110 Государственная пошлина по делам, рассматриваемым Верховным Судом Российской Федерации 21 000,0 1 08 05000 01 0000 110 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учреждений Российской Федерации) 751 400,0 1 08 06000 01 0000 110 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5 634 000,0 1 08 07010 01 0000 110 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1 602 800,0 1 08 07020 01 0000 110 Государственная пошлина за государственную регистрацию прав, ограничений (обременений) прав на недвижимое имущество и сделок с ним 11 500 000,0 1 08 07030 01 0000 110 Государственная пошлина за право использования наименований "Россия", "Российская Федерация" и образованных на их основе слов и словосочетаний в наименованиях юридических лиц 2 000,0 1 08 07040 01 0000 110 Государственная пошлина за совершение уполномоченным органом действий, связанных с государственной регистрацией выпусков (дополнительных выпусков) эмиссионных ценных бумаг 241 900,0 1 08 07050 01 0000 110 Государственная пошлина за совершение регистрационных действий, связанных с паевыми инвестиционными фондами и с осуществлением деятельности на рынке ценных бумаг 4 000,0 1 08 07060 01 0000 110 Государственная пошлина за совершение действий, связанных с выдачей разрешений на размещение и (или) обращение эмиссионных ценных бумаг российских эмитентов за пределами территории Российской Федерации 100,0 1 08 07070 01 0000 110 Государственная пошлина за государственную регистрацию морских судов, судов внутреннего плавания, судов смешанного (река - море) плавания, воздушных судов, за выдачу свидетельств о праве собственности на судно, о праве плавания и другие юридически значимые действия 96 700,0 1 08 07080 01 0000 110 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247 300,0 1 08 07090 01 0000 110 Государственная пошлина за рассмотрение ходатайств, предусмотренных антимонопольным законодательством 48 500,0 1 08 07100 01 0000 110 Государственная пошлина за выдачу и обмен паспорта гражданина Российской Федерации 1 215 000,0 1 08 07180 01 0000 110 Государственная пошлина за право вывоза культурных ценностей, предметов коллекционирования по палеонтологии и минералогии 12 600,0 1 08 07200 01 0000 110 Прочие государственные пошлины за государственную регистрацию, а также за совершение прочих юридически значимых действий 361 100,0 1 08 08000 01 0000 110 Государственная пошлина за совершение действий уполномоченными государственными учреждениями при осуществлении федерального пробирного надзора 310 000,0 1 08 09000 01 0000 110 Государственная пошлина за совершение уполномоченным федеральным органом исполнительной власти действий по официальной регистрации программы для электронных вычислительных машин, базы данных и топологий интегральных микросхем 6 200,0 1 08 10000 01 0000 110 Государственная пошлина за получение ресурса нумерации оператором связи 400 000,0 1 08 11000 01 0000 110 Государственная пошлина за регистрацию декларации о соответствии требованиям средств связи и услуг связи 3 100,0 1 09 00000 00 0000 000 ЗАДОЛЖЕННОСТЬ И ПЕРЕРАСЧЕТЫ ПО ОТМЕНЕННЫМ НАЛОГАМ, СБОРАМ И ИНЫМ ОБЯЗАТЕЛЬНЫМ ПЛАТЕЖАМ 4 674 500,0 1 09 02010 01 0000 110 Акцизы на природный газ 4 674 500,0 1 10 00000 00 0000 000 ДОХОДЫ ОТ ВНЕШНЕЭКОНОМИЧЕСКОЙ ДЕЯТЕЛЬНОСТИ 2 301 236 500,0 1 10 01000 01 0000 180 Таможенные пошлины 2 241 704 400,0 1 10 01010 01 0000 180 Ввозные таможенные пошлины 330 118 000,0 1 10 01020 01 0000 180 Вывозные таможенные пошлины 1 911 586 400,0 1 10 01021 01 0000 180 Вывозные таможенные пошлины на нефть сырую*** 1 201 248 100,0 1 10 01022 01 0000 180 Вывозные таможенные пошлины на газ природный 362 800 000,0 1 10 01023 01 0000 180 Вывозные таможенные пошлины на товары, выработанные из нефти 310 761 700,0 1 10 01024 01 0000 180 Прочие вывозные таможенные пошлины 36 776 600,0 1 10 02000 01 0000 180 Таможенные сборы 18 950 000,0 1 10 03000 01 0000 180 Доходы от реализации на экспорт высокообогащенного урана и природного сырьевого компонента низкообогащенного урана 5 951 400,0 1 10 04000 01 0000 180 Доходы от реализации работы разделения, содержащейся в стоимости низкообогащенного урана, полученного из высокообогащенного урана, извлеченного из ядерного оружия 13 324 300,0 1 10 05000 01 0000 180 Доходы от реализации продукции особого хранения 167 800,0 1 10 06000 01 0000 180 Средства, полученные от аукционной продажи квот на отдельные виды товаров, ввозимых на территорию Особой экономической зоны в Калининградской области 30 600,0 1 10 07000 01 0000 180 Прочие поступления от внешнеэкономической деятельности 21 108 000,0 1 11 00000 00 0000 000 ДОХОДЫ ОТ ИСПОЛЬЗОВАНИЯ ИМУЩЕСТВА, НАХОДЯЩЕГОСЯ В ГОСУДАРСТВЕННОЙ И МУНИЦИПАЛЬНОЙ СОБСТВЕННОСТИ 113 338 700,0 1 11 01010 01 0000 120 Дивиденды по акциям и доходы от прочих форм участия в капитале, находящихся в собственности Российской Федерации 23 000 000,0 1 11 02012 01 0000 120 Доходы по остаткам средств на счетах федерального бюджета и от их размещения, кроме средств Стабилизационного фонда Российской Федерации 510 400,0 1 11 03010 01 0000 120 Проценты, полученные от предоставления бюджетных кредитов внутри страны за счет средств федерального бюджета 457 700,0 1 11 04000 00 0000 120 Проценты по государственным кредитам 5 580 800,0 1 11 04010 01 0000 120 Поступление средств от правительств иностранных государств, их юридических лиц в уплату процентов по кредитам, предоставленным Российской Федерацией 4 149 600,0 1 11 04020 01 0000 120 Поступление средств от предприятий и организаций в уплату процентов и гарантий по кредитам, полученным Российской Федерацией от правительств иностранных государств 760 400,0 1 11 04030 01 0000 120 Поступление средств от предприятий и организаций в уплату процентов и гарантий по кредитам, полученным Российской Федерацией от международных финансовых организаций 670 800,0 1 11 05000 00 0000 120 Доходы от сдачи в аренду имущества, находящегося в государственной и муниципальной собственности 18 000 000,0 1 11 05021 01 0000 120 Арендная плата и поступления от продажи права на заключение договоров аренды за земли, находящиеся в федеральной собственности 2 500 000,0 1 11 05031 01 0000 120 Доходы от сдачи в аренду имущества, находящегося в оперативном управлении федеральных органов государственной власти и созданных ими учреждений и в хозяйственном ведении федеральных государственных унитарных предприятий 15 500 000,0 1 11 06000 01 0000 120 Доходы от перечисления части прибыли Центрального банка Российской Федерации 40 943 200,0 1 11 07000 00 0000 120 Платежи от государственных и муниципальных унитарных предприятий 23 663 000,0 1 11 07011 01 0000 120 Доходы от перечисления части прибыли, остающейся после уплаты налогов и иных обязательных платежей федеральных государственных унитарных предприятий 3 000 000,0 1 11 07020 01 0000 120 Доходы от деятельности совместного предприятия "Вьетсовпетро" 20 663 000,0 1 11 08000 00 0000 120 Прочие доходы от использования имущества и прав, находящихся в государственной и муниципальной собственности 1 183 600,0 1 11 08011 01 0000 120 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Российской Федерации 600 000,0 1 11 08031 01 0000 120 Доходы от эксплуатации и использования имущества автомобильных дорог, находящихся в федеральной собственности 196 800,0 1 11 08041 01 0000 120 Прочие поступления от использования имущества, находящегося в собственности Российской Федерации 386 800,0 1 12 00000 00 0000 000 ПЛАТЕЖИ ПРИ ПОЛЬЗОВАНИИ ПРИРОДНЫМИ РЕСУРСАМИ 53 501 600,0 1 12 01000 01 0000 120 Плата за негативное воздействие на окружающую среду 2 475 400,0 1 12 02000 01 0000 120 Платежи при пользовании недрами 42 485 100,0 1 12 02011 01 0000 120 Разовые платежи за пользование недрами при наступлении определенных событий, оговоренных в лицензии (бонусы), при пользовании недрами на территории Российской Федерации по месторождениям и участкам недр (кроме участков недр, содержащих месторождения общераспространенных полезных ископаемых, или участков недр местного значения) 40 560 000,0 1 12 02020 01 0000 120 Плата за геологическую информацию о недрах при пользовании недрами на территории Российской Федерации 57 000,0 1 12 02030 01 0000 120 Регулярные платежи за пользование недрами при пользовании недрами (ренталс) на территории Российской Федерации 264 900,0 1 12 02040 01 0000 120 Плата за договорную акваторию и участки морского дна, полученная при пользовании недрами на территории Российской Федерации 5 200,0 1 12 02060 01 0000 120 Разовые платежи за пользование недрами при наступлении определенных событий, оговоренных в лицензии (бонусы),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580 700,0 1 12 02080 01 0000 120 Регулярные платежи за пользование недрами (ренталс)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29 100,0 1 12 02101 01 0000 120 Прочие платежи при пользовании недрами, зачисляемые в федеральный бюджет 988 200,0 1 12 03000 01 0000 120 Плата за пользование водными биологическими ресурсами по межправительственным соглашениям 900 000,0 1 12 04010 01 0000 120 Платежи за пользование лесным фондом и лесами иных категорий в части минимальных ставок платы за древесину, отпускаемую на корню 4 777 600,0 1 12 04030 01 0000 120 Плата за перевод лесных земель в нелесные и перевод земель лесного фонда в земли иных категорий 2 843 500,0 1 12 06000 01 0000 120 Доходы от проведения аукционов по продаже долей в общем объеме квот на вылов (добычу) водных биологических ресурсов, вновь разрешаемых к использованию в промышленных целях, а также во вновь осваиваемых районах промысла 20 000,0 1 13 00000 00 0000 000 ДОХОДЫ ОТ ОКАЗАНИЯ ПЛАТНЫХ УСЛУГ И КОМПЕНСАЦИИ ЗАТРАТ ГОСУДАРСТВА 95 869 200,0 1 13 01000 00 0000 130 Доходы от оказания услуг или компенсации затрат государства 85 054 500,0 1 13 01020 01 0000 130 Плата за предоставление информации по Единому государственному реестру налогоплательщиков 65 900,0 1 13 01030 01 0000 130 Плата за предоставление сведений, содержащихся в Едином государственном реестре юридических лиц и в Едином государственном реестре индивидуальных предпринимателей 290 400,0 1 13 01040 01 0000 130 Плата за предоставление информации о зарегистрированных правах на недвижимое имущество и сделках с ним, выдачу копий договоров и иных документов, выражающих содержание односторонних сделок, совершенных в простой письменной форме 444 000,0 1 13 01050 01 0000 130 Доходы от операций с государственным материальным резервом 36 265 800,0 1 13 01070 01 0000 130 Доходы от оказания платных услуг (работ), предоставления статистической информации 451 000,0 1 13 01100 01 0000 130 Средства отчислений операторов сети связи общего пользования в резерв универсального обслуживания 7 150 000,0 1 13 01140 01 0000 130 Доходы, получаемые от оказания услуг в области пожарной безопасности 1 500,0 1 13 01150 01 0000 130 Доходы от действий, связанных с оформлением визовых документов иностранным гражданам 20 100,0 1 13 01160 01 0000 130 Доходы от оказания информационно- консультационных и иных видов услуг 15 200,0 1 13 01170 01 0000 130 Патентные пошлины за селекционные достижения 19 500,0 1 13 01180 01 0000 130 Плата за услуги, предоставляемые на договорной основе подразделениями органов внутренних дел Министерства внутренних дел Российской Федерации по охране имущества юридических и физических лиц, и иные услуги, связанные с обеспечением охраны и безопасности граждан 36 448 400,0 1 13 01190 01 0000 130 Доходы от оказания платных услуг органами Государственной фельдъегерской службы Российской Федерации 315 000,0 1 13 01210 01 0000 130 Пошлины за патентование изобретений, полезных моделей, промышленных образцов,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 1 393 800,0 1 13 01220 01 0000 130 Плата за услуги (работы), оказываемые Гохраном России 173 900,0 1 13 01250 01 0000 130 Плата пользователей радиочастотным спектром 2 000 000,0 1 13 02000 00 0000 130 Лицензионные сборы 2 878 800,0 1 13 02010 01 0000 130 Сборы за выдачу федеральным органом исполнительной власти лицензий на осуществление видов деятельности, связанных с производством и оборотом этилового спирта, алкогольной и спиртосодержащей продукции 2 473 600,0 1 13 02031 01 0000 130 Прочие сборы за выдачу лицензий федеральными органами исполнительной власти 405 200,0 1 13 03010 01 0000 130 Прочие доходы федерального бюджета от оказания платных услуг и компенсации затрат государства 7 935 900,0 1 14 00000 00 0000 000 ДОХОДЫ ОТ ПРОДАЖИ МАТЕРИАЛЬНЫХ И НЕМАТЕРИАЛЬНЫХ АКТИВОВ 1 512 900,0 1 14 02012 01 0000 410 Доходы федерального бюджета от реализации имущества федеральных государственных унитарных предприятий (в части реализации основных средств по указанному имуществу) 805 000,0 1 14 02013 01 0000 410, 1 14 02013 01 0000 440 Доходы федерального бюджета от реализации имущества, находящегося в оперативном управлении федеральных учреждений 233 700,0 1 14 02014 01 0000 410 Доходы от реализации военного имущества (в части реализации основных средств по указанному имуществу) 45 900,0 1 14 02016 01 0000 410, 1 14 02016 01 0000 440 Доходы от реализации иного имущества, находящегося в федеральной собственности 27 200,0 1 14 03012 01 0000 410, 1 14 03012 01 0000 440 Средства федерального бюджета от распоряжения и реализации конфискованного и иного имущества, обращенного в доход государства 165 400,0 1 14 05000 01 000 440 Доходы в виде доли прибыльной продукции государства при выполнении соглашений о разделе продукции 235 700,0 1 15 00000 00 0000 000 АДМИНИСТРАТИВНЫЕ ПЛАТЕЖИ И СБОРЫ 3 252 200,0 1 15 01010 01 0000 140 Исполнительский сбор 3 250 000,0 1 15 02010 01 0000 140 Платежи, взимаемые федеральными государственными организациями за выполнение определенных функций 2 200,0 1 16 00000 00 0000 000 ШТРАФЫ, САНКЦИИ, ВОЗМЕЩЕНИЕ УЩЕРБА 2 735 700,0 1 17 00000 00 0000 000 ПРОЧИЕ НЕНАЛОГОВЫЕ ДОХОДЫ 2 787 800,0 1 17 03000 01 0000 180 Поступление средств, удерживаемых из заработной платы осужденных 800 000,0 1 17 05010 01 0000 180 Прочие неналоговые доходы федерального бюджета 1 987 800,0 2 02 09021 01 0000 151 Прочие безвозмездные поступления в федеральный бюджет от бюджетов субъектов Российской Федерации 24 128 000,0 3 04 01000 01 0000 180 Целевые отчисления от всероссийских государственных лотерей 79 000,0 ВСЕГО ДОХОДОВ 6 170 484 600,0 ______________________________ * Поступление дохода в размере 22 064,4 млн. рублей обеспечивает Федеральная налоговая служба, в размере 554 326,5 млн. рублей обеспечивает Федеральная таможенная служба. ** Поступление налога в федеральный бюджет за вычетом отчислений в Стабилизационный фонд Российской Федерации составит 318 827,8 млн. рублей. *** Поступление пошлины в федеральный бюджет за вычетом отчислений в Стабилизационный фонд Российской Федерации составит 188 056,4 млн. рублей."</w:t>
      </w:r>
    </w:p>
    <w:p>
      <w:r>
        <w:rPr>
          <w:b/>
        </w:rPr>
        <w:t xml:space="preserve">2. </w:t>
      </w:r>
      <w:r>
        <w:t>приложение 8 изложить в следующей редакции: "Приложение 8 к Федеральному закону "О федеральном бюджете на 2006 год" (в редакции Федерального закона "О внесении изменений в Федеральный закон "О федеральном бюджете на 2006 год") Распределение расходов федерального бюджета на 2006 год по разделам и подразделам функциональной классификации расходов бюджетов Российской Федерации (тыс. рублей) Наименование Рз ПР Сумма 1 2 3 4 В С Е Г О 4 431 076 807,1 ОБЩЕГОСУДАРСТВЕННЫЕ ВОПРОСЫ 01 623 208 393,5 Функционирование главы государства - Президента Российской Федерации 01 01 7 162 459,8 Функционирование законодательных (представительных) органов государственной власти и местного самоуправления 01 03 4 836 903,7 Функционирование Правительства Российской Федерации, высших органов исполнительной власти субъектов Российской Федерации, местных администраций 01 04 1 613 575,1 Судебная система 01 05 59 991 444,8 Обеспечение деятельности финансовых, налоговых и таможенных органов и органов надзора 01 06 125 700 110,7 Обеспечение проведения выборов и референдумов 01 07 2 904 565,2 Международные отношения и международное сотрудничество 01 08 29 925 130,6 Международная экономическая и гуманитарная помощь 01 09 364 854,0 Государственный материальный резерв 01 10 42 291 426,2 Фундаментальные исследования 01 11 41 051 721,1 Обслуживание государственного и муниципального долга 01 12 171 466 481,2 Резервные фонды 01 13 2 132 653,9 Прикладные научные исследования в области общегосударственных вопросов 01 14 5 351 489,5 Другие общегосударственные вопросы 01 15 128 415 577,7 НАЦИОНАЛЬНАЯ ОБОРОНА 02 686 148 278,9 Вооруженные Силы Российской Федерации 02 01 515 363 382,4 Мобилизационная и вневойсковая подготовка 02 02 3 516 608,3 Мобилизационная подготовка экономики 02 03 3 500 000,0 Подготовка и участие в обеспечении коллективной безопасности и миротворческой деятельности 02 04 59 954,9 Ядерно-оружейный комплекс 02 05 11 429 630,0 Реализация международных обязательств в сфере военно-технического сотрудничества 02 06 5 942 879,1 Прикладные научные исследования в области национальной обороны 02 07 93 271 424,0 Другие вопросы в области национальной обороны 02 08 53 064 400,2 НАЦИОНАЛЬНАЯ БЕЗОПАСНОСТЬ И ПРАВООХРАНИТЕЛЬНАЯ ДЕЯТЕЛЬНОСТЬ 03 556 337 119,1 Органы прокуратуры 03 01 27 364 863,2 Органы внутренних дел 03 02 165 559 632,8 Внутренние войска 03 03 38 425 083,3 Органы юстиции 03 04 28 376 957,6 Система исполнения наказаний 03 05 78 331 817,2 Органы безопасности 03 06 92 818 202,5 Органы пограничной службы 03 07 50 838 511,5 Органы по контролю за оборотом наркотических средств и психотропных веществ 03 08 11 296 551,9 Предупреждение и ликвидация последствий чрезвычайных ситуаций и стихийных бедствий, гражданская оборона 03 09 29 739 438,4 Обеспечение противопожарной безопасности 03 10 16 426 745,0 Миграционная политика 03 11 10 154 397,4 Прикладные научные исследования в области национальной безопасности и правоохранительной деятельности 03 12 3 561 234,9 Другие вопросы в области национальной безопасности и правоохранительной деятельности 03 13 3 443 683,4 НАЦИОНАЛЬНАЯ ЭКОНОМИКА 04 358 628 271,4 Общеэкономические вопросы 04 01 17 773 311,2 Топливо и энергетика 04 02 8 096 073,8 Исследование и использование космического пространства 04 03 6 866 452,3 Воспроизводство минерально-сырьевой базы 04 04 17 026 256,0 Сельское хозяйство и рыболовство 04 05 26 129 286,9 Водные ресурсы 04 06 8 137 892,2 Лесное хозяйство 04 07 11 667 956,6 Транспорт 04 08 136 201 130,1 Связь и информатика 04 09 13 561 355,0 Прикладные научные исследования в области национальной экономики 04 10 45 596 334,1 Другие вопросы в области национальной экономики 04 11 67 572 223,2 ЖИЛИЩНО-КОММУНАЛЬНОЕ ХОЗЯЙСТВО 05 54 336 280,7 Жилищное хозяйство 05 01 44 082 202,8 Коммунальное хозяйство 05 02 1 661 770,2 Прикладные научные исследования в области жилищно-коммунального хозяйства 05 03 32 560,0 Другие вопросы в области жилищно- коммунального хозяйства 05 04 8 559 747,7 ОХРАНА ОКРУЖАЮЩЕЙ СРЕДЫ 06 6 816 087,7 Охрана растительных и животных видов и среды их обитания 06 02 1 771 317,4 Прикладные научные исследования в области охраны окружающей среды 06 03 197 731,8 Другие вопросы в области охраны окружающей среды 06 04 4 847 038,5 ОБРАЗОВАНИЕ 07 211 976 793,2 Дошкольное образование 07 01 2 148 236,7 Общее образование 07 02 2 704 625,9 Начальное профессиональное образование 07 03 7 061 066,4 Среднее профессиональное образование 07 04 21 992 158,9 Переподготовка и повышение квалификации 07 05 4 213 677,1 Высшее профессиональное образование 07 06 159 940 927,4 Молодежная политика и оздоровление детей 07 07 599 144,4 Прикладные научные исследования в области образования 07 08 931 038,5 Другие вопросы в области образования 07 09 12 385 917,9 КУЛЬТУРА, КИНЕМАТОГРАФИЯ И СРЕДСТВА МАССОВОЙ ИНФОРМАЦИИ 08 55 834 646,4 Культура 08 01 31 437 718,2 Кинематография 08 02 3 157 981,3 Телевидение и радиовещание 08 03 17 487 262,2 Периодическая печать и издательства 08 04 786 083,4 Прикладные научные исследования в области культуры, кинематографии и средств массовой информации 08 05 239 159,4 Другие вопросы в области культуры, кинематографии и средств массовой информации 08 06 2 726 441,9 ЗДРАВООХРАНЕНИЕ И СПОРТ 09 160 347 542,0 Здравоохранение 09 01 136 535 333,3 Спорт и физическая культура 09 02 10 556 751,8 Прикладные научные исследования в области здравоохранения и спорта 09 03 2 316 111,1 Другие вопросы в области здравоохранения и спорта 09 04 10 939 345,8 СОЦИАЛЬНАЯ ПОЛИТИКА 10 216 506 387,1 Пенсионное обеспечение 10 01 142 680 428,7 Социальное обслуживание населения 10 02 3 677 814,5 Социальное обеспечение населения 10 03 64 518 056,9 Борьба с беспризорностью, опека, попечительство 10 04 166 250,0 Прикладные научные исследования в области социальной политики 10 05 124 964,2 Другие вопросы в области социальной политики 10 06 5 338 872,8 МЕЖБЮДЖЕТНЫЕ ТРАНСФЕРТЫ 11 1 500 937 007,1 Финансовая помощь бюджетам других уровней 11 01 424 589 200,2 Фонды компенсаций 11 02 74 228 492,2 Другие межбюджетные трансферты 11 03 97 791 700,0 Трансферты внебюджетным фондам 11 04 904 327 614,7"</w:t>
      </w:r>
    </w:p>
    <w:p>
      <w:r>
        <w:rPr>
          <w:b/>
        </w:rPr>
        <w:t xml:space="preserve">2. </w:t>
      </w:r>
      <w:r>
        <w:t>приложение 9 изложить в следующей редакции: "Приложение 9 к Федеральному закону "О федеральном бюджете на 2006 год" (в редакции Федерального закона "О внесении изменений в Федеральный закон "О федеральном бюджете на 2006 год") Структура расходов федерального бюджета на реализацию межгосударственных договоров в рамках Содружества Независимых Государств в 2006 году (тыс. рублей) Наименование Мин Рз ПР ЦСР ВР Сумма 1 2 3 4 5 6 7 МИНИСТЕРСТВО ФИНАНСОВ РОССИЙСКОЙ ФЕДЕРАЦИИ 092 3 204 404,1 Общегосударственные вопросы 092 01 3 204 404,1 Международные отношения и международное сотрудничество 092 01 08 3 204 404,1 Реализация межгосударственных договоров в рамках Содружества Независимых Государств 092 01 08 0310000 3 204 404,1 Долевое участие в содержании координационных структур Содружества Независимых Государств, всего 092 01 08 0310000 126 1 398 914,0 в том числе: Исполнительный комитет Содружества Независимых Государств - на содержание органов Содружества, финансируемых из единого бюджета органов Содружества Независимых Государств, всего 180 666,4 из них: Исполнительный комитет Содружества Независимых Государств 92 553,0 Координационная служба Совета командующих Пограничными войсками 17 344,3 Межгосударственный статистический комитет Содружества Независимых Государств 19 204,1 Бюро по координации борьбы с организованной преступностью и иными опасными видами преступлений на территории государств - участников Содружества Независимых Государств 12 135,5 Секретариат Совета министров обороны государств - участников Содружества Независимых Государств 7 356,3 Экономический Суд Содружества Независимых Государств 9 185,0 Антитеррористический центр государств - участников Содружества Независимых Государств 22 888,2 Координационные структуры, всего 836 877,4 в том числе: Секретариат Совета Межпарламентской Ассамблеи государств - участников Содружества Независимых Государств, всего 461 050,8 в том числе: содержание Секретариата Совета Межпарламентской Ассамблеи государств - участников Содружества Независимых Государств 136 493,6 капитальный ремонт и реставрация комплекса зданий Таврического дворца, расположенного по адресу: г. Санкт-Петербург, Шпалерная ул., д. 47 125 698,3 реконструкция здания Секретариата Совета Межпарламентской Ассамблеи государств - участников Содружества Независимых Государств, расположенного по адресу: г. Санкт-Петербург, Шпалерная ул., д. 53, литер "А" 198 858,9 Межгосударственный авиационный комитет, всего 106 493,0 в том числе: содержание Межгосударственного авиационного комитета 102 087,7 капитальный ремонт административного здания 4 405,3 Межгосударственная телерадиокомпания "Мир" 268 122,0 Секретариат Координационного Совета генеральных прокуроров государств - участников Содружества Независимых Государств 1 211,6 Интеграционный Комитет Евразийского экономического сообщества, всего 56 030,0 в том числе: содержание Секретариата Интеграционного Комитета 46 029,4 содержание Межпарламентской Ассамблеи 10 000,6 Организация Договора о коллективной безопасности, всего 35 798,7 в том числе: содержание Секретариата Организации Договора о коллективной безопасности 17 999,6 содержание Объединенного штаба Организации Договора о коллективной безопасности 17 799,1 Расходы для вновь формируемых структур и принимаемых решений Совета глав правительств Содружества Независимых Государств 289 541,5* Обеспечение сотрудничества в рамках Содружества Независимых Государств, всего 092 01 08 0310000 127 45 490,1 в том числе: Комитет по делам воинов- интернационалистов при Совете глав правительств государств - участников Содружества Независимых Государств на финансирование Плана мероприятий по реализации Концепции развития социальных и медицинских основ улучшения качества жизни и профилактики потери трудоспособности ветеранов войн, участников локальных конфликтов, миротворческих операций и жертв терроризма в государствах - участниках Содружества Независимых Государств на 2006-2010 годы 7 500,0 Координационный комитет по вопросам противовоздушной обороны при Совете министров обороны государств - участников Содружества Независимых Государств на создание и развитие объединенной системы противовоздушной обороны государств - участников Содружества Независимых Государств 24 500,0 Исполнительный комитет Содружества Независимых Государств на проведение заседаний Совета глав государств, Совета глав правительств, Совета министров иностранных дел, Экономического совета Содружества Независимых Государств 333,6 Интеграционный Комитет Евразийского экономического сообщества на проведение заседаний Межгосударственного Совета Евразийского экономического сообщества, Интеграционного Комитета Евразийского экономического сообщества, Комиссии Постоянных представителей при Евразийском экономическом сообществе 2 139,3 Расходы для реализации вновь принимаемых решений Совета глав правительств Содружества Независимых Государств 11 017,2* Долевой взнос в бюджет Союзного государства 092 01 08 0310000 128 1 760 000,0 МИНИСТЕРСТВО ЭКОНОМИЧЕСКОГО РАЗВИТИЯ И ТОРГОВЛИ РОССИЙСКОЙ ФЕДЕРАЦИИ 140 9 767,7 Общегосударственные вопросы 140 01 9 767,7 Международные отношения и международное сотрудничество 140 01 08 9 767,7 Реализация межгосударственных договоров в рамках Содружества Независимых Государств 140 01 08 0310000 9 767,7 Долевое участие в содержании координационных структур Содружества Независимых Государств 140 01 08 0310000 126 2 800,0 Расходы, связанные с мероприятиями по реализации Комплекса основных мер по формированию Единого экономического пространства 2 800,0 Обеспечение сотрудничества в рамках Содружества Независимых Государств 140 01 08 0310000 127 6 967,7 Проведение Петербургского международного экономического форума 6 967,7 ИТОГО РАСХОДОВ 3 214 171,8 ______________________________ * Расходы могут быть распределены после принятия соответствующих решений Советом глав государств Содружества Независимых Государств, Советом глав правительств Содружества Независимых Государств, Советом коллективной безопасности Организации Договора о коллективной безопасности."</w:t>
      </w:r>
    </w:p>
    <w:p>
      <w:r>
        <w:rPr>
          <w:b/>
        </w:rPr>
        <w:t xml:space="preserve">2. </w:t>
      </w:r>
      <w:r>
        <w:t>приложение 10 изложить в следующей редакции: "Приложение 10 к Федеральному закону "О федеральном бюджете на 2006 год" (в редакции Федерального закона "О внесении изменений в Федеральный закон "О федеральном бюджете на 2006 год") Ведомственная структура расходов федерального бюджета на 2006 год (тыс. рублей) Наименование Мин Рз ПР ЦСР ВР Сумма 1 2 3 4 5 6 7 В С Е Г О 3 908 309 566,1 МИНИСТЕРСТВО ПРОМЫШЛЕННОСТИ И ЭНЕРГЕТИКИ РОССИЙСКОЙ ФЕДЕРАЦИИ 021 23 147 119,2 Общегосударственные вопросы 021 01 2 892 131,5 Международные отношения и международное сотрудничество 021 01 08 2 892 131,5 Международное сотрудничество 021 01 08 0300000 32 131,5 Взносы в международные организации 021 01 08 0300000 120 20 119,5 Международные культурные, научные и информационные связи 021 01 08 0300000 125 12 012,0 Реализация государственных функций, связанных с общегосударственным управлением 021 01 08 0920000 2 860 000,0 Взнос Российской Федерации в уставные капиталы 021 01 08 0920000 325 2 860 000,0 Национальная оборона 021 02 8 117 142,1 Прикладные научные исследования в области национальной обороны 021 02 07 3 585 808,2 Прикладные научные исследования и разработки 021 02 07 0810000 3 500 000,0 Исследования в области разработки вооружения, военной и специальной техники и иного производственно- технического оборудования в рамках государственного оборонного заказа вне государственной программы вооружения 021 02 07 0810000 243 3 500 000,0 Федеральные целевые программы 021 02 07 1000000 80 100,0 Федеральная целевая программа "Промышленная утилизация вооружения и военной техники (2005-2010 годы)" 021 02 07 1005400 80 100,0 Расходы общепрограммного характера по федеральной целевой программе "Промышленная утилизация вооружения и военной техники (2005-2010 годы)" 021 02 07 1005403 80 100,0 Исследования в части вопросов утилизации и ликвидации вооружения и военной техники, уничтожения запасов химического оружия 021 02 07 1005403 245 80 100,0 Реализация государственных функций, связанных с обеспечением национальной обороны 021 02 07 2140000 5 708,2 Мероприятия в области национальной обороны 021 02 07 2140000 252 5 708,2 Другие вопросы в области национальной обороны 021 02 08 4 531 333,9 Реализация государственных функций, связанных с обеспечением национальной обороны 021 02 08 2140000 4 531 333,9 Мероприятия в области национальной обороны 021 02 08 2140000 252 4 433 913,9 Мероприятия по патриотическому воспитанию граждан Российской Федерации 021 02 08 2140000 257 200,0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021 02 08 2140000 448 97 220,0 Национальная экономика 021 04 12 061 228,1 Общеэкономические вопросы 021 04 01 918 373,6 Руководство и управление в сфере установленных функций 021 04 01 0010000 710 973,6 Центральный аппарат 021 04 01 0010000 005 710 890,3 Выплаты независимым экспертам 021 04 01 0010000 281 83,3 Непрограммные инвестиции в основные фонды 021 04 01 1020000 90 000,0 Строительство объектов общегражданского назначения 021 04 01 1020000 214 90 000,0 Реализация государственных функций в области национальной экономики 021 04 01 3400000 117 400,0 Техническое регулирование и метрология 021 04 01 3400000 320 117 400,0 Прикладные научные исследования в области национальной экономики 021 04 10 3 133 605,9 Прикладные научные исследования и разработки 021 04 10 0810000 2 529 605,9 Научное сопровождение инновационных проектов государственного значения 021 04 10 0810000 194 370 810,0 Выполнение научно- исследовательских и опытно-конструкторских работ по государственным контрактам 021 04 10 0810000 196 1 949 014,0 Обеспечение деятельности подведомственных учреждений 021 04 10 0810000 327 209 781,9 Федеральные целевые программы 021 04 10 1000000 604 000,0 Федеральная целевая программа "Глобальная навигационная система" 021 04 10 1003600 4 000,0 Подпрограмма "Разработка, подготовка производства, изготовление навигационного оборудования и аппаратуры для гражданских потребителей" 021 04 10 1003604 4 000,0 Выполнение научно- исследовательских и опытно-конструкторских работ по государственным контрактам 021 04 10 1003604 196 4 000,0 Федеральная целевая программа "Национальная технологическая база" на 2002-2006 годы 021 04 10 1003700 150 000,0 Подпрограмма "Создание авиационно-космических материалов и развитие специальной металлургии России с учетом восстановления производства стратегических материалов (СМ) и малотоннажной химии" на 2005-2008 годы 021 04 10 1003701 15 000,0 Выполнение научно- исследовательских и опытно-конструкторских работ по государственным контрактам 021 04 10 1003701 196 15 000,0 Мероприятия по реализации федеральной целевой программы "Национальная технологическая база" на 2002-2006 годы 021 04 10 1003702 135 000,0 Выполнение научно- исследовательских и опытно-конструкторских работ по государственным контрактам 021 04 10 1003702 196 135 000,0 Федеральная целевая программа "Развитие гражданской авиационной техники России на 2002-2010 годы и на период до 2015 года" 021 04 10 1003800 330 000,0 Выполнение научно- исследовательских и опытно-конструкторских работ по государственным контрактам 021 04 10 1003800 196 330 000,0 Федеральная целевая программа "Реформирование и развитие оборонно- промышленного комплекса (2002-2006 годы)" 021 04 10 1003900 120 000,0 Мероприятия по реализации федеральной целевой программы "Реформирование и развитие оборонно- промышленного комплекса (2002-2006 годы)" 021 04 10 1003902 120 000,0 Выполнение научно- исследовательских и опытно-конструкторских работ по государственным контрактам 021 04 10 1003902 196 120 000,0 Другие вопросы в области национальной экономики 021 04 11 8 009 248,6 Резервные фонды 021 04 11 0700000 7 892,1 Резервный фонд Правительства Российской Федерации 021 04 11 0700000 180 7 892,1 Реализация государственных функций, связанных с общегосударственным управлением 021 04 11 0920000 1 356,5 Специальные объекты 021 04 11 0920000 223 1 356,5 Реализация государственных функций в области национальной экономики 021 04 11 3400000 8 000 000,0 Взнос Российской Федерации в уставные капиталы 021 04 11 3400000 325 6 000 000,0 Субсидирование процентных ставок по привлеченным кредитам в российских кредитных организациях 021 04 11 3400000 340 2 000 000,0 Жилищно-коммунальное хозяйство 021 05 30 000,0 Жилищное хозяйство 021 05 01 30 000,0 Федеральная целевая программа "Жилище" на 2002-2010 годы (второй этап) 021 05 01 1040000 30 000,0 Подпрограмма "Мероприятия по обеспечению жильем отдельных категорий граждан" 021 05 01 1044000 30 000,0 Мероприятия по обеспечению жильем федеральных государственных гражданских служащих 021 05 01 1044001 30 000,0 Строительство объектов для нужд отрасли 021 05 01 1044001 213 30 000,0 Культура, кинематография и средства массовой информации 021 08 4 725,5 Культура 021 08 01 4 725,5 Библиотеки 021 08 01 4420000 4 725,5 Обеспечение деятельности подведомственных учреждений 021 08 01 4420000 327 4 725,5 Здравоохранение и спорт 021 09 41 892,0 Здравоохранение 021 09 01 41 892,0 Поликлиники, амбулатории, диагностические центры 021 09 01 4710000 41 892,0 Обеспечение деятельности подведомственных учреждений 021 09 01 4710000 327 41 892,0 ФЕДЕРАЛЬНОЕ АГЕНТСТВО ПО ЭНЕРГЕТИКЕ 023 12 102 965,8 Национальная экономика 023 04 7 159 157,6 Топливо и энергетика 023 04 02 7 150 596,0 Руководство и управление в сфере установленных функций 023 04 02 0010000 114 530,8 Центральный аппарат 023 04 02 0010000 005 93 711,9 Территориальные органы 023 04 02 0010000 006 20 785,7 Выплаты независимым экспертам 023 04 02 0010000 281 33,2 Федеральные целевые программы 023 04 02 1000000 1 993 300,0 Федеральная целевая программа "Энергоэффективная экономика" на 2002-2005 годы и на перспективу до 2010 года 023 04 02 1004300 1 993 300,0 Подпрограмма "Энергоэффективность топливно-энергетического комплекса" 023 04 02 1004301 1 922 800,0 Строительство объектов для нужд отрасли 023 04 02 1004301 213 1 922 800,0 Подпрограмма "Энергоэффективность в сфере потребления" 023 04 02 1004303 70 500,0 Строительство объектов для нужд отрасли 023 04 02 1004303 213 70 500,0 Вопросы топливно- энергетического комплекса 023 04 02 2480000 4 501 765,2 Мероприятия в топливно- энергетической области 023 04 02 2480000 322 4 080 265,2 Субсидирование процентных ставок по привлеченным кредитам в российских кредитных организациях 023 04 02 2480000 340 421 500,0 Учреждения, обеспечивающие предоставление услуг, связанных с реструктуризацией угольной отрасли 023 04 02 2520000 141 000,0 Обеспечение деятельности подведомственных учреждений 023 04 02 2520000 327 141 000,0 Реализация государственных функций в области национальной экономики 023 04 02 3400000 400 000,0 Субсидирование процентных ставок по привлеченным кредитам в российских кредитных организациях 023 04 02 3400000 340 400 000,0 Прикладные научные исследования в области национальной экономики 023 04 10 6 500,0 Прикладные научные исследования и разработки 023 04 10 0810000 6 500,0 Выполнение научно- исследовательских и опытно-конструкторских работ по государственным контрактам 023 04 10 0810000 196 6 500,0 Другие вопросы в области национальной экономики 023 04 11 2 061,6 Реализация государственных функций, связанных с общегосударственным управлением 023 04 11 0920000 2 061,6 Специальные объекты 023 04 11 0920000 223 2 061,6 Образование 023 07 5 702,5 Другие вопросы в области образования 023 07 09 5 702,5 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 023 07 09 4520000 5 702,5 Обеспечение деятельности подведомственных учреждений 023 07 09 4520000 327 5 702,5 Здравоохранение и спорт 023 09 202 845,7 Здравоохранение 023 09 01 202 845,7 Больницы, клиники, госпитали, медико- санитарные части 023 09 01 4700000 202 845,7 Обеспечение деятельности подведомственных учреждений 023 09 01 4700000 327 202 845,7 Межбюджетные трансферты 023 11 4 735 260,0 Финансовая помощь бюджетам других уровней 023 11 01 2 036 560,0 Дотации и субвенции 023 11 01 5170000 2 036 560,0 Субвенции бюджетам на реализацию программ местного развития и обеспечение занятости для шахтерских городов и поселков 023 11 01 5170000 564 2 036 560,0 Другие межбюджетные трансферты 023 11 03 2 698 700,0 Федеральные целевые программы 023 11 03 1000000 1 810 500,0 Федеральная целевая программа "Энергоэффективная экономика" на 2002-2005 годы и на перспективу до 2010 года 023 11 03 1004300 882 000,0 Подпрограмма "Энергоэффективность топливно-энергетического комплекса" 023 11 03 1004301 852 000,0 Строительство объектов для нужд отрасли 023 11 03 1004301 213 852 000,0 Подпрограмма "Энергоэффективность в сфере потребления" 023 11 03 1004303 30 000,0 Строительство объектов для нужд отрасли 023 11 03 1004303 213 30 000,0 Федеральная целевая программа развития Калининградской области на период до 2010 года 023 11 03 1004500 54 200,0 Строительство объектов для нужд отрасли 023 11 03 1004500 213 54 200,0 Федеральная целевая программа "Экономическое и социальное развитие Дальнего Востока и Забайкалья на 1996-2005 и до 2010 года" 023 11 03 1004600 820 000,0 Строительство объектов для нужд отрасли 023 11 03 1004600 213 820 000,0 Федеральная целевая программа "Юг России" 023 11 03 1004800 54 300,0 Строительство объектов для нужд отрасли 023 11 03 1004800 213 54 300,0 Непрограммные инвестиции в основные фонды 023 11 03 1020000 888 200,0 Строительство объектов общегражданского назначения 023 11 03 1020000 214 888 200,0 ФЕДЕРАЛЬНАЯ СЛУЖБА ПО НАДЗОРУ В СФЕРЕ ПРИРОДОПОЛЬЗОВАНИЯ 048 2 571 206,1 Охрана окружающей среды 048 06 2 567 306,1 Охрана растительных и животных видов и среды их обитания 048 06 02 1 477 211,3 Состояние окружающей среды и природопользования 048 06 02 4100000 99 858,9 Природоохранные мероприятия 048 06 02 4100000 443 99 858,9 Природоохранные учреждения 048 06 02 4110000 1 377 352,4 Обеспечение деятельности подведомственных учреждений 048 06 02 4110000 327 1 377 352,4 Прикладные научные исследования в области охраны окружающей среды 048 06 03 108 597,0 Прикладные научные исследования и разработки 048 06 03 0810000 108 597,0 Выполнение научно- исследовательских и опытно-конструкторских работ по государственным контрактам 048 06 03 0810000 196 90 000,0 Обеспечение деятельности подведомственных учреждений 048 06 03 0810000 327 18 597,0 Другие вопросы в области охраны окружающей среды 048 06 04 981 497,8 Руководство и управление в сфере установленных функций 048 06 04 0010000 981 497,8 Центральный аппарат 048 06 04 0010000 005 73 796,5 Территориальные органы 048 06 04 0010000 006 907 353,4 Выплаты независимым экспертам 048 06 04 0010000 281 347,9 Социальная политика 048 10 3 900,0 Социальное обеспечение населения 048 10 03 3 900,0 Федеральная целевая программа "Жилище" на 2002-2010 годы (второй этап) 048 10 03 1040000 3 900,0 Подпрограмма "Мероприятия по обеспечению жильем отдельных категорий граждан" 048 10 03 1044000 3 900,0 Мероприятия по обеспечению жильем федеральных государственных гражданских служащих 048 10 03 1044001 3 900,0 Обеспечение жильем федеральных государственных гражданских служащих 048 10 03 1044001 670 3 900,0 ФЕДЕРАЛЬНОЕ АГЕНТСТВО ПО НЕДРОПОЛЬЗОВАНИЮ 049 17 436 256,0 Национальная экономика 049 04 17 426 256,0 Воспроизводство минерально-сырьевой базы 049 04 04 17 026 256,0 Руководство и управление в сфере установленных функций 049 04 04 0010000 498 117,5 Центральный аппарат 049 04 04 0010000 005 67 377,5 Территориальные органы 049 04 04 0010000 006 430 611,8 Выплаты независимым экспертам 049 04 04 0010000 281 128,2 Резервные фонды 049 04 04 0700000 500,0 Резервный фонд Правительства Российской Федерации 049 04 04 0700000 180 500,0 Геологическое изучение недр 049 04 04 2500000 16 380 981,5 Геолого-разведочные и другие работы в области геологического изучения недр 049 04 04 2500000 326 16 380 981,5 Территориальные фонды информации 049 04 04 2510000 146 657,0 Обеспечение деятельности подведомственных учреждений 049 04 04 2510000 327 146 657,0 Прикладные научные исследования в области национальной экономики 049 04 10 400 000,0 Прикладные научные исследования и разработки 049 04 10 0810000 400 000,0 Выполнение научно- исследовательских и опытно-конструкторских работ по государственным контрактам 049 04 10 0810000 196 400 000,0 Социальная политика 049 10 10 000,0 Социальное обеспечение населения 049 10 03 10 000,0 Федеральная целевая программа "Жилище" на 2002-2010 годы (второй этап) 049 10 03 1040000 10 000,0 Подпрограмма "Мероприятия по обеспечению жильем отдельных категорий граждан" 049 10 03 1044000 10 000,0 Мероприятия по обеспечению жильем федеральных государственных гражданских служащих 049 10 03 1044001 10 000,0 Обеспечение жильем федеральных государственных гражданских служащих 049 10 03 1044001 670 10 000,0 МИНИСТЕРСТВО ПРИРОДНЫХ РЕСУРСОВ РОССИЙСКОЙ ФЕДЕРАЦИИ 050 1 901 601,0 Общегосударственные вопросы 050 01 48 577,1 Международные отношения и международное сотрудничество 050 01 08 48 577,1 Международное сотрудничество 050 01 08 0300000 48 577,1 Взносы в международные организации 050 01 08 0300000 120 48 577,1 Национальная экономика 050 04 1 832 408,4 Общеэкономические вопросы 050 04 01 418 409,3 Руководство и управление в сфере установленных функций 050 04 01 0010000 297 779,4 Центральный аппарат 050 04 01 0010000 005 297 742,1 Выплаты независимым экспертам 050 04 01 0010000 281 37,3 Реализация государственных функций, связанных с общегосударственным управлением 050 04 01 0920000 913,2 Специальные объекты 050 04 01 0920000 223 913,2 Учреждения по обеспечению хозяйственного обслуживания 050 04 01 0930000 119 716,7 Обеспечение деятельности подведомственных учреждений 050 04 01 0930000 327 119 716,7 Прикладные научные исследования в области национальной экономики 050 04 10 663 456,0 Прикладные научные исследования и разработки 050 04 10 0810000 663 456,0 Выполнение научно- исследовательских и опытно-конструкторских работ по государственным контрактам 050 04 10 0810000 196 663 456,0 Другие вопросы в области национальной экономики 050 04 11 750 543,1 Территориальные фонды информации 050 04 11 2510000 750 543,1 Обеспечение деятельности подведомственных учреждений 050 04 11 2510000 327 750 543,1 Жилищно-коммунальное хозяйство 050 05 2 243,5 Жилищное хозяйство 050 05 01 2 243,5 Федеральная целевая программа "Жилище" на 2002-2010 годы (второй этап) 050 05 01 1040000 2 243,5 Подпрограмма "Мероприятия по обеспечению жильем отдельных категорий граждан" 050 05 01 1044000 2 243,5 Мероприятия по обеспечению жильем федеральных государственных гражданских служащих 050 05 01 1044001 2 243,5 Строительство объектов для нужд отрасли 050 05 01 1044001 213 2 243,5 Охрана окружающей среды 050 06 520,0 Прикладные научные исследования в области охраны окружающей среды 050 06 03 520,0 Прикладные научные исследования и разработки 050 06 03 0810000 520,0 Обеспечение деятельности подведомственных учреждений 050 06 03 0810000 327 520,0 Образование 050 07 3 095,5 Начальное профессиональное образование 050 07 03 3 095,5 Профессионально- технические училища 050 07 03 4250000 3 095,5 Обеспечение деятельности подведомственных учреждений 050 07 03 4250000 327 3 095,5 Социальная политика 050 10 14 756,5 Социальное обеспечение населения 050 10 03 14 756,5 Федеральная целевая программа "Жилище" на 2002-2010 годы (второй этап) 050 10 03 1040000 14 756,5 Подпрограмма "Мероприятия по обеспечению жильем отдельных категорий граждан" 050 10 03 1044000 14 756,5 Мероприятия по обеспечению жильем федеральных государственных гражданских служащих 050 10 03 1044001 14 756,5 Обеспечение жильем федеральных государственных гражданских служащих 050 10 03 1044001 670 14 756,5 ФЕДЕРАЛЬНОЕ АГЕНТСТВО ВОДНЫХ РЕСУРСОВ 052 10 642 116,2 Национальная экономика 052 04 5 722 175,2 Водные ресурсы 052 04 06 5 626 175,2 Руководство и управление в сфере установленных функций 052 04 06 0010000 458 255,4 Центральный аппарат 052 04 06 0010000 005 95 491,0 Территориальные органы 052 04 06 0010000 006 362 646,5 Выплаты независимым экспертам 052 04 06 0010000 281 117,9 Федеральные целевые программы 052 04 06 1000000 12 000,0 Федеральная целевая программа "Восстановление экономики и социальной сферы Чеченской Республики (2002 год и последующие годы)" 052 04 06 1005000 12 000,0 Строительство объектов для нужд отрасли 052 04 06 1005000 213 12 000,0 Непрограммные инвестиции в основные фонды 052 04 06 1020000 1 102 299,0 Строительство объектов общегражданского назначения 052 04 06 1020000 214 1 102 299,0 Водохозяйственные мероприятия 052 04 06 2800000 3 161 262,3 Гидротехнические сооружения 052 04 06 2800000 349 2 870 062,3 Мероприятия по информационному обеспечению и другие работы в области водных ресурсов 052 04 06 2800000 350 291 200,0 Водоохранные и водохозяйственные учреждения 052 04 06 2810000 892 358,5 Обеспечение деятельности подведомственных учреждений 052 04 06 2810000 327 892 358,5 Прикладные научные исследования в области национальной экономики 052 04 10 96 000,0 Прикладные научные исследования и разработки 052 04 10 0810000 96 000,0 Выполнение научно- исследовательских и опытно-конструкторских работ по государственным контрактам 052 04 10 0810000 196 96 000,0 Охрана окружающей среды 052 06 58 700,0 Другие вопросы в области охраны окружающей среды 052 06 04 58 700,0 Непрограммные инвестиции в основные фонды 052 06 04 1020000 58 700,0 Строительство объектов общегражданского назначения 052 06 04 1020000 214 58 700,0 Социальная политика 052 10 4 100,0 Социальное обеспечение населения 052 10 03 4 100,0 Федеральная целевая программа "Жилище" на 2002-2010 годы (второй этап) 052 10 03 1040000 4 100,0 Подпрограмма "Мероприятия по обеспечению жильем отдельных категорий граждан" 052 10 03 1044000 4 100,0 Мероприятия по обеспечению жильем федеральных государственных гражданских служащих 052 10 03 1044001 4 100,0 Обеспечение жильем федеральных государственных гражданских служащих 052 10 03 1044001 670 4 100,0 Межбюджетные трансферты 052 11 4 857 141,0 Финансовая помощь бюджетам других уровней 052 11 01 670 000,0 Водохозяйственные мероприятия 052 11 01 2800000 670 000,0 Субсидии 052 11 01 2800000 197 670 000,0 Другие межбюджетные трансферты 052 11 03 4 187 141,0 Федеральные целевые программы 052 11 03 1000000 553 454,0 Федеральная целевая программа "Экономическое и социальное развитие Дальнего Востока и Забайкалья на 1996-2005 и до 2010 года" 052 11 03 1004600 414 000,0 Строительство объектов для нужд отрасли 052 11 03 1004600 213 414 000,0 Федеральная целевая программа "Социально- экономическое развитие Республики Башкортостан до 2006 года" 052 11 03 1005200 2 600,0 Строительство объектов для нужд отрасли 052 11 03 1005200 213 2 600,0 Федеральная целевая программа "Сохранение и восстановление плодородия почв земель сельскохозяйственного назначения и агроландшафтов как национального достояния России на 2006-2010 годы" 052 11 03 1006000 136 854,0 Строительство объектов для нужд отрасли 052 11 03 1006000 213 136 854,0 Непрограммные инвестиции в основные фонды 052 11 03 1020000 3 633 687,0 Строительство объектов общегражданского назначения 052 11 03 1020000 214 3 633 687,0 ФЕДЕРАЛЬНОЕ АГЕНТСТВО ЛЕСНОГО ХОЗЯЙСТВА 053 13 801 985,0 Национальная экономика 053 04 11 817 956,6 Лесное хозяйство 053 04 07 11 617 956,6 Руководство и управление в сфере установленных функций 053 04 07 0010000 921 280,4 Центральный аппарат 053 04 07 0010000 005 83 249,9 Территориальные органы 053 04 07 0010000 006 837 716,0 Выплаты независимым экспертам 053 04 07 0010000 281 314,5 Международное сотрудничество 053 04 07 0300000 845 012,5 Обеспечение мероприятий, предусмотренных соглашениями с международными финансовыми организациями 053 04 07 0300000 123 845 012,5 Учреждения по обеспечению хозяйственного обслуживания 053 04 07 0930000 1 068,2 Специальные объекты 053 04 07 0930000 223 1 068,2 Непрограммные инвестиции в основные фонды 053 04 07 1020000 500 000,0 Строительство объектов общегражданского назначения 053 04 07 1020000 214 500 000,0 Учреждения, обеспечивающие предоставление услуг в сфере лесного хозяйства 053 04 07 2910000 9 350 595,5 Обеспечение деятельности подведомственных учреждений 053 04 07 2910000 327 9 350 595,5 Прикладные научные исследования в области национальной экономики 053 04 10 200 000,0 Прикладные научные исследования и разработки 053 04 10 0810000 200 000,0 Выполнение научно- исследовательских и опытно-конструкторских работ по государственным контрактам 053 04 10 0810000 196 200 000,0 Охрана окружающей среды 053 06 83 346,4 Прикладные научные исследования в области охраны окружающей среды 053 06 03 83 346,4 Прикладные научные исследования и разработки 053 06 03 0810000 83 346,4 Обеспечение деятельности подведомственных учреждений 053 06 03 0810000 327 83 346,4 Образование 053 07 289 891,5 Среднее профессиональное образование 053 07 04 287 979,7 Средние специальные учебные заведения 053 07 04 4270000 287 979,7 Обеспечение деятельности подведомственных учреждений 053 07 04 4270000 327 287 979,7 Другие вопросы в области образования 053 07 09 1 911,8 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 053 07 09 4520000 1 911,8 Обеспечение деятельности подведомственных учреждений 053 07 09 4520000 327 1 911,8 Социальная политика 053 10 15 000,0 Социальное обеспечение населения 053 10 03 15 000,0 Федеральная целевая программа "Жилище" на 2002-2010 годы (второй этап) 053 10 03 1040000 15 000,0 Подпрограмма "Мероприятия по обеспечению жильем отдельных категорий граждан" 053 10 03 1044000 15 000,0 Мероприятия по обеспечению жильем федеральных государственных гражданских служащих 053 10 03 1044001 15 000,0 Обеспечение жильем федеральных государственных гражданских служащих 053 10 03 1044001 670 15 000,0 Межбюджетные трансферты 053 11 1 595 790,5 Фонды компенсаций 053 11 02 1 595 790,5 Фонд компенсаций 053 11 02 5190000 1 595 790,5 Субвенции бюджетам на осуществление полномочий по тушению лесных пожаров в лесном фонде на территориях субъектов Российской Федерации 053 11 02 5190000 583 783 286,9 Субвенции бюджетам на реализацию полномочий по осуществлению прав владения, пользования и распоряжения лесами, ранее находившимися во владении сельскохозяйственных организаций, их охране, защите и воспроизводству 053 11 02 5190000 584 812 503,6 МИНИСТЕРСТВО ЗДРАВООХРАНЕНИЯ И СОЦИАЛЬНОГО РАЗВИТИЯ РОССИЙСКОЙ ФЕДЕРАЦИИ 055 3 717 021,7 Общегосударственные вопросы 055 01 315 938,5 Международные отношения и международное сотрудничество 055 01 08 315 938,5 Международное сотрудничество 055 01 08 0300000 315 938,5 Взносы в международные организации 055 01 08 0300000 120 315 938,5 Образование 055 07 613 960,0 Переподготовка и повышение квалификации 055 07 05 613 960,0 Институты повышения квалификации 055 07 05 4280000 613 960,0 Государственный заказ на профессиональную переподготовку и повышение квалификации государственных служащих 055 07 05 4280000 449 613 960,0 Здравоохранение и спорт 055 09 2 646 073,4 Здравоохранение 055 09 01 117 147,0 Больницы, клиники, госпитали, медико- санитарные части 055 09 01 4700000 117 147,0 Обеспечение деятельности подведомственных учреждений 055 09 01 4700000 327 117 147,0 Прикладные научные исследования в области здравоохранения и спорта 055 09 03 50 000,0 Прикладные научные исследования и разработки 055 09 03 0810000 50 000,0 Выполнение научно- исследовательских и опытно-конструкторских работ по государственным контрактам 055 09 03 0810000 196 50 000,0 Другие вопросы в области здравоохранения и спорта 055 09 04 2 478 926,4 Руководство и управление в сфере установленных функций 055 09 04 0010000 451 385,7 Центральный аппарат 055 09 04 0010000 005 451 330,0 Выплаты независимым экспертам 055 09 04 0010000 281 55,7 Международное сотрудничество 055 09 04 0300000 1 414 468,1 Обеспечение мероприятий, предусмотренных соглашениями с международными финансовыми организациями 055 09 04 0300000 123 1 414 468,1 Учреждения по обеспечению хозяйственного обслуживания 055 09 04 0930000 1 072,6 Специальные объекты 055 09 04 0930000 223 1 072,6 Реформирование государственной службы Российской Федерации 055 09 04 0940000 12 000,0 Обеспечение мероприятий по реформированию государственной и муниципальной службы 055 09 04 0940000 211 12 000,0 Реализация государственных функций в области здравоохранения, спорта и туризма 055 09 04 4850000 600 000,0 Методическое обеспечение и информационная поддержка 055 09 04 4850000 490 600 000,0 Социальная политика 055 10 141 049,8 Социальное обслуживание населения 055 10 02 51 049,8 Медико-социальная экспертная комиссия 055 10 02 5000000 51 049,8 Обеспечение деятельности подведомственных учреждений 055 10 02 5000000 327 51 049,8 Социальное обеспечение населения 055 10 03 40 000,0 Федеральная целевая программа "Жилище" на 2002-2010 годы (второй этап) 055 10 03 1040000 40 000,0 Подпрограмма "Мероприятия по обеспечению жильем отдельных категорий граждан" 055 10 03 1044000 40 000,0 Мероприятия по обеспечению жильем федеральных государственных гражданских служащих 055 10 03 1044001 40 000,0 Обеспечение жильем федеральных государственных гражданских служащих 055 10 03 1044001 670 40 000,0 Прикладные научные исследования в области социальной политики 055 10 05 50 000,0 Прикладные научные исследования и разработки 055 10 05 0810000 50 000,0 Выполнение научно- исследовательских и опытно-конструкторских работ по государственным контрактам 055 10 05 0810000 196 50 000,0 МИНИСТЕРСТВО КУЛЬТУРЫ И МАССОВЫХ КОММУНИКАЦИЙ РОССИЙСКОЙ ФЕДЕРАЦИИ 057 859 748,1 Общегосударственные вопросы 057 01 10 444,7 Международные отношения и международное сотрудничество 057 01 08 10 444,7 Международное сотрудничество 057 01 08 0300000 10 444,7 Взносы в международные организации 057 01 08 0300000 120 10 444,7 Культура, кинематография и средства массовой информации 057 08 839 303,4 Прикладные научные исследования в области культуры, кинематографии и средств массовой информации 057 08 05 8 240,2 Прикладные научные исследования и разработки 057 08 05 0810000 8 240,2 Выполнение научно- исследовательских и опытно-конструкторских работ по государственным контрактам 057 08 05 0810000 196 8 240,2 Другие вопросы в области культуры, кинематографии и средств массовой информации 057 08 06 831 063,2 Руководство и управление в сфере установленных функций 057 08 06 0010000 117 667,5 Центральный аппарат 057 08 06 0010000 005 117 647,8 Выплаты независимым экспертам 057 08 06 0010000 281 19,7 Международное сотрудничество 057 08 06 0300000 658 885,7 Обеспечение мероприятий, предусмотренных соглашениями с международными финансовыми организациями 057 08 06 0300000 123 658 885,7 Мероприятия в сфере культуры, кинематографии и средств массовой информации 057 08 06 4500000 54 510,0 Мероприятия по патриотическому воспитанию граждан Российской Федерации 057 08 06 4500000 257 4 350,0 Государственная поддержка в сфере культуры, кинематографии и средств массовой информации 057 08 06 4500000 453 50 160,0 Социальная политика 057 10 10 000,0 Социальное обеспечение населения 057 10 03 10 000,0 Федеральная целевая программа "Жилище" на 2002-2010 годы (второй этап) 057 10 03 1040000 10 000,0 Подпрограмма "Мероприятия по обеспечению жильем отдельных категорий граждан" 057 10 03 1044000 10 000,0 Мероприятия по обеспечению жильем федеральных государственных гражданских служащих 057 10 03 1044001 10 000,0 Обеспечение жильем федеральных государственных гражданских служащих 057 10 03 1044001 670 10 000,0 ФЕДЕРАЛЬНОЕ АГЕНТСТВО ПО КУЛЬТУРЕ И КИНЕМАТОГРАФИИ 058 34 702 295,0 Жилищно-коммунальное хозяйство 058 05 2 500,0 Жилищное хозяйство 058 05 01 2 500,0 Федеральная целевая программа "Жилище" на 2002-2010 годы (второй этап) 058 05 01 1040000 2 500,0 Подпрограмма "Мероприятия по обеспечению жильем отдельных категорий граждан" 058 05 01 1044000 2 500,0 Мероприятия по обеспечению жильем федеральных государственных гражданских служащих 058 05 01 1044001 2 500,0 Строительство объектов для нужд отрасли 058 05 01 1044001 213 2 500,0 Образование 058 07 3 848 109,3 Общее образование 058 07 02 16 757,2 Школы - детские сады, школы начальные, неполные средние и средние 058 07 02 4210000 16 757,2 Обеспечение деятельности подведомственных учреждений 058 07 02 4210000 327 16 757,2 Среднее профессиональное образование 058 07 04 402 069,3 Средние специальные учебные заведения 058 07 04 4270000 402 069,3 Обеспечение деятельности подведомственных учреждений 058 07 04 4270000 327 402 069,3 Переподготовка и повышение квалификации 058 07 05 22 978,4 Учебные заведения и курсы по переподготовке кадров 058 07 05 4290000 22 978,4 Обеспечение деятельности подведомственных учреждений 058 07 05 4290000 327 22 978,4 Высшее профессиональное образование 058 07 06 3 403 219,3 Федеральные целевые программы 058 07 06 1000000 50 000,0 Федеральная целевая программа "Культура России (2006-2010 годы)" 058 07 06 1000200 50 000,0 Строительство объектов для нужд отрасли 058 07 06 1000200 213 50 000,0 Непрограммные инвестиции в основные фонды 058 07 06 1020000 40 000,0 Строительство объектов общегражданского назначения 058 07 06 1020000 214 40 000,0 Высшие учебные заведения 058 07 06 4300000 3 313 219,3 Обеспечение деятельности подведомственных учреждений 058 07 06 4300000 327 2 554 422,0 Обеспечение деятельности особо ценных объектов (учреждений) культурного наследия народов Российской Федерации 058 07 06 4300000 451 758 797,3 Другие вопросы в области образования 058 07 09 3 085,1 Федеральные целевые программы 058 07 09 1000000 1 850,0 Федеральная целевая программа "Дети России" на 2003-2006 годы 058 07 09 1001300 1 850,0 Подпрограмма "Одаренные дети" 058 07 09 1001303 1 850,0 Государственная поддержка в сфере образования 058 07 09 1001303 285 1 850,0 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 058 07 09 4520000 1 235,1 Обеспечение деятельности подведомственных учреждений 058 07 09 4520000 327 1 235,1 Культура, кинематография и средства массовой информации 058 08 28 792 945,7 Культура 058 08 01 25 673 614,7 Резервные фонды 058 08 01 0700000 174 854,1 Резервный фонд Правительства Российской Федерации 058 08 01 0700000 180 174 854,1 Федеральные целевые программы 058 08 01 1000000 9 880 800,0 Федеральная целевая программа "Культура России (2006-2010 годы)" 058 08 01 1000200 9 879 000,0 Строительство объектов для нужд отрасли 058 08 01 1000200 213 8 520 000,0 Государственная поддержка в сфере культуры, кинематографии и средств массовой информации 058 08 01 1000200 453 1 359 000,0 Федеральная целевая программа "Дети России" на 2003-2006 годы 058 08 01 1001300 1 800,0 Подпрограмма "Дети- инвалиды" 058 08 01 1001301 1 800,0 Государственная поддержка в сфере культуры, кинематографии и средств массовой информации 058 08 01 1001301 453 1 800,0 Непрограммные инвестиции в основные фонды 058 08 01 1020000 261 000,0 Строительство объектов общегражданского назначения 058 08 01 1020000 214 261 000,0 Дворцы и дома культуры, другие учреждения культуры и средств массовой информации 058 08 01 4400000 243 128,2 Обеспечение деятельности подведомственных учреждений 058 08 01 4400000 327 243 128,2 Музеи и постоянные выставки 058 08 01 4410000 5 817 189,6 Обеспечение деятельности подведомственных учреждений 058 08 01 4410000 327 1 813 028,8 Обеспечение деятельности особо ценных объектов (учреждений) культурного наследия народов Российской Федерации 058 08 01 4410000 451 4 004 160,8 Библиотеки 058 08 01 4420000 1 996 357,9 Обеспечение деятельности подведомственных учреждений 058 08 01 4420000 327 377 785,8 Обеспечение деятельности особо ценных объектов (учреждений) культурного наследия народов Российской Федерации 058 08 01 4420000 451 1 618 572,1 Театры, цирки, концертные и другие организации исполнительских искусств 058 08 01 4430000 4 712 295,5 Обеспечение деятельности подведомственных учреждений 058 08 01 4430000 327 2 997 143,6 Обеспечение деятельности особо ценных объектов (учреждений) культурного наследия народов Российской Федерации 058 08 01 4430000 451 1 387 850,9 Государственная поддержка в сфере культуры, кинематографии и средств массовой информации 058 08 01 4430000 453 327 301,0 Мероприятия в сфере культуры, кинематографии и средств массовой информации 058 08 01 4500000 2 587 989,4 Субвенции на гранты в области науки, культуры, искусства и средств массовой информации 058 08 01 4500000 198 18 000,0 Мероприятия по патриотическому воспитанию граждан Российской Федерации 058 08 01 4500000 257 9 150,0 Государственная поддержка в сфере культуры, кинематографии и средств массовой информации 058 08 01 4500000 453 2 560 839,4 Кинематография 058 08 02 2 845 768,6 Федеральные целевые программы 058 08 02 1000000 1 081 000,0 Федеральная целевая программа "Культура России (2006-2010 годы)" 058 08 02 1000200 1 081 000,0 Государственная поддержка в сфере культуры, кинематографии и средств массовой информации 058 08 02 1000200 453 1 081 000,0 Мероприятия в сфере культуры, кинематографии и средств массовой информации 058 08 02 4500000 1 764 768,6 Государственная поддержка в сфере культуры, кинематографии и средств массовой информации 058 08 02 4500000 453 1 764 768,6 Прикладные научные исследования в области культуры, кинематографии и средств массовой информации 058 08 05 168 800,8 Прикладные научные исследования и разработки 058 08 05 0810000 127 430,8 Обеспечение деятельности подведомственных учреждений 058 08 05 0810000 327 127 430,8 Федеральные целевые программы 058 08 05 1000000 41 370,0 Федеральная целевая программа "Культура России (2006-2010 годы)" 058 08 05 1000200 40 000,0 Выполнение научно- исследовательских и опытно-конструкторских работ по государственным контрактам 058 08 05 1000200 196 40 000,0 Федеральная целевая программа "Социальное развитие села до 2010 года" 058 08 05 1001100 1 370,0 Выполнение научно- исследовательских и опытно-конструкторских работ по государственным контрактам 058 08 05 1001100 196 1 370,0 Другие вопросы в области культуры, кинематографии и средств массовой информации 058 08 06 104 761,6 Руководство и управление в сфере установленных функций 058 08 06 0010000 103 759,0 Центральный аппарат 058 08 06 0010000 005 103 738,4 Выплаты независимым экспертам 058 08 06 0010000 281 20,6 Учреждения по обеспечению хозяйственного обслуживания 058 08 06 0930000 1 002,6 Специальные объекты 058 08 06 0930000 223 1 002,6 Социальная политика 058 10 7 500,0 Социальное обеспечение населения 058 10 03 7 500,0 Федеральная целевая программа "Жилище" на 2002-2010 годы (второй этап) 058 10 03 1040000 7 500,0 Подпрограмма "Мероприятия по обеспечению жильем отдельных категорий граждан" 058 10 03 1044000 7 500,0 Мероприятия по обеспечению жильем федеральных государственных гражданских служащих 058 10 03 1044001 7 500,0 Обеспечение жильем федеральных государственных гражданских служащих 058 10 03 1044001 670 7 500,0 Межбюджетные трансферты 058 11 2 051 240,0 Финансовая помощь бюджетам других уровней 058 11 01 40 000,0 Иные безвозмездные и безвозвратные перечисления 058 11 01 5200000 40 000,0 Резервный фонд Президента Российской Федерации 058 11 01 5200000 181 40 000,0 Другие межбюджетные трансферты 058 11 03 2 011 240,0 Федеральные целевые программы 058 11 03 1000000 984 770,0 Федеральная целевая программа "Культура России (2006-2010 годы)" 058 11 03 1000200 300 000,0 Строительство объектов для нужд отрасли 058 11 03 1000200 213 300 000,0 Федеральная целевая программа "Социальное развитие села до 2010 года" 058 11 03 1001100 10 000,0 Строительство объектов для нужд отрасли 058 11 03 1001100 213 10 000,0 Федеральная целевая программа развития Калининградской области на период до 2010 года 058 11 03 1004500 371 760,0 Строительство объектов для нужд отрасли 058 11 03 1004500 213 371 760,0 Федеральная целевая программа "Юг России" 058 11 03 1004800 17 260,0 Строительство объектов для нужд отрасли 058 11 03 1004800 213 17 260,0 Федеральная целевая программа "Восстановление экономики и социальной сферы Чеченской Республики (2002 год и последующие годы)" 058 11 03 1005000 250 000,0 Строительство объектов для нужд отрасли 058 11 03 1005000 213 250 000,0 Федеральная целевая программа "Социально- экономическое развитие Республики Башкортостан до 2006 года" 058 11 03 1005200 35 750,0 Строительство объектов для нужд отрасли 058 11 03 1005200 213 35 750,0 Непрограммные инвестиции в основные фонды 058 11 03 1020000 1 026 470,0 Строительство объектов общегражданского назначения 058 11 03 1020000 214 1 026 470,0 ФЕДЕРАЛЬНАЯ СЛУЖБА ПО НАДЗОРУ ЗА СОБЛЮДЕНИЕМ ЗАКОНОДАТЕЛЬСТВА В СФЕРЕ МАССОВЫХ КОММУНИКАЦИЙ И ОХРАНЕ КУЛЬТУРНОГО НАСЛЕДИЯ 059 155 532,2 Культура, кинематография и средства массовой информации 059 08 155 532,2 Другие вопросы в области культуры, кинематографии и средств массовой информации 059 08 06 155 532,2 Руководство и управление в сфере установленных функций 059 08 06 0010000 155 532,2 Центральный аппарат 059 08 06 0010000 005 79 029,3 Территориальные органы 059 08 06 0010000 006 76 472,4 Выплаты независимым экспертам 059 08 06 0010000 281 30,5 ФЕДЕРАЛЬНАЯ СЛУЖБА ПО НАДЗОРУ В СФЕРЕ ЗДРАВООХРАНЕНИЯ И СОЦИАЛЬНОГО РАЗВИТИЯ 060 1 220 888,9 Национальная экономика 060 04 700 000,0 Другие вопросы в области национальной экономики 060 04 11 700 000,0 Непрограммные инвестиции в основные фонды 060 04 11 1020000 700 000,0 Строительство объектов общегражданского назначения 060 04 11 1020000 214 700 000,0 Жилищно-коммунальное хозяйство 060 05 750,0 Жилищное хозяйство 060 05 01 750,0 Федеральная целевая программа "Жилище" на 2002-2010 годы (второй этап) 060 05 01 1040000 750,0 Подпрограмма "Мероприятия по обеспечению жильем отдельных категорий граждан" 060 05 01 1044000 750,0 Мероприятия по обеспечению жильем федеральных государственных гражданских служащих 060 05 01 1044001 750,0 Строительство объектов для нужд отрасли 060 05 01 1044001 213 750,0 Здравоохранение и спорт 060 09 517 888,9 Здравоохранение 060 09 01 35 475,9 Учреждения, обеспечивающие предоставление услуг в сфере здравоохранения 060 09 01 4690000 2 470,8 Обеспечение деятельности подведомственных учреждений 060 09 01 4690000 327 2 470,8 Больницы, клиники, госпитали, медико- санитарные части 060 09 01 4700000 32 264,3 Обеспечение деятельности подведомственных учреждений 060 09 01 4700000 327 32 264,3 Поликлиники, амбулатории, диагностические центры 060 09 01 4710000 740,8 Обеспечение деятельности подведомственных учреждений 060 09 01 4710000 327 740,8 Прикладные научные исследования в области здравоохранения и спорта 060 09 03 58 757,8 Прикладные научные исследования и разработки 060 09 03 0810000 58 757,8 Обеспечение деятельности подведомственных учреждений 060 09 03 0810000 327 58 757,8 Другие вопросы в области здравоохранения и спорта 060 09 04 423 655,2 Руководство и управление в сфере установленных функций 060 09 04 0010000 423 655,2 Центральный аппарат 060 09 04 0010000 005 91 986,2 Территориальные органы 060 09 04 0010000 006 331 600,2 Выплаты независимым экспертам 060 09 04 0010000 281 68,8 Социальная политика 060 10 2 250,0 Социальное обеспечение населения 060 10 03 2 250,0 Федеральная целевая программа "Жилище" на 2002-2010 годы (второй этап) 060 10 03 1040000 2 250,0 Подпрограмма "Мероприятия по обеспечению жильем отдельных категорий граждан" 060 10 03 1044000 2 250,0 Мероприятия по обеспечению жильем федеральных государственных гражданских служащих 060 10 03 1044001 2 250,0 Обеспечение жильем федеральных государственных гражданских служащих 060 10 03 1044001 670 2 250,0 ФЕДЕРАЛЬНОЕ АГЕНТСТВО ПО ЗДРАВООХРАНЕНИЮ И СОЦИАЛЬНОМУ РАЗВИТИЮ 061 106 387 600,2 Национальная безопасность и правоохранительная деятельность 061 03 25 550,0 Прикладные научные исследования в области национальной безопасности и правоохранительной деятельности 061 03 12 25 550,0 Федеральные целевые программы 061 03 12 1000000 25 550,0 Федеральная целевая программа "Комплексные меры противодействия злоупотреблению наркотиками и их незаконному обороту на 2005-2009 годы" 061 03 12 1002500 25 550,0 Выполнение научно- исследовательских и опытно-конструкторских работ по государственным контрактам 061 03 12 1002500 196 25 550,0 Жилищно-коммунальное хозяйство 061 05 42 000,0 Жилищное хозяйство 061 05 01 42 000,0 Федеральная целевая программа "Жилище" на 2002-2010 годы (второй этап) 061 05 01 1040000 42 000,0 Подпрограмма "Мероприятия по обеспечению жильем отдельных категорий граждан" 061 05 01 1044000 42 000,0 Государственное образовательное учреждение высшего профессионального образования "Саратовский государственный медицинский университет Федерального агентства по здравоохранению и социальному развитию", реконструкция здания общежития № 2, ул. 2-я Садовая, д. 106 "В", г. Саратов 061 05 01 1044005 42 000,0 Строительство общежитий 061 05 01 1044005 673 42 000,0 Образование 061 07 10 407 728,4 Среднее профессиональное образование 061 07 04 517 370,9 Федеральные целевые программы 061 07 04 1000000 40 000,0 Федеральная целевая программа "Социальная поддержка инвалидов на 2006-2010 годы" 061 07 04 1000700 40 000,0 Расходы общепрограммного характера по федеральной целевой программе "Социальная поддержка инвалидов на 2006-2010 годы" 061 07 04 1000702 40 000,0 Строительство объектов для нужд отрасли 061 07 04 1000702 213 40 000,0 Средние специальные учебные заведения 061 07 04 4270000 477 370,9 Обеспечение деятельности подведомственных учреждений 061 07 04 4270000 327 477 370,9 Переподготовка и повышение квалификации 061 07 05 648 204,9 Непрограммные инвестиции в основные фонды 061 07 05 1020000 6 200,0 Строительство объектов общегражданского назначения 061 07 05 1020000 214 6 200,0 Институты повышения квалификации 061 07 05 4280000 642 004,9 Обеспечение деятельности подведомственных учреждений 061 07 05 4280000 327 618 004,9 Дополнительная подготовка участковых врачей 061 07 05 4280000 491 24 000,0 Высшее профессиональное образование 061 07 06 9 176 696,1 Федеральные целевые программы 061 07 06 1000000 20 000,0 Федеральная целевая программа "Дети России" на 2003-2006 годы 061 07 06 1001300 20 000,0 Подпрограмма "Здоровый ребенок" 061 07 06 1001305 20 000,0 Строительство объектов для нужд отрасли 061 07 06 1001305 213 20 000,0 Непрограммные инвестиции в основные фонды 061 07 06 1020000 622 800,0 Строительство объектов общегражданского назначения 061 07 06 1020000 214 622 800,0 Высшие учебные заведения 061 07 06 4300000 8 533 896,1 Обеспечение деятельности подведомственных учреждений 061 07 06 4300000 327 8 357 896,1 Дополнительная подготовка участковых врачей 061 07 06 4300000 491 176 000,0 Другие вопросы в области образования 061 07 09 65 456,5 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 061 07 09 4520000 65 456,5 Обеспечение деятельности подведомственных учреждений 061 07 09 4520000 327 65 456,5 Здравоохранение и спорт 061 09 72 216 938,3 Здравоохранение 061 09 01 70 809 694,0 Учреждения по обеспечению хозяйственного обслуживания 061 09 01 0930000 1 810,3 Специальные объекты 061 09 01 0930000 223 1 810,3 Федеральные целевые программы 061 09 01 1000000 3 374 759,0 Федеральная целевая программа "Социальная поддержка инвалидов на 2006-2010 годы" 061 09 01 1000700 86 100,0 Расходы общепрограммного характера по федеральной целевой программе "Социальная поддержка инвалидов на 2006-2010 годы" 061 09 01 1000702 86 100,0 Строительство объектов для нужд отрасли 061 09 01 1000702 213 86 100,0 Федеральная целевая программа "Дети России" на 2003-2006 годы 061 09 01 1001300 430 850,0 Подпрограмма "Дети- инвалиды" 061 09 01 1001301 23 700,0 Строительство объектов для нужд отрасли 061 09 01 1001301 213 15 900,0 Мероприятия в области здравоохранения, спорта и физической культуры, туризма 061 09 01 1001301 455 7 800,0 Подпрограмма "Дети-сироты" 061 09 01 1001304 2 500,0 Мероприятия в области здравоохранения, спорта и физической культуры, туризма 061 09 01 1001304 455 2 500,0 Подпрограмма "Здоровый ребенок" 061 09 01 1001305 404 650,0 Строительство объектов для нужд отрасли 061 09 01 1001305 213 217 000,0 Мероприятия в области здравоохранения, спорта и физической культуры, туризма 061 09 01 1001305 455 187 650,0 Федеральная целевая программа "Предупреждение и борьба с заболеваниями социального характера (2002-2006 годы)" 061 09 01 1002300 2 460 800,0 Подпрограмма "Сахарный диабет" 061 09 01 1002301 356 300,0 Мероприятия в области здравоохранения, спорта и физической культуры, туризма 061 09 01 1002301 455 356 300,0 Подпрограмма "Неотложные меры борьбы с туберкулезом в России" 061 09 01 1002302 1 383 000,0 Строительство объектов для нужд отрасли 061 09 01 1002302 213 27 500,0 Мероприятия в области здравоохранения, спорта и физической культуры, туризма 061 09 01 1002302 455 1 355 500,0 Подпрограмма "Вакцинопрофилактика" 061 09 01 1002303 17 300,0 Мероприятия в области здравоохранения, спорта и физической культуры, туризма 061 09 01 1002303 455 17 300,0 Подпрограмма "Неотложные меры по предупреждению распространения в Российской Федерации заболевания, вызываемого вирусом иммунодефицита человека (Анти-ВИЧ/СПИД)" 061 09 01 1002304 70 500,0 Мероприятия в области здравоохранения, спорта и физической культуры, туризма 061 09 01 1002304 455 70 500,0 Подпрограмма "О мерах по развитию онкологической помощи населению Российской Федерации" 061 09 01 1002305 468 000,0 Строительство объектов для нужд отрасли 061 09 01 1002305 213 90 000,0 Мероприятия в области здравоохранения, спорта и физической культуры, туризма 061 09 01 1002305 455 378 000,0 Подпрограмма "Совершенствование Всероссийской службы медицины катастроф" 061 09 01 1002306 62 000,0 Мероприятия в области здравоохранения, спорта и физической культуры, туризма 061 09 01 1002306 455 62 000,0 Подпрограмма "О мерах по предупреждению дальнейшего распространения заболеваний, передаваемых половым путем" 061 09 01 1002307 103 700,0 Мероприятия в области здравоохранения, спорта и физической культуры, туризма 061 09 01 1002307 455 103 700,0 Федеральная целевая программа "Профилактика и лечение артериальной гипертонии в Российской Федерации" 061 09 01 1002400 37 700,0 Мероприятия в области здравоохранения, спорта и физической культуры, туризма 061 09 01 1002400 455 37 700,0 Федеральная целевая программа "Восстановление экономики и социальной сферы Чеченской Республики (2002 год и последующие годы)" 061 09 01 1005000 301 809,0 Строительство объектов для нужд отрасли 061 09 01 1005000 213 301 809,0 Федеральная целевая программа "Повышение безопасности дорожного движения в 2006-2012 годах" 061 09 01 1005900 57 500,0 Строительство объектов для нужд отрасли 061 09 01 1005900 213 17 000,0 Мероприятия в области здравоохранения, спорта и физической культуры, туризма 061 09 01 1005900 455 40 500,0 Непрограммные инвестиции в основные фонды 061 09 01 1020000 3 168 600,0 Строительство объектов общегражданского назначения 061 09 01 1020000 214 3 168 600,0 Строительство федеральных центров высоких медицинских технологий 061 09 01 1060000 12 600 000,0 Федеральный центр сердечно-сосудистой хирургии, г. Астрахань 061 09 01 1060001 2 050 000,0 Строительство объектов общегражданского назначения 061 09 01 1060001 214 2 050 000,0 Федеральный центр травматологии, ортопедии и эндопротезирования, г. Краснодар 061 09 01 1060002 2 050 000,0 Строительство объектов общегражданского назначения 061 09 01 1060002 214 2 050 000,0 Федеральный центр сердечно-сосудистой хирургии, г. Красноярск 061 09 01 1060003 1 025 000,0 Строительство объектов общегражданского назначения 061 09 01 1060003 214 1 025 000,0 Федеральный центр сердечно-сосудистой хирургии, г. Пенза 061 09 01 1060004 2 050 000,0 Строительство объектов общегражданского назначения 061 09 01 1060004 214 2 050 000,0 Федеральный центр нейрохирургии, г. Тюмень 061 09 01 1060005 1 025 000,0 Строительство объектов общегражданского назначения 061 09 01 1060005 214 1 025 000,0 Федеральный центр сердечно-сосудистой хирургии, г. Хабаровск 061 09 01 1060006 1 025 000,0 Строительство объектов общегражданского назначения 061 09 01 1060006 214 1 025 000,0 Федеральный центр травматологии, ортопедии и эндопротезирования, г. Чебоксары 061 09 01 1060007 2 050 000,0 Строительство объектов общегражданского назначения 061 09 01 1060007 214 2 050 000,0 Федеральный научно- клинический центр детской гематологии, онкологии и иммунологии, г. Москва 061 09 01 1060008 1 325 000,0 Строительство объектов общегражданского назначения 061 09 01 1060008 214 1 325 000,0 Учреждения, обеспечивающие предоставление услуг в сфере здравоохранения 061 09 01 4690000 205 009,9 Обеспечение деятельности подведомственных учреждений 061 09 01 4690000 327 205 009,9 Больницы, клиники, госпитали, медико- санитарные части 061 09 01 4700000 18 494 798,0 Обеспечение деятельности подведомственных учреждений 061 09 01 4700000 327 12 366 315,3 Высокотехнологичные виды медицинской помощи 061 09 01 4700000 456 6 128 482,7 Поликлиники, амбулатории, диагностические центры 061 09 01 4710000 545 049,8 Обеспечение деятельности подведомственных учреждений 061 09 01 4710000 327 545 049,8 Станции переливания крови 061 09 01 4720000 75 582,9 Обеспечение деятельности подведомственных учреждений 061 09 01 4720000 327 75 582,9 Санатории для больных туберкулезом 061 09 01 4730000 835 855,5 Обеспечение деятельности подведомственных учреждений 061 09 01 4730000 327 835 855,5 Санатории для детей и подростков 061 09 01 4740000 1 504 248,1 Обеспечение деятельности подведомственных учреждений 061 09 01 4740000 327 1 504 248,1 Санатории, пансионаты, дома отдыха и турбазы 061 09 01 4750000 358 727,3 Обеспечение деятельности подведомственных учреждений 061 09 01 4750000 327 358 727,3 Реализация государственных функций в области здравоохранения, спорта и туризма 061 09 01 4850000 29 645 253,2 Централизованные закупки медикаментов и медицинского оборудования 061 09 01 4850000 457 4 185 253,2 Меры по оказанию медицинской помощи гражданам Российской Федерации за рубежом 061 09 01 4850000 458 60 000,0 Приобретение диагностического оборудования для организации первичной медико-санитарной помощи в целях обеспечения муниципальных учреждений 061 09 01 4850000 485 14 300 000,0 Централизованные закупки диагностических средств и антиретровирусных препаратов для профилактики, выявления и лечения инфицированных вирусами иммунодефицита человека и гепатита В, С 061 09 01 4850000 486 2 604 991,7 Централизованные закупки оборудования и расходных материалов для неонатального скрининга 061 09 01 4850000 487 400 000,0 Централизованные закупки машин скорой медицинской помощи, реанимобилей для учреждений скорой медицинской помощи и санитарной авиации 061 09 01 4850000 488 3 600 000,0 Централизованные закупки в рамках Национального календаря профилактических прививок 061 09 01 4850000 489 4 495 008,3 Прикладные научные исследования в области здравоохранения и спорта 061 09 03 1 085 003,3 Прикладные научные исследования и разработки 061 09 03 0810000 883 703,3 Обеспечение деятельности подведомственных учреждений 061 09 03 0810000 327 883 703,3 Федеральные целевые программы 061 09 03 1000000 201 300,0 Федеральная целевая программа "Предупреждение и борьба с заболеваниями социального характера (2002-2006 годы)" 061 09 03 1002300 164 000,0 Подпрограмма "Сахарный диабет" 061 09 03 1002301 37 000,0 Выполнение научно- исследовательских и опытно-конструкторских работ по государственным контрактам 061 09 03 1002301 196 37 000,0 Подпрограмма "Вакцинопрофилактика" 061 09 03 1002303 16 500,0 Выполнение научно- исследовательских и опытно-конструкторских работ по государственным контрактам 061 09 03 1002303 196 16 500,0 Подпрограмма "Неотложные меры по предупреждению распространения в Российской Федерации заболевания, вызываемого вирусом иммунодефицита человека (Анти-ВИЧ/СПИД)" 061 09 03 1002304 16 100,0 Выполнение научно- исследовательских и опытно-конструкторских работ по государственным контрактам 061 09 03 1002304 196 16 100,0 Подпрограмма "О мерах по развитию онкологической помощи населению Российской Федерации" 061 09 03 1002305 82 000,0 Выполнение научно- исследовательских и опытно-конструкторских работ по государственным контрактам 061 09 03 1002305 196 82 000,0 Подпрограмма "Совершенствование Всероссийской службы медицины катастроф" 061 09 03 1002306 12 400,0 Выполнение научно- исследовательских и опытно-конструкторских работ по государственным контрактам 061 09 03 1002306 196 12 400,0 Федеральная целевая программа "Профилактика и лечение артериальной гипертонии в Российской Федерации" 061 09 03 1002400 2 300,0 Выполнение научно- исследовательских и опытно-конструкторских работ по государственным контрактам 061 09 03 1002400 196 2 300,0 Федеральная целевая программа "Повышение безопасности дорожного движения в 2006-2012 годах" 061 09 03 1005900 35 000,0 Выполнение научно- исследовательских и опытно-конструкторских работ по государственным контрактам 061 09 03 1005900 196 35 000,0 Другие вопросы в области здравоохранения и спорта 061 09 04 322 241,0 Руководство и управление в сфере установленных функций 061 09 04 0010000 322 241,0 Центральный аппарат 061 09 04 0010000 005 318 207,6 Территориальные органы 061 09 04 0010000 006 4 008,2 Выплаты независимым экспертам 061 09 04 0010000 281 25,2 Социальная политика 061 10 10 373 318,9 Социальное обслуживание населения 061 10 02 3 626 300,3 Медико-социальная экспертная комиссия 061 10 02 5000000 3 238 525,4 Обеспечение деятельности подведомственных учреждений 061 10 02 5000000 327 3 238 525,4 Дома-интернаты для престарелых и инвалидов 061 10 02 5010000 201 159,7 Обеспечение деятельности подведомственных учреждений 061 10 02 5010000 327 201 159,7 Учреждения по обучению инвалидов 061 10 02 5020000 52 791,1 Обеспечение деятельности подведомственных учреждений 061 10 02 5020000 327 52 791,1 Стационары сложного протезирования 061 10 02 5030000 133 824,1 Обеспечение деятельности подведомственных учреждений 061 10 02 5030000 327 133 824,1 Социальное обеспечение населения 061 10 03 1 193 231,6 Федеральная целевая программа "Жилище" на 2002-2010 годы (второй этап) 061 10 03 1040000 20 000,0 Подпрограмма "Мероприятия по обеспечению жильем отдельных категорий граждан" 061 10 03 1044000 20 000,0 Мероприятия по обеспечению жильем федеральных государственных гражданских служащих 061 10 03 1044001 20 000,0 Обеспечение жильем федеральных государственных гражданских служащих 061 10 03 1044001 670 20 000,0 Меры социальной поддержки граждан 061 10 03 5050000 1 173 231,6 Компенсации женщинам, имеющим детей в возрасте до трех лет, уволенным в связи с ликвидацией предприятий, учреждений, организаций 061 10 03 5050000 471 3 024,0 Компенсации членам семей погибших военнослужащих 061 10 03 5050000 473 477 130,9 Обеспечение транспортными средствами реабилитации инвалидов 061 10 03 5050000 476 693 076,7 Борьба с беспризорностью, опека, попечительство 061 10 04 166 250,0 Федеральные целевые программы 061 10 04 1000000 166 250,0 Федеральная целевая программа "Дети России" на 2003-2006 годы 061 10 04 1001300 166 250,0 Подпрограмма "Профилактика безнадзорности и правонарушений несовершеннолетних" 061 10 04 1001302 166 250,0 Мероприятия в области социальной политики 061 10 04 1001302 482 166 250,0 Прикладные научные исследования в области социальной политики 061 10 05 66 564,2 Прикладные научные исследования и разработки 061 10 05 0810000 52 364,2 Обеспечение деятельности подведомственных учреждений 061 10 05 0810000 327 52 364,2 Федеральные целевые программы 061 10 05 1000000 14 200,0 Федеральная целевая программа "Социальная поддержка инвалидов на 2006-2010 годы" 061 10 05 1000700 10 400,0 Подпрограмма "Социальная поддержка и реабилитация инвалидов вследствие боевых действий и военной травмы" 061 10 05 1000701 800,0 Выполнение научно- исследовательских и опытно-конструкторских работ по государственным контрактам 061 10 05 1000701 196 800,0 Расходы общепрограммного характера по федеральной целевой программе "Социальная поддержка инвалидов на 2006-2010 годы" 061 10 05 1000702 9 600,0 Выполнение научно- исследовательских и опытно-конструкторских работ по государственным контрактам 061 10 05 1000702 196 9 600,0 Федеральная целевая программа "Дети России" на 2003-2006 годы 061 10 05 1001300 3 800,0 Подпрограмма "Дети- инвалиды" 061 10 05 1001301 500,0 Выполнение научно- исследовательских и опытно-конструкторских работ по государственным контрактам 061 10 05 1001301 196 500,0 Подпрограмма "Профилактика безнадзорности и правонарушений несовершеннолетних" 061 10 05 1001302 900,0 Выполнение научно- исследовательских и опытно-конструкторских работ по государственным контрактам 061 10 05 1001302 196 900,0 Подпрограмма "Здоровый ребенок" 061 10 05 1001305 2 400,0 Выполнение научно- исследовательских и опытно-конструкторских работ по государственным контрактам 061 10 05 1001305 196 2 400,0 Другие вопросы в области социальной политики 061 10 06 5 320 972,8 Федеральные целевые программы 061 10 06 1000000 293 500,0 Федеральная целевая программа "Социальная поддержка инвалидов на 2006-2010 годы" 061 10 06 1000700 177 900,0 Подпрограмма "Социальная поддержка и реабилитация инвалидов вследствие боевых действий и военной травмы" 061 10 06 1000701 36 900,0 Мероприятия в области социальной политики 061 10 06 1000701 482 36 900,0 Расходы общепрограммного характера по федеральной целевой программе "Социальная поддержка инвалидов на 2006-2010 годы" 061 10 06 1000702 141 000,0 Мероприятия в области социальной политики 061 10 06 1000702 482 141 000,0 Федеральная целевая программа "Дети России" на 2003-2006 годы 061 10 06 1001300 115 600,0 Подпрограмма "Дети- инвалиды" 061 10 06 1001301 111 600,0 Мероприятия в области социальной политики 061 10 06 1001301 482 111 600,0 Подпрограмма "Дети-сироты" 061 10 06 1001304 1 500,0 Мероприятия в области социальной политики 061 10 06 1001304 482 1 500,0 Подпрограмма "Здоровый ребенок" 061 10 06 1001305 2 500,0 Мероприятия в области социальной политики 061 10 06 1001305 482 2 500,0 Меры социальной поддержки граждан 061 10 06 5050000 4 135 386,8 Реализация мер социальной поддержки отдельных категорий граждан по проезду на транспорте пригородного сообщения 061 10 06 5050000 467 4 135 386,8 Реализация государственных функций в области социальной политики 061 10 06 5140000 881 686,0 Мероприятия в области социальной политики 061 10 06 5140000 482 881 686,0 Иные безвозмездные и безвозвратные перечисления 061 10 06 5200000 10 400,0 Резервный фонд Правительства Российской Федерации 061 10 06 5200000 180 10 400,0 Межбюджетные трансферты 061 11 13 322 064,6 Финансовая помощь бюджетам других уровней 061 11 01 6 620 539,6 Федеральные целевые программы 061 11 01 1000000 71 600,0 Федеральная целевая программа "Комплексные меры противодействия злоупотреблению наркотиками и их незаконному обороту на 2005-2009 годы" 061 11 01 1002500 71 600,0 Субсидии бюджетам субъектов Российской Федерации на оснащение специальным оборудованием государственных наркологических диспансеров 061 11 01 1002500 536 71 600,0 Мероприятия по проведению оздоровительной кампании детей 061 11 01 4320000 1 308 720,0 Оздоровление детей 061 11 01 4320000 452 1 308 720,0 Иные безвозмездные и безвозвратные перечисления 061 11 01 5200000 5 240 219,6 Резервный фонд Правительства Российской Федерации 061 11 01 5200000 180 17 747,7 Резервный фонд Президента Российской Федерации 061 11 01 5200000 181 79 710,0 Субсидии бюджетам на денежные выплаты медицинскому персоналу фельдшерско-акушерских пунктов, врачам, фельдшерам и медицинским сестрам "Скорой медицинской помощи" 061 11 01 5200000 600 5 142 761,9 Фонды компенсаций 061 11 02 513 992,0 Фонд компенсаций 061 11 02 5190000 513 992,0 Субвенции бюджетам на осуществление полномочий по выплате государственных единовременных пособий и ежемесячных денежных компенсаций гражданам при возникновении поствакцинальных осложнений 061 11 02 5190000 465 5 400,0 Субвенции бюджетам на реализацию полномочий по осуществлению выплат инвалидам компенсаций страховых премий по договорам обязательного страхования гражданской ответственности владельцев транспортных средств 061 11 02 5190000 466 476 064,0 Субвенции бюджетам на осуществление полномочий, связанных с перевозкой несовершеннолетних, самостоятельно ушедших из семей, детских домов, школ-интернатов, специальных учебно- воспитательных учреждений 061 11 02 5190000 480 32 528,0 Другие межбюджетные трансферты 061 11 03 6 187 533,0 Федеральные целевые программы 061 11 03 1000000 3 500 733,0 Федеральная целевая программа "Социальная поддержка инвалидов на 2006-2010 годы" 061 11 03 1000700 60 000,0 Расходы общепрограммного характера по федеральной целевой программе "Социальная поддержка инвалидов на 2006-2010 годы" 061 11 03 1000702 60 000,0 Строительство объектов для нужд отрасли 061 11 03 1000702 213 60 000,0 Федеральная целевая программа "Социальное развитие села до 2010 года" 061 11 03 1001100 1 220,0 Строительство объектов для нужд отрасли 061 11 03 1001100 213 1 220,0 Федеральная целевая программа "Дети России" на 2003-2006 годы 061 11 03 1001300 814 440,0 Подпрограмма "Дети- инвалиды" 061 11 03 1001301 470 200,0 Строительство объектов для нужд отрасли 061 11 03 1001301 213 470 200,0 Подпрограмма "Здоровый ребенок" 061 11 03 1001305 344 240,0 Строительство объектов для нужд отрасли 061 11 03 1001305 213 344 240,0 Федеральная целевая программа "Предупреждение и борьба с заболеваниями социального характера (2002-2006 годы)" 061 11 03 1002300 437 100,0 Подпрограмма "Неотложные меры борьбы с туберкулезом в России" 061 11 03 1002302 105 200,0 Строительство объектов для нужд отрасли 061 11 03 1002302 213 105 200,0 Подпрограмма "Неотложные меры по предупреждению распространения в Российской Федерации заболевания, вызываемого вирусом иммунодефицита человека (Анти-ВИЧ/СПИД)" 061 11 03 1002304 107 900,0 Строительство объектов для нужд отрасли 061 11 03 1002304 213 107 900,0 Подпрограмма "О мерах по развитию онкологической помощи населению Российской Федерации" 061 11 03 1002305 224 000,0 Строительство объектов для нужд отрасли 061 11 03 1002305 213 224 000,0 Федеральная целевая программа развития Калининградской области на период до 2010 года 061 11 03 1004500 365 980,0 Строительство объектов для нужд отрасли 061 11 03 1004500 213 365 980,0 Федеральная целевая программа "Экономическое и социальное развитие Дальнего Востока и Забайкалья на 1996-2005 и до 2010 года" 061 11 03 1004600 302 540,0 Строительство объектов для нужд отрасли 061 11 03 1004600 213 302 540,0 Федеральная целевая программа "Юг России" 061 11 03 1004800 313 980,0 Строительство объектов для нужд отрасли 061 11 03 1004800 213 313 980,0 Федеральная целевая программа "Социально- экономическое развитие Республики Татарстан до 2006 года" 061 11 03 1004900 72 232,0 Мероприятия по реализации федеральной целевой программы "Социально- экономическое развитие Республики Татарстан до 2006 года" 061 11 03 1004902 72 232,0 Строительство объектов для нужд отрасли 061 11 03 1004902 213 72 232,0 Федеральная целевая программа "Восстановление экономики и социальной сферы Чеченской Республики (2002 год и последующие годы)" 061 11 03 1005000 652 741,0 Строительство объектов для нужд отрасли 061 11 03 1005000 213 652 741,0 Федеральная целевая программа "Социально- экономическое развитие Республики Башкортостан до 2006 года" 061 11 03 1005200 467 500,0 Строительство объектов для нужд отрасли 061 11 03 1005200 213 467 500,0 Федеральная целевая программа "Повышение безопасности дорожного движения в 2006-2012 годах" 061 11 03 1005900 13 000,0 Строительство объектов для нужд отрасли 061 11 03 1005900 213 13 000,0 Непрограммные инвестиции в основные фонды 061 11 03 1020000 2 686 800,0 Строительство объектов общегражданского назначения 061 11 03 1020000 214 2 686 800,0 МИНИСТЕРСТВО ИНФОРМАЦИОННЫХ ТЕХНОЛОГИЙ И СВЯЗИ РОССИЙСКОЙ ФЕДЕРАЦИИ 070 3 680 135,8 Общегосударственные вопросы 070 01 131 808,8 Международные отношения и международное сотрудничество 070 01 08 98 060,8 Международное сотрудничество 070 01 08 0300000 98 060,8 Взносы в международные организации 070 01 08 0300000 120 95 200,8 Международные культурные, научные и информационные связи 070 01 08 0300000 125 2 860,0 Другие общегосударственные вопросы 070 01 15 33 748,0 Международное сотрудничество 070 01 15 0300000 33 748,0 Обеспечение мероприятий, предусмотренных соглашениями с международными финансовыми организациями 070 01 15 0300000 123 33 748,0 Национальная экономика 070 04 3 538 327,0 Связь и информатика 070 04 09 3 342 187,0 Руководство и управление в сфере установленных функций 070 04 09 0010000 158 109,9 Центральный аппарат 070 04 09 0010000 005 158 082,1 Выплаты независимым экспертам 070 04 09 0010000 281 27,8 Международное сотрудничество 070 04 09 0300000 8 000,0 Обеспечение реализации соглашений с правительствами иностранных государств и организациями 070 04 09 0300000 122 8 000,0 Резервные фонды 070 04 09 0700000 7 837,1 Резервный фонд Правительства Российской Федерации 070 04 09 0700000 180 7 837,1 Непрограммные инвестиции в основные фонды 070 04 09 1020000 70 000,0 Строительство объектов общегражданского назначения 070 04 09 1020000 214 70 000,0 Информационные технологии и связь 070 04 09 3300000 60 000,0 Отдельные мероприятия в сфере связи и информатики 070 04 09 3300000 382 60 000,0 Обеспечение создания государственной системы изготовления, оформления и контроля паспортно- визовых документов нового поколения 070 04 09 5260000 3 038 240,0 Информатика 070 04 09 5260000 381 3 038 240,0 Прикладные научные исследования в области национальной экономики 070 04 10 196 140,0 Прикладные научные исследования и разработки 070 04 10 0810000 25 940,0 Выполнение научно- исследовательских и опытно-конструкторских работ по государственным контрактам 070 04 10 0810000 196 25 940,0 Обеспечение создания государственной системы изготовления, оформления и контроля паспортно- визовых документов нового поколения 070 04 10 5260000 170 200,0 Выполнение научно- исследовательских и опытно-конструкторских работ по государственным контрактам 070 04 10 5260000 196 170 200,0 Социальная политика 070 10 10 000,0 Социальное обеспечение населения 070 10 03 10 000,0 Федеральная целевая программа "Жилище" на 2002-2010 годы (второй этап) 070 10 03 1040000 10 000,0 Подпрограмма "Мероприятия по обеспечению жильем отдельных категорий граждан" 070 10 03 1044000 10 000,0 Мероприятия по обеспечению жильем федеральных государственных гражданских служащих 070 10 03 1044001 10 000,0 Обеспечение жильем федеральных государственных гражданских служащих 070 10 03 1044001 670 10 000,0 ФЕДЕРАЛЬНОЕ АГЕНТСТВО КАДАСТРА ОБЪЕКТОВ НЕДВИЖИМОСТИ 072 12 115 225,0 Общегосударственные вопросы 072 01 4 120 453,7 Прикладные научные исследования в области общегосударственных вопросов 072 01 14 8 000,0 Прикладные научные исследования и разработки 072 01 14 0810000 8 000,0 Выполнение научно- исследовательских и опытно-конструкторских работ по государственным контрактам 072 01 14 0810000 196 8 000,0 Другие общегосударственные вопросы 072 01 15 4 112 453,7 Руководство и управление в сфере установленных функций 072 01 15 0010000 3 001 932,2 Центральный аппарат 072 01 15 0010000 005 206 110,1 Территориальные органы 072 01 15 0010000 006 2 794 868,0 Выплаты независимым экспертам 072 01 15 0010000 281 954,1 Международное сотрудничество 072 01 15 0300000 1 110 521,5 Обеспечение мероприятий, предусмотренных соглашениями с международными финансовыми организациями 072 01 15 0300000 123 1 110 521,5 Национальная экономика 072 04 7 959 510,3 Сельское хозяйство и рыболовство 072 04 05 70 000,0 Непрограммные инвестиции в основные фонды 072 04 05 1020000 70 000,0 Строительство объектов общегражданского назначения 072 04 05 1020000 214 70 000,0 Прикладные научные исследования в области национальной экономики 072 04 10 4 440,0 Федеральные целевые программы 072 04 10 1000000 4 440,0 Федеральная целевая программа "Создание автоматизированной системы ведения государственного земельного кадастра и государственного учета объектов недвижимости (2002-2007 годы)" 072 04 10 1003500 4 440,0 Подпрограмма "Создание системы кадастра недвижимости (2006-2011 годы)" 072 04 10 1003504 4 440,0 Выполнение научно- исследовательских и опытно-конструкторских работ по государственным контрактам 072 04 10 1003504 196 4 440,0 Другие вопросы в области национальной экономики 072 04 11 7 885 070,3 Федеральные целевые программы 072 04 11 1000000 3 910 210,0 Федеральная целевая программа "Создание автоматизированной системы ведения государственного земельного кадастра и государственного учета объектов недвижимости (2002-2007 годы)" 072 04 11 1003500 3 910 210,0 Мероприятия по реализации федеральной целевой программы "Создание автоматизированной системы ведения государственного земельного кадастра и государственного учета объектов недвижимости (2002-2007 годы)" 072 04 11 1003502 900 100,0 Строительство объектов для нужд отрасли 072 04 11 1003502 213 81 200,0 Мероприятия по землеустройству и землепользованию 072 04 11 1003502 406 818 900,0 Подпрограмма "Создание системы кадастра недвижимости (2006-2011 годы)" 072 04 11 1003504 3 010 110,0 Строительство объектов для нужд отрасли 072 04 11 1003504 213 1 398 540,0 Мероприятия по землеустройству и землепользованию 072 04 11 1003504 406 1 611 570,0 Земельные кадастровые палаты 072 04 11 3390000 3 728 260,3 Обеспечение деятельности подведомственных учреждений 072 04 11 3390000 327 3 728 260,3 Реализация государственных функций в области национальной экономики 072 04 11 3400000 246 600,0 Мероприятия по землеустройству и землепользованию 072 04 11 3400000 406 246 600,0 Жилищно-коммунальное хозяйство 072 05 25 000,0 Жилищное хозяйство 072 05 01 25 000,0 Федеральная целевая программа "Жилище" на 2002-2010 годы (второй этап) 072 05 01 1040000 25 000,0 Подпрограмма "Мероприятия по обеспечению жильем отдельных категорий граждан" 072 05 01 1044000 25 000,0 Мероприятия по обеспечению жильем федеральных государственных гражданских служащих 072 05 01 1044001 25 000,0 Строительство объектов для нужд отрасли 072 05 01 1044001 213 25 000,0 Межбюджетные трансферты 072 11 10 261,0 Другие межбюджетные трансферты 072 11 03 10 261,0 Федеральные целевые программы 072 11 03 1000000 10 261,0 Федеральная целевая программа развития Калининградской области на период до 2010 года 072 11 03 1004500 10 261,0 Строительство объектов для нужд отрасли 072 11 03 1004500 213 10 261,0 ФЕДЕРАЛЬНОЕ АГЕНТСТВО ПО ОБРАЗОВАНИЮ 073 142 970 089,4 Общегосударственные вопросы 073 01 2 150 663,7 Фундаментальные исследования 073 01 11 2 150 663,7 Поддержка организаций, осуществляющих фундаментальные исследования 073 01 11 0610000 2 150 663,7 Обеспечение деятельности подведомственных учреждений 073 01 11 0610000 327 2 150 663,7 Национальная экономика 073 04 920,0 Прикладные научные исследования в области национальной экономики 073 04 10 920,0 Федеральные целевые программы 073 04 10 1000000 920,0 Федеральная целевая программа "Социальное развитие села до 2010 года" 073 04 10 1001100 920,0 Выполнение научно- исследовательских и опытно-конструкторских работ по государственным контрактам 073 04 10 1001100 196 920,0 Жилищно-коммунальное хозяйство 073 05 591 500,0 Жилищное хозяйство 073 05 01 591 500,0 Федеральные целевые программы 073 05 01 1000000 300 000,0 Федеральная целевая программа развития образования на 2006-2010 годы 073 05 01 1001500 300 000,0 Строительство объектов для нужд отрасли 073 05 01 1001500 213 300 000,0 Федеральная целевая программа "Жилище" на 2002-2010 годы (второй этап) 073 05 01 1040000 291 500,0 Подпрограмма "Мероприятия по обеспечению жильем отдельных категорий граждан" 073 05 01 1044000 291 500,0 Государственное образовательное учреждение высшего профессионального образования Брянский государственный университет имени академика И.Г.Петровского, 9-этажное общежитие со встроенно- пристроенным медицинским центром реабилитации студентов, г. Брянск 073 05 01 1044006 25 000,0 Строительство общежитий 073 05 01 1044006 673 25 000,0 Государственное образовательное учреждение высшего профессионального образования "Костромской государственный технологический университет", общежитие на 696 мест, г. Кострома 073 05 01 1044007 7 000,0 Строительство общежитий 073 05 01 1044007 673 7 000,0 Государственное образовательное учреждение высшего профессионального образования для инвалидов с нарушением опорно- двигательной системы "Московский государственный социально- гуманитарный институт", общежитие, г. Москва 073 05 01 1044008 5 000,0 Строительство общежитий 073 05 01 1044008 673 5 000,0 Государственное образовательное учреждение высшего профессионального образования Московский государственный институт стали и сплавов (технологический университет), реконструкция комплекса студенческого общежития "дом Коммуна" (в том числе проектно- изыскательские работы), г. Москва 073 05 01 1044009 40 000,0 Строительство общежитий 073 05 01 1044009 673 40 000,0 Государственное образовательное учреждение среднего профессионального образования Псковский индустриальный техникум, размещение общежития гостиничного типа и учебных помещений в недостроенном здании по ул. Р.Люксембург, 6а, г. Псков 073 05 01 1044010 2 000,0 Строительство общежитий 073 05 01 1044010 673 2 000,0 Государственное образовательное учреждение высшего профессионального образования "Дагестанский государственный педагогический университет", студенческое общежитие на 650 мест со столовой на 330 мест по ул. Гамидова, г. Махачкала, Республика Дагестан 073 05 01 1044011 16 000,0 Строительство общежитий 073 05 01 1044011 673 16 000,0 Государственное образовательное учреждение высшего профессионального образования "Ингушский государственный университет", общежитие на 310 мест, г. Магас, Республика Ингушетия 073 05 01 1044012 24 000,0 Строительство общежитий 073 05 01 1044012 673 24 000,0 Государственное образовательное учреждение высшего профессионального образования "Кабардино- Балкарский государственный университет им. Х.М.Бербекова", 68-квартирный жилой дом, г. Нальчик, Кабардино- Балкарская Республика 073 05 01 1044013 20 000,0 Строительство объектов для нужд отрасли 073 05 01 1044013 213 20 000,0 Федеральное государственное образовательное учреждение "Всероссийский детский центр "Орленок", 110-квартирный жилой дом со встроенно- пристроенными помещениями в микрорайоне № 1, пос. Новомихайловский, Туапсинский район, Краснодарский край 073 05 01 1044014 10 000,0 Строительство объектов для нужд отрасли 073 05 01 1044014 213 10 000,0 Государственное образовательное учреждение высшего профессионального образования "Северо- Кавказский государственный технический университет", комплекс общежитий по проспекту Кулакова, 2, квартал 527, г. Ставрополь 073 05 01 1044015 14 000,0 Строительство общежитий 073 05 01 1044015 673 14 000,0 Государственное образовательное учреждение высшего профессионального образования Донской государственный технический университет, 10-этажный 99-квартирный жилой дом для малосемейных студентов по ул. Мечникова, г. Ростов-на-Дону 073 05 01 1044016 13 000,0 Строительство объектов для нужд отрасли 073 05 01 1044016 213 13 000,0 Государственное образовательное учреждение высшего профессионального образования "Ростовский Государственный Строительный университет", реконструкция здания общежития по пр. Шолохова, 94/77, г. Ростов-на-Дону 073 05 01 1044017 7 000,0 Строительство общежитий 073 05 01 1044017 673 7 000,0 Государственное образовательное учреждение высшего профессионального образования "Нижегородский государственный технический университет", общежитие на 535 мест, г. Нижний Новгород 073 05 01 1044018 37 000,0 Строительство общежитий 073 05 01 1044018 673 37 000,0 Государственное образовательное учреждение высшего профессионального образования "Самарский государственный аэрокосмический университет им. академика С.П.Королева", общежитие квартирного типа для молодых ученых и преподавателей, г. Самара 073 05 01 1044020 28 000,0 Строительство общежитий 073 05 01 1044020 673 28 000,0 Государственное образовательное учреждение высшего профессионального образования "Саратовский государственный технический университет", жилой дом № 65 по 2-му Комсомольскому проезду в Октябрьском районе г. Саратова 073 05 01 1044021 5 000,0 Строительство объектов для нужд отрасли 073 05 01 1044021 213 5 000,0 Государственное образовательное учреждение Специальное профессиональное училище № 1 закрытого типа, общежитие, пос. Южный, г. Улан-Удэ, Республика Бурятия 073 05 01 1044022 5 500,0 Строительство общежитий 073 05 01 1044022 673 5 500,0 Государственное образовательное учреждение высшего профессионального образования "Алтайский государственный технический университет им. И.И.Ползунова", общежитие, г. Барнаул, Алтайский край 073 05 01 1044023 13 000,0 Строительство общежитий 073 05 01 1044023 673 13 000,0 Государственное образовательное учреждение высшего профессионального образования "Сибирский государственный технологический университет", малосемейное общежитие, г. Красноярск 073 05 01 1044024 5 000,0 Строительство общежитий 073 05 01 1044024 673 5 000,0 Государственное образовательное учреждение высшего профессионального образования "Иркутский государственный технический университет", общежитие, г. Иркутск 073 05 01 1044025 5 000,0 Строительство общежитий 073 05 01 1044025 673 5 000,0 Государственное образовательное учреждение высшего профессионального образования "Бурятский государственный университет", общежитие на 250 мест, пос. Бохан, Усть-Ордынский Бурятский автономный округ 073 05 01 1044026 5 000,0 Строительство общежитий 073 05 01 1044026 673 5 000,0 Государственное образовательное учреждение высшего профессионального образования "Дальневосточный государственный технический университет (ДВПИ имени В.В.Куйбышева)", общежитие, г. Владивосток, Приморский край 073 05 01 1044027 5 000,0 Строительство общежитий 073 05 01 1044027 673 5 000,0 Образование 073 07 120 980 606,7 Общее образование 073 07 02 1 326 128,8 Международное сотрудничество 073 07 02 0300000 2 459,6 Международные культурные, научные и информационные связи 073 07 02 0300000 125 2 459,6 Федеральные целевые программы 073 07 02 1000000 36 000,0 Федеральная целевая программа развития образования на 2006-2010 годы 073 07 02 1001500 36 000,0 Строительство объектов для нужд отрасли 073 07 02 1001500 213 36 000,0 Школы - детские сады, школы начальные, неполные средние и средние 073 07 02 4210000 3 532,8 Обеспечение деятельности подведомственных учреждений 073 07 02 4210000 327 3 532,8 Школы-интернаты 073 07 02 4220000 41 238,3 Обеспечение деятельности подведомственных учреждений 073 07 02 4220000 327 41 238,3 Учреждения по внешкольной работе с детьми 073 07 02 4230000 1 204 532,6 Обеспечение деятельности подведомственных учреждений 073 07 02 4230000 327 1 204 532,6 Детские дома 073 07 02 4240000 38 365,5 Обеспечение деятельности подведомственных учреждений 073 07 02 4240000 327 38 365,5 Начальное профессиональное образование 073 07 03 5 526 412,1 Федеральные целевые программы 073 07 03 1000000 92 000,0 Федеральная целевая программа развития образования на 2006-2010 годы 073 07 03 1001500 40 000,0 Строительство объектов для нужд отрасли 073 07 03 1001500 213 40 000,0 Федеральная целевая программа "Восстановление экономики и социальной сферы Чеченской Республики (2002 год и последующие годы)" 073 07 03 1005000 52 000,0 Строительство объектов для нужд отрасли 073 07 03 1005000 213 52 000,0 Непрограммные инвестиции в основные фонды 073 07 03 1020000 18 600,0 Строительство объектов общегражданского назначения 073 07 03 1020000 214 18 600,0 Профессионально- технические училища 073 07 03 4250000 4 908 696,4 Обеспечение деятельности подведомственных учреждений 073 07 03 4250000 327 4 908 696,4 Специальные профессионально- технические училища 073 07 03 4260000 507 115,7 Обеспечение деятельности подведомственных учреждений 073 07 03 4260000 327 507 115,7 Среднее профессиональное образование 073 07 04 15 088 880,4 Федеральные целевые программы 073 07 04 1000000 58 263,0 Федеральная целевая программа развития образования на 2006-2010 годы 073 07 04 1001500 28 263,0 Строительство объектов для нужд отрасли 073 07 04 1001500 213 28 263,0 Федеральная целевая программа "Восстановление экономики и социальной сферы Чеченской Республики (2002 год и последующие годы)" 073 07 04 1005000 30 000,0 Строительство объектов для нужд отрасли 073 07 04 1005000 213 30 000,0 Средние специальные учебные заведения 073 07 04 4270000 15 030 617,4 Обеспечение деятельности подведомственных учреждений 073 07 04 4270000 327 15 030 617,4 Переподготовка и повышение квалификации 073 07 05 167 771,9 Федеральные целевые программы 073 07 05 1000000 55 000,0 Федеральная целевая программа развития образования на 2006-2010 годы 073 07 05 1001500 55 000,0 Строительство объектов для нужд отрасли 073 07 05 1001500 213 55 000,0 Институты повышения квалификации 073 07 05 4280000 106 301,9 Обеспечение деятельности подведомственных учреждений 073 07 05 4280000 327 106 301,9 Учебные заведения и курсы по переподготовке кадров 073 07 05 4290000 6 470,0 Обеспечение деятельности подведомственных учреждений 073 07 05 4290000 327 6 470,0 Высшее профессиональное образование 073 07 06 87 893 013,2 Международное сотрудничество 073 07 06 0300000 461 340,9 Обеспечение реализации соглашений с правительствами иностранных государств и организациями 073 07 06 0300000 122 404 140,9 Международные культурные, научные и информационные связи 073 07 06 0300000 125 57 200,0 Федеральные целевые программы 073 07 06 1000000 3 976 737,0 Федеральная целевая программа развития образования на 2006-2010 годы 073 07 06 1001500 3 729 737,0 Строительство объектов для нужд отрасли 073 07 06 1001500 213 3 729 737,0 Федеральная целевая научно-техническая программа "Исследования и разработки по приоритетным направлениям развития науки и техники" на 2002-2006 годы 073 07 06 1004000 25 000,0 Строительство объектов для нужд отрасли 073 07 06 1004000 213 25 000,0 Федеральная целевая программа "Восстановление экономики и социальной сферы Чеченской Республики (2002 год и последующие годы)" 073 07 06 1005000 140 000,0 Строительство объектов для нужд отрасли 073 07 06 1005000 213 140 000,0 Федеральная целевая программа "Социально- экономическое развитие Республики Башкортостан до 2006 года" 073 07 06 1005200 82 000,0 Строительство объектов для нужд отрасли 073 07 06 1005200 213 82 000,0 Непрограммные инвестиции в основные фонды 073 07 06 1020000 200 000,0 Строительство объектов общегражданского назначения 073 07 06 1020000 214 200 000,0 Реконструкция зданий дворцово-паркового ансамбля "Михайловская дача" в г. Санкт-Петербурге 073 07 06 1080000 150 000,0 Строительство объектов общегражданского назначения 073 07 06 1080000 214 150 000,0 Высшие учебные заведения 073 07 06 4300000 78 104 935,3 Развитие сети национальных университетов и других образовательных учреждений 073 07 06 4300000 290 2 850 000,0 Обеспечение деятельности подведомственных учреждений 073 07 06 4300000 327 68 039 517,5 Обеспечение деятельности особо ценных объектов (учреждений) культурного наследия народов Российской Федерации 073 07 06 4300000 451 7 215 417,8 Мероприятия в области образования 073 07 06 4360000 5 000 000,0 Внедрение инновационных образовательных программ 073 07 06 4360000 286 5 000 000,0 Молодежная политика и оздоровление детей 073 07 07 135 850,0 Организационно- воспитательная работа с молодежью 073 07 07 4310000 120 000,0 Проведение мероприятий для детей и молодежи 073 07 07 4310000 447 120 000,0 Мероприятия в области образования 073 07 07 4360000 15 850,0 Мероприятия по патриотическому воспитанию граждан Российской Федерации 073 07 07 4360000 257 15 850,0 Прикладные научные исследования в области образования 073 07 08 866 831,2 Прикладные научные исследования и разработки 073 07 08 0810000 629 831,2 Обеспечение деятельности подведомственных учреждений 073 07 08 0810000 327 572 347,9 Обеспечение деятельности особо ценных объектов (учреждений) культурного наследия народов Российской Федерации 073 07 08 0810000 451 57 483,3 Федеральные целевые программы 073 07 08 1000000 237 000,0 Федеральная целевая программа развития образования на 2006-2010 годы 073 07 08 1001500 200 000,0 Выполнение научно- исследовательских и опытно-конструкторских работ по государственным контрактам 073 07 08 1001500 196 200 000,0 Федеральная целевая программа "Русский язык" на 2006-2010 годы 073 07 08 1001600 2 000,0 Выполнение научно- исследовательских и опытно-конструкторских работ по государственным контрактам 073 07 08 1001600 196 2 000,0 Федеральная целевая программа "Повышение безопасности дорожного движения в 2006-2012 годах" 073 07 08 1005900 35 000,0 Выполнение научно- исследовательских и опытно-конструкторских работ по государственным контрактам 073 07 08 1005900 196 35 000,0 Другие вопросы в области образования 073 07 09 9 975 719,1 Руководство и управление в сфере установленных функций 073 07 09 0010000 136 628,0 Центральный аппарат 073 07 09 0010000 005 136 593,2 Выплаты независимым экспертам 073 07 09 0010000 281 34,8 Международное сотрудничество 073 07 09 0300000 16 230,8 Обеспечение реализации соглашений с правительствами иностранных государств и организациями 073 07 09 0300000 122 16 230,8 Реализация государственных функций, связанных с общегосударственным управлением 073 07 09 0920000 4 025,8 Специальные объекты 073 07 09 0920000 223 4 025,8 Федеральные целевые программы 073 07 09 1000000 4 016 450,0 Федеральная целевая программа "Дети России" на 2003-2006 годы 073 07 09 1001300 108 450,0 Подпрограмма "Дети- инвалиды" 073 07 09 1001301 11 500,0 Государственная поддержка в сфере образования 073 07 09 1001301 285 11 500,0 Подпрограмма "Профилактика безнадзорности и правонарушений несовершеннолетних" 073 07 09 1001302 48 250,0 Государственная поддержка в сфере образования 073 07 09 1001302 285 48 250,0 Подпрограмма "Одаренные дети" 073 07 09 1001303 18 350,0 Государственная поддержка в сфере образования 073 07 09 1001303 285 18 350,0 Подпрограмма "Дети-сироты" 073 07 09 1001304 28 000,0 Государственная поддержка в сфере образования 073 07 09 1001304 285 28 000,0 Подпрограмма "Здоровый ребенок" 073 07 09 1001305 2 350,0 Государственная поддержка в сфере образования 073 07 09 1001305 285 2 350,0 Федеральная целевая программа развития образования на 2006-2010 годы 073 07 09 1001500 3 600 000,0 Государственная поддержка в сфере образования 073 07 09 1001500 285 3 600 000,0 Федеральная целевая программа "Русский язык" на 2006-2010 годы 073 07 09 1001600 218 000,0 Государственная поддержка в сфере образования 073 07 09 1001600 285 218 000,0 Федеральная целевая программа "Комплексные меры противодействия злоупотреблению наркотиками и их незаконному обороту на 2005-2009 годы" 073 07 09 1002500 5 000,0 Государственная поддержка в сфере образования 073 07 09 1002500 285 5 000,0 Федеральная целевая программа "Повышение безопасности дорожного движения в 2006-2012 годах" 073 07 09 1005900 85 000,0 Строительство объектов для нужд отрасли 073 07 09 1005900 213 50 000,0 Государственная поддержка в сфере образования 073 07 09 1005900 285 35 000,0 Учреждения, обеспечивающие предоставление услуг в сфере образования 073 07 09 4350000 212 830,8 Обеспечение деятельности подведомственных учреждений 073 07 09 4350000 327 212 830,8 Мероприятия в области образования 073 07 09 4360000 5 577 172,7 Внедрение современных образовательных технологий 073 07 09 4360000 287 1 500 000,0 Государственная поддержка талантливой молодежи 073 07 09 4360000 288 200 000,0 Приобретение автобусов для государственных и муниципальных школ в сельской местности 073 07 09 4360000 291 1 000 000,0 Оснащение общеобразовательных учреждений учебным оборудованием 073 07 09 4360000 292 2 300 000,0 Проведение мероприятий для детей и молодежи 073 07 09 4360000 447 297 172,7 Методическое обеспечение и информационная поддержка 073 07 09 4360000 490 280 000,0 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 073 07 09 4520000 12 381,0 Обеспечение деятельности подведомственных учреждений 073 07 09 4520000 327 12 381,0 Культура, кинематография и средства массовой информации 073 08 9 824,3 Культура 073 08 01 9 824,3 Музеи и постоянные выставки 073 08 01 4410000 9 824,3 Обеспечение деятельности подведомственных учреждений 073 08 01 4410000 327 9 824,3 Здравоохранение и спорт 073 09 5 000,0 Прикладные научные исследования в области здравоохранения и спорта 073 09 03 5 000,0 Федеральные целевые программы 073 09 03 1000000 5 000,0 Федеральная целевая программа "Развитие физической культуры и спорта в Российской Федерации на 2006-2015 годы" 073 09 03 1005800 5 000,0 Выполнение научно- исследовательских и опытно-конструкторских работ по государственным контрактам 073 09 03 1005800 196 5 000,0 Социальная политика 073 10 400,0 Прикладные научные исследования в области социальной политики 073 10 05 400,0 Федеральные целевые программы 073 10 05 1000000 400,0 Федеральная целевая программа "Дети России" на 2003-2006 годы 073 10 05 1001300 400,0 Подпрограмма "Дети- инвалиды" 073 10 05 1001301 300,0 Выполнение научно- исследовательских и опытно-конструкторских работ по государственным контрактам 073 10 05 1001301 196 300,0 Подпрограмма "Здоровый ребенок" 073 10 05 1001305 100,0 Выполнение научно- исследовательских и опытно-конструкторских работ по государственным контрактам 073 10 05 1001305 196 100,0 Межбюджетные трансферты 073 11 19 231 174,7 Финансовая помощь бюджетам других уровней 073 11 01 15 845 004,7 Федеральные целевые программы 073 11 01 1000000 65 000,0 Федеральная целевая программа "Комплексные меры противодействия злоупотреблению наркотиками и их незаконному обороту на 2005-2009 годы" 073 11 01 1002500 65 000,0 Государственная поддержка в сфере образования 073 11 01 1002500 285 65 000,0 Иные безвозмездные и безвозвратные перечисления 073 11 01 5200000 15 780 004,7 Резервный фонд Президента Российской Федерации 073 11 01 5200000 181 100 010,0 Субсидии бюджетам на внедрение инновационных образовательных программ в государственных и муниципальных общеобразовательных школах 073 11 01 5200000 585 3 000 000,0 Субвенции бюджетам на поощрение лучших учителей 073 11 01 5200000 588 1 000 000,0 Субсидии бюджетам субъектов Российской Федерации на ежемесячное денежное вознаграждение за классное руководство 073 11 01 5200000 589 11 679 994,7 Другие межбюджетные трансферты 073 11 03 3 386 170,0 Федеральные целевые программы 073 11 03 1000000 1 929 870,0 Федеральная целевая программа "Дети России" на 2003-2006 годы 073 11 03 1001300 433 000,0 Подпрограмма "Дети-сироты" 073 11 03 1001304 433 000,0 Строительство объектов для нужд отрасли 073 11 03 1001304 213 433 000,0 Федеральная целевая программа развития образования на 2006-2010 годы 073 11 03 1001500 50 700,0 Строительство объектов для нужд отрасли 073 11 03 1001500 213 50 700,0 Федеральная целевая программа развития Калининградской области на период до 2010 года 073 11 03 1004500 155 100,0 Строительство объектов для нужд отрасли 073 11 03 1004500 213 155 100,0 Федеральная целевая программа "Экономическое и социальное развитие Дальнего Востока и Забайкалья на 1996-2005 и до 2010 года" 073 11 03 1004600 20 000,0 Строительство объектов для нужд отрасли 073 11 03 1004600 213 20 000,0 Федеральная целевая программа "Юг России" 073 11 03 1004800 281 520,0 Строительство объектов для нужд отрасли 073 11 03 1004800 213 281 520,0 Федеральная целевая программа "Восстановление экономики и социальной сферы Чеченской Республики (2002 год и последующие годы)" 073 11 03 1005000 468 100,0 Строительство объектов для нужд отрасли 073 11 03 1005000 213 468 100,0 Федеральная целевая программа "Социально- экономическое развитие Республики Башкортостан до 2006 года" 073 11 03 1005200 521 450,0 Строительство объектов для нужд отрасли 073 11 03 1005200 213 521 450,0 Непрограммные инвестиции в основные фонды 073 11 03 1020000 1 450 300,0 Строительство объектов общегражданского назначения 073 11 03 1020000 214 1 450 300,0 Федеральная целевая программа "Жилище" на 2002-2010 годы (второй этап) 073 11 03 1040000 6 000,0 Подпрограмма "Мероприятия по обеспечению жильем отдельных категорий граждан" 073 11 03 1044000 6 000,0 Государственное образовательное учреждение "Профессиональное училище № 24", общежитие, р. п. Башмаково, Пензенская область 073 11 03 1044019 6 000,0 Строительство общежитий 073 11 03 1044019 673 6 000,0 МИНИСТЕРСТВО ОБРАЗОВАНИЯ И НАУКИ РОССИЙСКОЙ ФЕДЕРАЦИИ 074 2 674 513,0 Общегосударственные вопросы 074 01 940 022,7 Международные отношения и международное сотрудничество 074 01 08 644 710,0 Международное сотрудничество 074 01 08 0300000 644 710,0 Реализация договоров (контрактов) с иностранными фирмами в области научного сотрудничества 074 01 08 0300000 121 636 416,0 Международные культурные, научные и информационные связи 074 01 08 0300000 125 8 294,0 Фундаментальные исследования 074 01 11 23 501,4 Международное сотрудничество 074 01 11 0300000 23 501,4 Обеспечение реализации соглашений с правительствами иностранных государств и организациями 074 01 11 0300000 122 23 501,4 Прикладные научные исследования в области общегосударственных вопросов 074 01 14 201 811,3 Разработка приоритетных направлений науки, технологий и техники 074 01 14 0800000 104 282,3 Приоритетные направления науки и техники 074 01 14 0800000 195 56 282,3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074 01 14 0800000 448 48 000,0 Прикладные научные исследования и разработки 074 01 14 0810000 97 529,0 Обеспечение деятельности подведомственных учреждений 074 01 14 0810000 327 97 529,0 Другие общегосударственные вопросы 074 01 15 70 000,0 Непрограммные инвестиции в основные фонды 074 01 15 1020000 70 000,0 Строительство объектов общегражданского назначения 074 01 15 1020000 214 70 000,0 Жилищно-коммунальное хозяйство 074 05 10 000,0 Жилищное хозяйство 074 05 01 10 000,0 Федеральная целевая программа "Жилище" на 2002-2010 годы (второй этап) 074 05 01 1040000 10 000,0 Подпрограмма "Мероприятия по обеспечению жильем отдельных категорий граждан" 074 05 01 1044000 10 000,0 Мероприятия по обеспечению жильем федеральных государственных гражданских служащих 074 05 01 1044001 10 000,0 Строительство объектов для нужд отрасли 074 05 01 1044001 213 10 000,0 Образование 074 07 1 693 595,0 Молодежная политика и оздоровление детей 074 07 07 11 450,0 Мероприятия в области образования 074 07 07 4360000 11 450,0 Мероприятия по патриотическому воспитанию граждан Российской Федерации 074 07 07 4360000 257 11 450,0 Прикладные научные исследования в области образования 074 07 08 51 489,9 Прикладные научные исследования и разработки 074 07 08 0810000 51 489,9 Обеспечение деятельности подведомственных учреждений 074 07 08 0810000 327 51 489,9 Другие вопросы в области образования 074 07 09 1 630 655,1 Руководство и управление в сфере установленных функций 074 07 09 0010000 246 474,5 Центральный аппарат 074 07 09 0010000 005 246 436,1 Выплаты независимым экспертам 074 07 09 0010000 281 38,4 Международное сотрудничество 074 07 09 0300000 1 343 803,9 Обеспечение мероприятий, предусмотренных соглашениями с международными финансовыми организациями 074 07 09 0300000 123 1 343 803,9 Учреждения по обеспечению хозяйственного обслуживания 074 07 09 0930000 1 276,7 Специальные объекты 074 07 09 0930000 223 1 276,7 Мероприятия в области образования 074 07 09 4360000 39 100,0 Проведение мероприятий для детей и молодежи 074 07 09 4360000 447 17 100,0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074 07 09 4360000 448 22 000,0 Здравоохранение и спорт 074 09 20 895,3 Здравоохранение 074 09 01 20 895,3 Поликлиники, амбулатории, диагностические центры 074 09 01 4710000 20 895,3 Обеспечение деятельности подведомственных учреждений 074 09 01 4710000 327 20 895,3 Социальная политика 074 10 10 000,0 Социальное обеспечение населения 074 10 03 10 000,0 Федеральная целевая программа "Жилище" на 2002-2010 годы (второй этап) 074 10 03 1040000 10 000,0 Подпрограмма "Мероприятия по обеспечению жильем отдельных категорий граждан" 074 10 03 1044000 10 000,0 Мероприятия по обеспечению жильем федеральных государственных гражданских служащих 074 10 03 1044001 10 000,0 Обеспечение жильем федеральных государственных гражданских служащих 074 10 03 1044001 670 10 000,0 ФЕДЕРАЛЬНАЯ СЛУЖБА ПО НАДЗОРУ В СФЕРЕ ОБРАЗОВАНИЯ И НАУКИ 077 94 488,2 Образование 077 07 94 488,2 Прикладные научные исследования в области образования 077 07 08 12 717,4 Прикладные научные исследования и разработки 077 07 08 0810000 12 717,4 Обеспечение деятельности подведомственных учреждений 077 07 08 0810000 327 12 717,4 Другие вопросы в области образования 077 07 09 81 770,8 Руководство и управление в сфере установленных функций 077 07 09 0010000 61 359,0 Центральный аппарат 077 07 09 0010000 005 61 342,7 Выплаты независимым экспертам 077 07 09 0010000 281 16,3 Учреждения, обеспечивающие предоставление услуг в сфере образования 077 07 09 4350000 20 411,8 Обеспечение деятельности подведомственных учреждений 077 07 09 4350000 327 20 411,8 ФЕДЕРАЛЬНАЯ СЛУЖБА ПО НАДЗОРУ В СФЕРЕ СВЯЗИ 079 2 054 273,1 Национальная экономика 079 04 2 054 273,1 Связь и информатика 079 04 09 2 052 473,1 Руководство и управление в сфере установленных функций 079 04 09 0010000 2 043 347,0 Центральный аппарат 079 04 09 0010000 005 97 238,8 Территориальные органы 079 04 09 0010000 006 1 945 742,2 Выплаты независимым экспертам 079 04 09 0010000 281 366,0 Информационные технологии и связь 079 04 09 3300000 9 126,1 Обеспечение деятельности подведомственных учреждений 079 04 09 3300000 327 9 126,1 Прикладные научные исследования в области национальной экономики 079 04 10 1 800,0 Прикладные научные исследования и разработки 079 04 10 0810000 1 800,0 Выполнение научно- исследовательских и опытно-конструкторских работ по государственным контрактам 079 04 10 0810000 196 1 800,0 ФЕДЕРАЛЬНОЕ АГЕНТСТВО ПО РЫБОЛОВСТВУ 080 6 069 768,6 Общегосударственные вопросы 080 01 25 534,1 Международные отношения и международное сотрудничество 080 01 08 25 534,1 Международное сотрудничество 080 01 08 0300000 25 534,1 Взносы в международные организации 080 01 08 0300000 120 25 534,1 Национальная экономика 080 04 3 988 608,7 Сельское хозяйство и рыболовство 080 04 05 2 919 766,9 Руководство и управление в сфере установленных функций 080 04 05 0010000 36 943,2 Зарубежный аппарат 080 04 05 0010000 008 36 943,2 Непрограммные инвестиции в основные фонды 080 04 05 1020000 220 660,0 Строительство объектов общегражданского назначения 080 04 05 1020000 214 220 660,0 Рыболовное хозяйство 080 04 05 2700000 289 800,0 Мониторинг водных биологических ресурсов 080 04 05 2700000 346 118 500,0 Мероприятия в области воспроизводства и сохранения водных биологических ресурсов и прочие мероприятия 080 04 05 2700000 348 152 400,0 Гидротехнические сооружения 080 04 05 2700000 349 18 900,0 Учреждения, обеспечивающие предоставление услуг в сфере рыбохозяйственной деятельности 080 04 05 2710000 2 300 533,4 Обеспечение деятельности подведомственных учреждений 080 04 05 2710000 327 1 736 571,7 Обеспечение деятельности аварийно-спасательного флота 080 04 05 2710000 347 563 961,7 Обеспечение создания государственной системы изготовления, оформления и контроля паспортно- визовых документов нового поколения 080 04 05 5260000 71 830,3 Обеспечение деятельности подведомственных учреждений 080 04 05 5260000 327 71 830,3 Прикладные научные исследования в области национальной экономики 080 04 10 1 002 364,7 Прикладные научные исследования и разработки 080 04 10 0810000 1 002 364,7 Выполнение научно- исследовательских и опытно-конструкторских работ по государственным контрактам 080 04 10 0810000 196 977 184,0 Обеспечение деятельности подведомственных учреждений 080 04 10 0810000 327 25 180,7 Другие вопросы в области национальной экономики 080 04 11 66 477,1 Руководство и управление в сфере установленных функций 080 04 11 0010000 62 322,4 Центральный аппарат 080 04 11 0010000 005 62 307,3 Выплаты независимым экспертам 080 04 11 0010000 281 15,1 Обеспечение создания государственной системы изготовления, оформления и контроля паспортно- визовых документов нового поколения 080 04 11 5260000 4 154,7 Центральный аппарат 080 04 11 5260000 005 4 154,7 Образование 080 07 1 657 639,6 Среднее профессиональное образование 080 07 04 415 369,0 Непрограммные инвестиции в основные фонды 080 07 04 1020000 13 000,0 Строительство объектов общегражданского назначения 080 07 04 1020000 214 13 000,0 Средние специальные учебные заведения 080 07 04 4270000 402 369,0 Обеспечение деятельности подведомственных учреждений 080 07 04 4270000 327 402 369,0 Высшее профессиональное образование 080 07 06 925 927,9 Непрограммные инвестиции в основные фонды 080 07 06 1020000 14 700,0 Строительство объектов общегражданского назначения 080 07 06 1020000 214 14 700,0 Высшие учебные заведения 080 07 06 4300000 911 227,9 Обеспечение деятельности подведомственных учреждений 080 07 06 4300000 327 911 227,9 Другие вопросы в области образования 080 07 09 316 342,7 Учреждения, обеспечивающие предоставление услуг в сфере образования 080 07 09 4350000 316 342,7 Обеспечение деятельности подведомственных учреждений 080 07 09 4350000 327 316 342,7 Межбюджетные трансферты 080 11 397 986,2 Фонды компенсаций 080 11 02 46 086,2 Фонд компенсаций 080 11 02 5190000 46 086,2 Субвенции бюджетам на реализацию полномочий в области организации, регулирования и охраны водных биологических ресурсов 080 11 02 5190000 332 46 086,2 Другие межбюджетные трансферты 080 11 03 351 900,0 Федеральные целевые программы 080 11 03 1000000 26 000,0 Федеральная целевая программа "Юг России" 080 11 03 1004800 26 000,0 Строительство объектов для нужд отрасли 080 11 03 1004800 213 26 000,0 Непрограммные инвестиции в основные фонды 080 11 03 1020000 325 900,0 Строительство объектов общегражданского назначения 080 11 03 1020000 214 325 900,0 ФЕДЕРАЛЬНАЯ СЛУЖБА ПО ВЕТЕРИНАРНОМУ И ФИТОСАНИТАРНОМУ НАДЗОРУ 081 6 461 629,6 Национальная экономика 081 04 6 461 629,6 Сельское хозяйство и рыболовство 081 04 05 993 887,7 Федеральные целевые программы 081 04 05 1000000 35 840,0 Федеральная целевая программа "Государственная граница Российской Федерации (2003-2010 годы)" 081 04 05 1001000 35 840,0 Специальные объекты 081 04 05 1001000 223 35 840,0 Учреждения, обеспечивающие предоставление услуг в области семеноводства, сохранения плодородия почв и защиты растений 081 04 05 2610000 266 659,2 Обеспечение деятельности подведомственных учреждений 081 04 05 2610000 327 266 659,2 Учреждения, обеспечивающие предоставление услуг в области животноводства 081 04 05 2630000 691 388,5 Обеспечение деятельности подведомственных учреждений 081 04 05 2630000 327 691 388,5 Прикладные научные исследования в области национальной экономики 081 04 10 6 526,6 Прикладные научные исследования и разработки 081 04 10 0810000 6 526,6 Обеспечение деятельности подведомственных учреждений 081 04 10 0810000 327 6 526,6 Другие вопросы в области национальной экономики 081 04 11 5 461 215,3 Руководство и управление в сфере установленных функций 081 04 11 0010000 5 461 215,3 Центральный аппарат 081 04 11 0010000 005 125 266,0 Территориальные органы 081 04 11 0010000 006 5 333 685,7 Выплаты независимым экспертам 081 04 11 0010000 281 2 263,6 МИНИСТЕРСТВО СЕЛЬСКОГО ХОЗЯЙСТВА РОССИЙСКОЙ ФЕДЕРАЦИИ 082 64 324 919,6 Общегосударственные вопросы 082 01 22 556,8 Международные отношения и международное сотрудничество 082 01 08 22 556,8 Международное сотрудничество 082 01 08 0300000 22 556,8 Взносы в международные организации 082 01 08 0300000 120 10 544,8 Международные культурные, научные и информационные связи 082 01 08 0300000 125 12 012,0 Национальная экономика 082 04 19 359 502,0 Сельское хозяйство и рыболовство 082 04 05 18 330 632,3 Федеральные целевые программы 082 04 05 1000000 3 560 000,0 Федеральная целевая программа "Сохранение и восстановление плодородия почв земель сельскохозяйственного назначения и агроландшафтов как национального достояния России на 2006-2010 годы" 082 04 05 1006000 3 560 000,0 Строительство объектов для нужд отрасли 082 04 05 1006000 213 3 000 000,0 Мероприятия в области сельскохозяйственного производства 082 04 05 1006000 342 560 000,0 Непрограммные инвестиции в основные фонды 082 04 05 1020000 118 876,0 Строительство объектов общегражданского назначения</w:t>
      </w:r>
    </w:p>
    <w:p>
      <w:r>
        <w:rPr>
          <w:b/>
        </w:rPr>
        <w:t xml:space="preserve">2. </w:t>
      </w:r>
      <w:r>
        <w:t>пункты 2 и 9 признать утратившими силу</w:t>
      </w:r>
    </w:p>
    <w:p>
      <w:r>
        <w:rPr>
          <w:b/>
        </w:rPr>
        <w:t xml:space="preserve">2. </w:t>
      </w:r>
      <w:r>
        <w:t>пункт 10 изложить в следующей редакции: "10) пункта 4 Постановления Верховного Совета Российской Федерации от 11 февраля 1993 года № 4463-I "О порядке введения в действие Основ законодательства Российской Федерации о нотариате" (Ведомости Съезда народных депутатов Российской Федерации и Верховного Совета Российской Федерации, 1993, № 10, ст. 358);"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