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Эстонской Республики о сотрудничестве в области пенсионного обеспечения от 25 июня 1993 года</w:t>
      </w:r>
    </w:p>
    <w:p>
      <w:r>
        <w:rPr>
          <w:b/>
        </w:rPr>
        <w:t>Статья None. Федеральный закон   от 07.12.2006 № 228-ФЗ</w:t>
      </w:r>
    </w:p>
    <w:p>
      <w:r>
        <w:t>О ратификации Протокола о внесении изменений в Соглашение между Правительством Российской Федерации и Правительством Эстонской Республики о сотрудничестве в области пенсионного обеспечения от 25 июня 1993 года РОССИЙСКАЯ ФЕДЕРАЦИЯ ФЕДЕРАЛЬНЫЙ ЗАКОН О ратификации Протокола о внесении изменений в Соглашение между Правительством Российской Федерации и Правительством Эстонской Республики о сотрудничестве в области пенсионного обеспечения от 25 июня 1993 года Принят Государственной Думой 15 ноября 2006 года Одобрен Советом Федерации 24 ноября 2006 года Ратифицировать Протокол о внесении изменений в Соглашение между Правительством Российской Федерации и Правительством Эстонской Республики о сотрудничестве в области пенсионного обеспечения от 25 июня 1993 года, подписанный в городе Таллине 5 ноября 2002 года. Президент Российской Федерации В.Путин Москва, Кремль 7 декабря 2006 года № 228-ФЗ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