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бюджетной классификации Российской Федерации"</w:t>
      </w:r>
    </w:p>
    <w:p>
      <w:r>
        <w:rPr>
          <w:b/>
        </w:rPr>
        <w:t>Статья 1</w:t>
      </w:r>
    </w:p>
    <w:p>
      <w:r>
        <w:t>Внести в Федеральный закон от 15 августа 1996 года N 115-ФЗ "О бюджетной классификации Российской Федерации" (в редакции Федерального закона от 5 августа 2000 года N 115-ФЗ) (Собрание законодательства Российской Федерации, 1996, N 34, ст. 4030; 2000, N 32, ст. 3338; 2001, N 33, ст. 3437; 2002, N 19, ст. 1796; 2003, N 19, ст. 1751; 2004, N 22, ст. 2095; N 27, ст. 2711; N 52, ст. 5278; 2005, N 52, ст. 5589) следующие изменения</w:t>
      </w:r>
    </w:p>
    <w:p>
      <w:r>
        <w:t>части третью и четвертую статьи 2 изложить в следующей редакции: "Закрепить основные источники доходов бюджетов всех уровней бюджетной системы Российской Федерации согласно приложению 11-1 к настоящему Федеральному закону за администраторами поступлений в бюджеты Российской Федерации (органами государственной власти, иными администраторами доходов федерального бюджета, являющимися главными распорядителями средств федерального бюджета, органами управления государственных внебюджетных фондов, Центральным банком Российской Федерации, осуществляющими в установленном порядке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в бюджет, пеней и штрафов по ним). Правительство Российской Федерации вправе в случае изменения функций органов государственной власти уточнять закрепленные за ними основные источники доходов бюджетов Российской Федерации, предусмотренные приложением 11-1 к настоящему Федеральному закону."</w:t>
      </w:r>
    </w:p>
    <w:p>
      <w:r>
        <w:t>приложение 2 изложить в следующей редакции: "Приложение 2 к Федеральному закону "О бюджетной классификации Российской Федерации" (в редакции Федерального закона "О внесении изменений в Федеральный закон "О бюджетной классификации Российской Федерации") КЛАССИФИКАЦИЯ ДОХОДОВ БЮДЖЕТОВ РОССИЙСКОЙ ФЕДЕРАЦИИ ------------------------------------------------------------------- | Наименование кода администратора | поступлений в бюджет, группы, Код | подгруппы, статьи, подстатьи, | элемента, программы (подпрограммы), | кода экономической классификации | доходов ------------------------------------------------------------------- 000 1 00 00000 00 0000 000 ДОХОДЫ 000 1 01 00000 00 0000 000 НАЛОГИ НА ПРИБЫЛЬ, ДОХОДЫ 000 1 01 01000 00 0000 110 Налог на прибыль организаций 000 1 01 01010 00 0000 110 Налог на прибыль организаций, зачисляемый в бюджеты бюджетной системы Российской Федерации по соответствующим ставкам 000 1 01 01011 01 0000 110 Налог на прибыль организаций, зачисляемый в федеральный бюджет 000 1 01 01012 02 0000 110 Налог на прибыль организаций, зачисляемый в бюджеты субъектов Российской Федерации 000 1 01 01020 01 0000 110 Налог на прибыль организаций при выполнении соглашений о разделе продукции, заключенных до вступления в силу Федерального закона "О соглашениях о разделе продукции" и не предусматривающих специальные налоговые ставки для зачисления указанного налога в федеральный бюджет и бюджеты субъектов Российской Федерации 000 1 01 01030 01 0000 110 Налог на прибыль организаций с доходов иностранных организаций, не связанных с деятельностью в Российской Федерации через постоянное представительство, за исключением доходов, полученных в виде дивидендов и процентов по государственным и муниципальным ценным бумагам 000 1 01 01040 01 0000 110 Налог на прибыль организаций с доходов, полученных в виде дивидендов от российских организаций российскими организациями 000 1 01 01050 01 0000 110 Налог на прибыль организаций с доходов, полученных в виде дивидендов от российских организаций иностранными организациями 000 1 01 01060 01 0000 110 Налог на прибыль организаций с доходов, полученных в виде дивидендов от иностранных организаций российскими организациями 000 1 01 01070 01 0000 110 Налог на прибыль организаций с доходов, полученных в виде процентов по государственным и муниципальным ценным бумагам 000 1 01 02000 01 0000 110 Налог на доходы физических лиц 000 1 01 02010 01 0000 110 Налог на доходы физических лиц с доходов, полученных в виде дивидендов от долевого участия в деятельности организаций 000 1 01 02020 01 0000 110 Налог на доходы физических лиц с доходов, облагаемых по налоговой ставке, установленной пунктом 1 статьи 224 Налогового кодекса Российской Федерации 000 1 01 02021 01 0000 110 Налог на доходы физических лиц с доходов, облагаемых по налоговой ставке, установленной пунктом 1 статьи 224 Налогового кодекса Российской Федерации, за исключением доходов, полученных физическими лицами, зарегистрированными в качестве индивидуальных предпринимателей, частных нотариусов и других лиц, занимающихся частной практикой 000 1 01 02022 01 0000 110 Налог на доходы физических лиц с доходов, облагаемых по налоговой ставке, установленной пунктом 1 статьи 224 Налогового кодекса Российской Федерации, и полученных физическими лицами, зарегистрированными в качестве индивидуальных предпринимателей, частных нотариусов и других лиц, занимающихся частной практикой 000 1 01 02030 01 0000 110 Налог на доходы физических лиц с доходов, полученных физическими лицами, не являющимися налоговыми резидентами Российской Федерации 000 1 01 02040 01 0000 110 Налог на доходы физических лиц с доходов, полученных в виде выигрышей и призов в проводимых конкурсах, играх и других мероприятиях в целях рекламы товаров, работ и услуг, страховых выплат по договорам добровольного страхования жизни, заключенным на срок менее 5 лет, в части превышения сумм страховых взносов, увеличенных на сумму, рассчитанную исходя из действующей ставки рефинансирования, процентных доходов по вкладам в банках (за исключением срочных пенсионных вкладов, внесенных на срок не менее 6 месяцев), в виде материальной выгоды от экономии на процентах при получении заемных (кредитных) средств (за исключением материальной выгоды, полученной от экономии на процентах за пользование целевыми займами (кредитами) на новое строительство или приобретение жилья) 000 1 01 02050 01 0000 110 Налог на доходы физических лиц с доходов, полученных в виде процентов по облигациям с ипотечным покрытием, эмитированным до 1 января 2007 года, а также с доходов учредителей доверительного управления ипотечным покрытием, полученных на основании приобретения ипотечных сертификатов участия, выданных управляющим ипотечным покрытием до 1 января 2007 года 000 1 02 00000 00 0000 000 НАЛОГИ И ВЗНОСЫ НА СОЦИАЛЬНЫЕ НУЖДЫ 000 1 02 01000 00 0000 110 Единый социальный налог 000 1 02 01010 01 0000 110 Единый социальный налог, зачисляемый в федеральный бюджет 000 1 02 01020 07 0000 110 Единый социальный налог, зачисляемый в Фонд социального страхования Российской Федерации 000 1 02 01030 08 0000 110 Единый социальный налог, зачисляемый в Федеральный фонд обязательного медицинского страхования 000 1 02 01040 09 0000 110 Единый социальный налог, зачисляемый в территориальные фонды обязательного медицинского страхования 000 1 02 02000 00 0000 000 Страховые взносы 000 1 02 02010 06 0000 160 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части трудовой пенсии 000 1 02 02020 06 0000 160 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части трудовой пенсии 000 1 02 02030 06 0000 160 Страховые взносы в виде фиксированного платежа, зачисляемые в Пенсионный фонд Российской Федерации на выплату страховой части трудовой пенсии 000 1 02 02040 06 0000 160 Страховые взносы в виде фиксированного платежа, зачисляемые в Пенсионный фонд Российской Федерации на выплату накопительной части трудовой пенсии 000 1 02 02050 07 0000 160 Страховые взносы на обязательное социальное страхование от несчастных случаев на производстве и профессиональных заболеваний 000 1 02 02060 09 0000 160 Страховые взносы на обязательное медицинское страхование неработающего населения, уплачиваемые в территориальные фонды обязательного медицинского страхования органами исполнительной власти субъектов Российской Федерации 000 1 02 02070 09 0000 160 Недоимка и пени по страховым взносам на обязательное медицинское страхование неработающего населения 000 1 02 02080 06 0000 160 Страховые взносы по дополнительному тарифу для работодателей - организаций, использующих труд членов летных экипажей воздушных судов гражданской авиации 000 1 03 00000 00 0000 000 НАЛОГИ НА ТОВАРЫ (РАБОТЫ, УСЛУГИ), РЕАЛИЗУЕМЫЕ НА ТЕРРИТОРИИ РОССИЙСКОЙ ФЕДЕРАЦИИ 000 1 03 01000 01 0000 110 Налог на добавленную стоимость на товары (работы, услуги), реализуемые на территории Российской Федерации 000 1 03 02000 01 0000 110 Акцизы по подакцизным товарам (продукции), производимым на территории Российской Федерации 000 1 03 02010 01 0000 110 Акцизы на спирт этиловый из всех видов сырья (в том числе этиловый спирт-сырец из всех видов сырья), производимый на территории Российской Федерации 000 1 03 02011 01 0000 110 Акцизы на спирт этиловый (в том числе этиловый спирт-сырец) из пищевого сырья, производимый на территории Российской Федерации 000 1 03 02012 01 0000 110 Акцизы на спирт этиловый (в том числе этиловый спирт-сырец) из всех видов сырья, за исключением пищевого, производимый на территории Российской Федерации 000 1 03 02020 01 0000 110 Акцизы на спиртосодержащую продукцию, производимую на территории Российской Федерации 000 1 03 02030 01 0000 110 Акцизы на табачную продукцию, производимую на территории Российской Федерации 000 1 03 02040 01 0000 110 Акцизы на бензин, производимый на территории Российской Федерации 000 1 03 02041 01 0000 110 Акцизы на автомобильный бензин, производимый на территории Российской Федерации 000 1 03 02042 01 0000 110 Акцизы на прямогонный бензин, производимый на территории Российской Федерации 000 1 03 02050 01 0000 110 Акцизы на автомобильный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(в части погашения задолженности прошлых лет, образовавшейся до 1 января 2003 года) 000 1 03 02060 01 0000 110 Акцизы на автомобили легковые и мотоциклы, производимые на территории Российской Федерации 000 1 03 02070 01 0000 110 Акцизы на дизельное топливо, производимое на территории Российской Федерации 000 1 03 02080 01 0000 110 Акцизы на моторные масла для дизельных и (или) карбюраторных (инжекторных) двигателей, производимые на территории Российской Федерации 000 1 03 02090 01 0000 110 Акцизы на вина, производимые на территории Российской Федерации 000 1 03 02100 01 0000 110 Акцизы на пиво, производимое на территории Российской Федерации 000 1 03 02110 01 0000 110 Акцизы на алкогольную продукцию с объемной долей спирта этилового свыше 25 процентов (за исключением вин), производимую на территории Российской Федерации 000 1 03 02120 01 0000 110 Акцизы на алкогольную продукцию с объемной долей спирта этилового свыше 9 до 25 процентов включительно (за исключением вин), производимую на территории Российской Федерации 000 1 03 02130 01 0000 110 Акцизы на алкогольную продукцию с объемной долей спирта этилового до 9 процентов включительно (за исключением вин), производимую на территории Российской Федерации 000 1 03 02140 01 0000 110 Акцизы на алкогольную продукцию с объемной долей спирта этилового свыше 9 процентов (за исключением вин), производимую на территории Российской Федерации, в части сумм по расчетам за 2003 год 000 1 03 02141 01 0000 110 Акцизы на алкогольную продукцию с объемной долей спирта этилового свыше 9 процентов (за исключением вин) при реализации производителями, за исключением реализации на акцизные склады, в части сумм по расчетам за 2003 год 000 1 03 02142 01 0000 110 Акцизы на алкогольную продукцию с объемной долей спирта этилового свыше 9 процентов (за исключением вин) при реализации производителями на акцизные склады в части сумм по расчетам за 2003 год 000 1 03 02143 01 0000 110 Акцизы на алкогольную продукцию с объемной долей спирта этилового свыше 9 процентов (за исключением вин) при реализации с акцизных складов в части сумм по расчетам за 2003 год 000 1 03 02150 01 0000 110 Доходы от уплаты акцизов на дизельное топливо, подлежащие распределению в консолидированные бюджеты субъектов Российской Федерации 000 1 03 02160 01 0000 110 Доходы от уплаты акцизов на моторные масла для дизельных и (или) карбюраторных (инжекторных) двигателей, подлежащие распределению в консолидированные бюджеты субъектов Российской Федерации 000 1 03 02170 01 0000 110 Доходы от уплаты акцизов на автомобильный бензин, производимый на территории Российской Федерации, подлежащие распределению в консолидированные бюджеты субъектов Российской Федерации 000 1 03 02180 01 0000 110 Доходы от уплаты акцизов на прямогонный бензин, производимый на территории Российской Федерации, подлежащие распределению в консолидированные бюджеты субъектов Российской Федерации 000 1 03 02190 01 0000 110 Доходы от уплаты акцизов на алкогольную продукцию с объемной долей спирта этилового свыше 9 до 25 процентов включительно (за исключением вин), подлежащие распределению в консолидированные бюджеты субъектов Российской Федерации 000 1 03 02200 01 0000 110 Доходы от уплаты акцизов на алкогольную продукцию с объемной долей спирта этилового свыше 25 процентов (за исключением вин), подлежащие распределению в консолидированные бюджеты субъектов Российской Федерации 000 1 04 00000 00 0000 000 НАЛОГИ НА ТОВАРЫ, ВВОЗИМЫЕ НА ТЕРРИТОРИЮ РОССИЙСКОЙ ФЕДЕРАЦИИ 000 1 04 01000 01 0000 110 Налог на добавленную стоимость на товары, ввозимые на территорию Российской Федерации 000 1 04 02000 01 0000 110 Акцизы по подакцизным товарам (продукции), ввозимым на территорию Российской Федерации 000 1 04 02010 01 0000 110 Акцизы на спирт этиловый из всех видов сырья, ввозимый на территорию Российской Федерации 000 1 04 02020 01 0000 110 Акцизы на спиртосодержащую продукцию, ввозимую на территорию Российской Федерации 000 1 04 02030 01 0000 110 Акцизы на табачную продукцию, ввозимую на территорию Российской Федерации 000 1 04 02040 01 0000 110 Акцизы на автомобильный бензин, ввозимый на территорию Российской Федерации 000 1 04 02060 01 0000 110 Акцизы на автомобили легковые и мотоциклы, ввозимые на территорию Российской Федерации 000 1 04 02070 01 0000 110 Акцизы на дизельное топливо, ввозимое на территорию Российской Федерации 000 1 04 02080 01 0000 110 Акцизы на моторные масла для дизельных и (или) карбюраторных (инжекторных) двигателей, ввозимые на территорию Российской Федерации 000 1 04 02090 01 0000 110 Акцизы на вина, ввозимые на территорию Российской Федерации 000 1 04 02100 01 0000 110 Акцизы на пиво, ввозимое на территорию Российской Федерации 000 1 04 02110 01 0000 110 Акцизы на алкогольную продукцию с объемной долей спирта этилового свыше 25 процентов (за исключением вин), ввозимую на территорию Российской Федерации 000 1 04 02120 01 0000 110 Акцизы на алкогольную продукцию с объемной долей спирта этилового свыше 9 до 25 процентов включительно (за исключением вин), ввозимую на территорию Российской Федерации 000 1 04 02130 01 0000 110 Акцизы на алкогольную продукцию с объемной долей спирта этилового до 9 процентов включительно (за исключением вин), ввозимую на территорию Российской Федерации 000 1 05 00000 00 0000 000 НАЛОГИ НА СОВОКУПНЫЙ ДОХОД 000 1 05 01000 00 0000 110 Единый налог, взимаемый в связи с применением упрощенной системы налогообложения 000 1 05 01010 01 0000 110 Единый налог, взимаемый с налогоплательщиков, выбравших в качестве объекта налогообложения доходы 000 1 05 01020 01 0000 110 Единый налог, взимаемый с налогоплательщиков, выбравших в качестве объекта налогообложения доходы, уменьшенные на величину расходов 000 1 05 01030 01 0000 110 Единый минимальный налог, зачисляемый в бюджеты государственных внебюджетных фондов 000 1 05 01040 02 0000 110 Доходы от выдачи патентов на осуществление предпринимательской деятельности при применении упрощенной системы налогообложения 000 1 05 02000 02 0000 110 Единый налог на вмененный доход для отдельных видов деятельности 000 1 05 03000 01 0000 110 Единый сельскохозяйственный налог 000 1 06 00000 00 0000 000 НАЛОГИ НА ИМУЩЕСТВО 000 1 06 01000 00 0000 110 Налог на имущество физических лиц 000 1 06 01010 03 0000 110 Налог на имущество физических лиц, взимаемый по ставкам, применяемым к объектам налогообложения, расположенным в границах внутригородских муниципальных образований городов федерального значения Москвы и Санкт-Петербурга 000 1 06 01020 04 0000 110 Налог на имущество физических лиц, взимаемый по ставкам, применяемым к объектам налогообложения, расположенным в границах городских округов 000 1 06 01030 05 0000 110 Налог на имущество физических лиц, взимаемый по ставкам, применяемым к объектам налогообложения, расположенным в границах межселенных территорий 000 1 06 01030 10 0000 110 Налог на имущество физических лиц, взимаемый по ставкам, применяемым к объектам налогообложения, расположенным в границах поселений 000 1 06 02000 02 0000 110 Налог на имущество организаций 000 1 06 02010 02 0000 110 Налог на имущество организаций по имуществу, не входящему в Единую систему газоснабжения 000 1 06 02020 02 0000 110 Налог на имущество организаций по имуществу, входящему в Единую систему газоснабжения 000 1 06 04000 02 0000 110 Транспортный налог 000 1 06 04011 02 0000 110 Транспортный налог с организаций 000 1 06 04012 02 0000 110 Транспортный налог с физических лиц 000 1 06 05000 02 0000 110 Налог на игорный бизнес 000 1 06 06000 00 0000 110 Земельный налог 000 1 06 06010 00 0000 110 Земельный налог, взимаемый по ставкам, установленным в соответствии с подпунктом 1 пункта 1 статьи 394 Налогового кодекса Российской Федерации 000 1 06 06011 03 0000 110 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внутригородских муниципальных образований городов федерального значения Москвы и Санкт-Петербурга 000 1 06 06012 04 0000 110 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городских округов 000 1 06 06013 05 0000 110 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межселенных территорий 000 1 06 06013 10 0000 110 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 000 1 06 06020 00 0000 110 Земельный налог, взимаемый по ставкам, установленным в соответствии с подпунктом 2 пункта 1 статьи 394 Налогового кодекса Российской Федерации 000 1 06 06021 03 0000 110 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внутригородских муниципальных образований городов федерального значения Москвы и Санкт-Петербурга 000 1 06 06022 04 0000 110 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городских округов 000 1 06 06023 05 0000 110 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межселенных территорий 000 1 06 06023 10 0000 110 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поселений 000 1 06 07000 04 0000 110 Налог на недвижимость, взимаемый с объектов недвижимого имущества, расположенных в границах городов Великий Новгород и Тверь 000 1 07 00000 00 0000 000 НАЛОГИ, СБОРЫ И РЕГУЛЯРНЫЕ ПЛАТЕЖИ ЗА ПОЛЬЗОВАНИЕ ПРИРОДНЫМИ РЕСУРСАМИ 000 1 07 01000 01 0000 110 Налог на добычу полезных ископаемых 000 1 07 01010 01 0000 110 Налог на добычу полезных ископаемых в виде углеводородного сырья 000 1 07 01011 01 0000 110 Нефть 000 1 07 01012 01 0000 110 Газ горючий природный из всех видов месторождений углеводородного сырья 000 1 07 01013 01 0000 110 Газовый конденсат из всех видов месторождений углеводородного сырья 000 1 07 01020 01 0000 110 Налог на добычу общераспространенных полезных ископаемых 000 1 07 01030 01 0000 110 Налог на добычу прочих полезных ископаемых (за исключением полезных ископаемых в виде природных алмазов) 000 1 07 01040 01 0000 110 Налог на добычу полезных ископаемых на континентальном шельфе Российской Федерации, в исключительной экономической зоне Российской Федерации, при добыче полезных ископаемых из недр за пределами территории Российской Федерации 000 1 07 01050 01 0000 110 Налог на добычу полезных ископаемых в виде природных алмазов 000 1 07 02000 01 0000 110 Регулярные платежи за добычу полезных ископаемых (роялти) при выполнении соглашений о разделе продукции 000 1 07 02010 01 0000 110 Регулярные платежи за добычу полезных ископаемых (роялти) при выполнении соглашений о разделе продукции в виде углеводородного сырья (газ горючий природный) 000 1 07 02020 01 0000 110 Регулярные платежи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000 1 07 02030 01 0000 110 Регулярные платежи за добычу полезных ископаемых (роялти) на континентальном шельфе Российской Федерации, в исключительной экономической зоне Российской Федерации, за пределами территории Российской Федерации при выполнении соглашений о разделе продукции 000 1 07 03000 01 0000 110 Водный налог 000 1 07 04000 01 0000 110 Сборы за пользование объектами животного мира и за пользование объектами водных биологических ресурсов 000 1 07 04010 01 0000 110 Сбор за пользование объектами животного мира 000 1 07 04020 01 0000 110 Сбор за пользование объектами водных биологических ресурсов (исключая внутренние водные объекты) 000 1 07 04030 01 0000 110 Сбор за пользование объектами водных биологических ресурсов (по внутренним водным объектам) 000 1 08 00000 00 0000 000 ГОСУДАРСТВЕННАЯ ПОШЛИНА, СБОРЫ 000 1 08 01000 01 0000 110 Государственная пошлина по делам, рассматриваемым в арбитражных судах 000 1 08 02000 01 0000 110 Государственная пошлина по делам, рассматриваемым Конституционным Судом Российской Федерации и конституционными (уставными) судами субъектов Российской Федерации 000 1 08 02010 01 0000 110 Государственная пошлина по делам, рассматриваемым Конституционным Судом Российской Федерации 000 1 08 02020 01 0000 110 Государственная пошлина по делам, рассматриваемым конституционными (уставными) судами субъектов Российской Федерации 000 1 08 03000 01 0000 110 Государственная пошлина по делам, рассматриваемым в судах общей юрисдикции, мировыми судьями 000 1 08 03010 01 0000 110 Государственная пошлина по делам, рассматриваемым в судах общей юрисдикции, мировыми судьями (за исключением государственной пошлины по делам, рассматриваемым Верховным Судом Российской Федерации) 000 1 08 03020 01 0000 110 Государственная пошлина по делам, рассматриваемым Верховным Судом Российской Федерации 000 1 08 04000 01 0000 110 Государственная пошлина за совершение нотариальных действий (за исключением действий, совершаемых консульскими учреждениями Российской Федерации) 000 1 08 05000 01 0000 110 Государственная пошлина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(за исключением консульских учреждений Российской Федерации) 000 1 08 06000 01 0000 110 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000 1 08 07000 01 0000 110 Государственная пошлина за государственную регистрацию, а также за совершение прочих юридически значимых действий 000 1 08 07010 01 0000 110 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 000 1 08 07020 01 0000 110 Государственная пошлина за государственную регистрацию прав, ограничений (обременений) прав на недвижимое имущество и сделок с ним 000 1 08 07030 01 0000 110 Государственная пошлина за право использования наименований "Россия", "Российская Федерация" и образованных на их основе слов и словосочетаний в наименованиях юридических лиц 000 1 08 07040 01 0000 110 Государственная пошлина за совершение уполномоченным органом действий, связанных с государственной регистрацией выпусков (дополнительных выпусков) эмиссионных ценных бумаг 000 1 08 07050 01 0000 110 Государственная пошлина за совершение регистрационных действий, связанных с паевыми инвестиционными фондами и с осуществлением деятельности на рынке ценных бумаг 000 1 08 07060 01 0000 110 Государственная пошлина за совершение действий, связанных с выдачей разрешений на размещение и (или) обращение эмиссионных ценных бумаг российских эмитентов за пределами территории Российской Федерации 000 1 08 07070 01 0000 110 Государственная пошлина за государственную регистрацию морских судов, судов внутреннего плавания, судов смешанного (река - море) плавания, воздушных судов, за выдачу свидетельств о праве собственности на судно, о праве плавания и другие юридически значимые действия 000 1 08 07080 01 0000 110 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000 1 08 07081 01 0000 110 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федеральный бюджет 000 1 08 07082 01 0000 110 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 000 1 08 07090 01 0000 110 Государственная пошлина за рассмотрение ходатайств, предусмотренных антимонопольным законодательством 000 1 08 07100 01 0000 110 Государственная пошлина за выдачу и обмен паспорта гражданина Российской Федерации 000 1 08 07110 01 0000 110 Государственная пошлина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 000 1 08 07120 01 0000 110 Государственная пошлина за государственную регистрацию региональных отделений политической партии 000 1 08 07130 01 0000 110 Государственная пошлина за государственную регистрацию средств массовой информации, продукция которых предназначена для распространения преимущественно на территории субъекта Российской Федерации, а также за выдачу дубликата свидетельства о такой регистрации 000 1 08 07140 01 0000 110 Государственная пошлина за государственную регистрацию транспортных средств и иные юридически значимые действия, связанные с изменениями и выдачей документов на транспортные средства, выдачей регистрационных знаков, приемом квалификационных экзаменов на получение права на управление транспортными средствами 000 1 08 07150 01 0000 110 Государственная пошлина за выдачу разрешения на распространение наружной рекламы 000 1 08 07160 01 0000 110 Государственная пошлина за выдачу ордера на квартиру 000 1 08 07180 01 0000 110 Государственная пошлина за право вывоза культурных ценностей, предметов коллекционирования по палеонтологии и минералогии 000 1 08 07200 01 0000 110 Прочие государственные пошлины за государственную регистрацию, а также за совершение прочих юридически значимых действий 000 1 08 08000 01 0000 110 Государственная пошлина за совершение действий уполномоченными государственными учреждениями при осуществлении федерального пробирного надзора 000 1 08 09000 01 0000 110 Государственная пошлина за совершение уполномоченным федеральным органом исполнительной власти действий по официальной регистрации программы для электронных вычислительных машин, базы данных и топологий интегральных микросхем 000 1 08 10000 01 0000 110 Государственная пошлина за получение ресурса нумерации оператором связи 000 1 08 11000 01 0000 110 Государственная пошлина за регистрацию декларации о соответствии требованиям средств связи и услуг связи 000 1 08 12000 01 0000 110 Сбор за выдачу свидетельства об упрощенном декларировании доходов 000 1 09 00000 00 0000 000 ЗАДОЛЖЕННОСТЬ И ПЕРЕРАСЧЕТЫ ПО ОТМЕНЕННЫМ НАЛОГАМ, СБОРАМ И ИНЫМ ОБЯЗАТЕЛЬНЫМ ПЛАТЕЖАМ 000 1 09 01000 00 0000 110 Налог на прибыль организаций, зачислявшийся до 1 января 2005 года в местные бюджеты 000 1 09 01010 03 0000 110 Налог на прибыль организаций, зачислявшийся до 1 января 2005 года в местные бюджеты, мобилизуемый на территориях внутригородских муниципальных образований городов федерального значения Москвы и Санкт-Петербурга 000 1 09 01020 04 0000 110 Налог на прибыль организаций, зачислявшийся до 1 января 2005 года в местные бюджеты, мобилизуемый на территориях городских округов 000 1 09 01030 05 0000 110 Налог на прибыль организаций, зачислявшийся до 1 января 2005 года в местные бюджеты, мобилизуемый на территориях муниципальных районов 000 1 09 02000 01 0000 110 Акцизы 000 1 09 02010 01 0000 110 Акцизы на природный газ 000 1 09 02020 01 0000 110 Акцизы на нефть и стабильный газовый конденсат 000 1 09 02030 02 0000 110 Акцизы на ювелирные изделия 000 1 09 03000 00 0000 110 Платежи за пользование природными ресурсами 000 1 09 03010 00 0000 110 Платежи за проведение поисковых и разведочных работ 000 1 09 03010 03 0000 110 Платежи за проведение поисковых и разведочных работ, мобилизуемые на территориях внутригородских муниципальных образований городов федерального значения Москвы и Санкт-Петербурга 000 1 09 03010 04 0000 110 Платежи за проведение поисковых и разведочных работ, мобилизуемые на территориях городских округов 000 1 09 03010 05 0000 110 Платежи за проведение поисковых и разведочных работ, мобилизуемые на территориях муниципальных районов 000 1 09 03020 00 0000 110 Платежи за добычу полезных ископаемых 000 1 09 03021 00 0000 110 Платежи за добычу общераспространенных полезных ископаемых 000 1 09 03021 03 0000 110 Платежи за добычу общераспространенных полезных ископаемых, мобилизуемые на территориях внутригородских муниципальных образований городов федерального значения Москвы и Санкт-Петербурга 000 1 09 03021 04 0000 110 Платежи за добычу общераспространенных полезных ископаемых, мобилизуемые на территориях городских округов 000 1 09 03021 05 0000 110 Платежи за добычу общераспространенных полезных ископаемых, мобилизуемые на территориях муниципальных районов 000 1 09 03022 01 0000 110 Платежи за добычу углеводородного сырья 000 1 09 03023 01 0000 110 Платежи за добычу подземных вод 000 1 09 03024 01 0000 110 Платежи за добычу полезных ископаемых из уникальных месторождений и групп месторождений федерального значения 000 1 09 03025 01 0000 110 Платежи за добычу других полезных ископаемых 000 1 09 03030 00 0000 110 Платежи за пользование недрами в целях, не связанных с добычей полезных ископаемых 000 1 09 03030 03 0000 110 Платежи за пользование недрами в целях, не связанных с добычей полезных ископаемых, мобилизуемые на территориях внутригородских муниципальных образований городов федерального значения Москвы и Санкт-Петербурга 000 1 09 03030 04 0000 110 Платежи за пользование недрами в целях, не связанных с добычей полезных ископаемых, мобилизуемые на территориях городских округов 000 1 09 03030 05 0000 110 Платежи за пользование недрами в целях, не связанных с добычей полезных ископаемых, мобилизуемые на территориях муниципальных районов 000 1 09 03040 01 0000 110 Платежи за пользование недрами территориального моря Российской Федерации 000 1 09 03050 01 0000 110 Платежи за пользование недрами континентального шельфа Российской Федерации 000 1 09 03060 01 0000 110 Платежи за пользование недрами при выполнении соглашений о разделе продукции 000 1 09 03061 01 0000 110 Разовые платежи (бонусы), регулярные платежи (роялти) 000 1 09 03062 01 0000 110 Ежегодные платежи за проведение поисковых и разведочных работ 000 1 09 03070 01 0000 110 Платежи за пользование континентальным шельфом Российской Федерации 000 1 09 03071 01 0000 110 Платежи за пользование минеральными ресурсами 000 1 09 03072 01 0000 110 Плата за пользование живыми ресурсами 000 1 09 03080 01 0000 110 Отчисления на воспроизводство минерально-сырьевой базы 000 1 09 03081 01 0000 110 Отчисления на воспроизводство минерально-сырьевой базы, зачисляемые в федеральный бюджет 000 1 09 03082 02 0000 110 Отчисления на воспроизводство минерально-сырьевой базы, зачисляемые в бюджеты субъектов Российской Федерации, за исключением уплачиваемых при добыче общераспространенных полезных ископаемых и подземных вод, используемых для местных нужд 000 1 09 03083 02 0000 110 Отчисления на воспроизводство минерально-сырьевой базы при добыче общераспространенных полезных ископаемых и подземных вод, используемых для местных нужд, зачисляемые в бюджеты субъектов Российской Федерации 000 1 09 03090 01 0000 110 Платежи за пользование лесным фондом и лесами иных категорий в части минимальных ставок платы за древесину, отпускаемую на корню (по обязательствам, возникшим до 1 января 2005 года) 000 1 09 03091 01 0000 110 Лесные подати в части минимальных ставок платы за древесину, отпускаемую на корню (по обязательствам, возникшим до 1 января 2005 года) 000 1 09 03092 01 0000 110 Арендная плата за пользование лесным фондом и лесами иных категорий в части минимальных ставок платы за древесину, отпускаемую на корню (по обязательствам, возникшим до 1 января 2005 года) 000 1 09 04000 00 0000 110 Налоги на имущество 000 1 09 04010 02 0000 110 Налог на имущество предприятий 000 1 09 04020 02 0000 110 Налог с владельцев транспортных средств и налог на приобретение автотранспортных средств 000 1 09 04030 01 0000 110 Налог на пользователей автомобильных дорог 000 1 09 04040 01 0000 110 Налог с имущества, переходящего в порядке наследования или дарения 000 1 09 04050 00 0000 110 Земельный налог (по обязательствам, возникшим до 1 января 2006 года) 000 1 09 04050 03 0000 110 Земельный налог (по обязательствам, возникшим до 1 января 2006 года), мобилизуемый на территориях внутригородских муниципальных образований городов федерального значения Москвы и Санкт-Петербурга 000 1 09 04050 04 0000 110 Земельный налог (по обязательствам, возникшим до 1 января 2006 года), мобилизуемый на территориях городских округов 000 1 09 04050 05 0000 110 Земельный налог (по обязательствам, возникшим до 1 января 2006 года), мобилизуемый на межселенных территориях 000 1 09 04050 10 0000 110 Земельный налог (по обязательствам, возникшим до 1 января 2006 года), мобилизуемый на территориях поселений 000 1 09 05000 01 0000 110 Прочие налоги и сборы (по отмененным федеральным налогам и сборам) 000 1 09 05010 01 0000 110 Налог на реализацию горюче-смазочных материалов 000 1 09 05020 01 0000 110 Налог на операции с ценными бумагами 000 1 09 05030 01 0000 110 Сбор за использование наименований "Россия", "Российская Федерация" и образованных на их основе слов и словосочетаний 000 1 09 05040 01 0000 110 Налог на покупку иностранных денежных знаков и платежных документов, выраженных в иностранной валюте 000 1 09 05050 01 0000 110 Прочие налоги и сборы 000 1 09 06000 02 0000 110 Прочие налоги и сборы (по отмененным налогам и сборам субъектов Российской Федерации) 000 1 09 06010 02 0000 110 Налог с продаж 000 1 09 06020 02 0000 110 Сбор на нужды образовательных учреждений, взимаемый с юридических лиц 000 1 09 06030 02 0000 110 Прочие налоги и сборы 000 1 09 07000 00 0000 110 Прочие налоги и сборы (по отмененным местным налогам и сборам) 000 1 09 07010 00 0000 110 Налог на рекламу 000 1 09 07010 03 0000 110 Налог на рекламу, мобилизуемый на территориях внутригородских муниципальных образований городов федерального значения Москвы и Санкт-Петербурга 000 1 09 07010 04 0000 110 Налог на рекламу, мобилизуемый на территориях городских округов 000 1 09 07010 05 0000 110 Налог на рекламу, мобилизуемый на территориях муниципальных районов 000 1 09 07020 00 0000 110 Курортный сбор 000 1 09 07020 04 0000 110 Курортный сбор, мобилизуемый на территориях городских округов 000 1 09 07020 05 0000 110 Курортный сбор, мобилизуемый на территориях муниципальных районов 000 1 09 07030 00 0000 110 Целевые сборы с граждан и предприятий, учреждений, организаций на содержание милиции, на благоустройство территорий, на нужды образования и другие цели 000 1 09 07030 03 0000 110 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внутригородских муниципальных образований городов федерального значения Москвы и Санкт-Петербурга 000 1 09 07030 04 0000 110 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городских округов 000 1 09 07030 05 0000 110 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муниципальных районов 000 1 09 07040 00 0000 110 Лицензионный сбор за право торговли спиртными напитками 000 1 09 07040 03 0000 110 Лицензионный сбор за право торговли спиртными напитками, мобилизуемый на территориях внутригородских муниципальных образований городов федерального значения Москвы и Санкт-Петербурга 000 1 09 07040 04 0000 110 Лицензионный сбор за право торговли спиртными напитками, мобилизуемый на территориях городских округов 000 1 09 07040 05 0000 110 Лицензионный сбор за право торговли спиртными напитками, мобилизуемый на территориях муниципальных районов 000 1 09 07050 00 0000 110 Прочие местные налоги и сборы 000 1 09 07050 03 0000 110 Прочие местные налоги и сборы, мобилизуемые на территориях внутригородских муниципальных образований городов федерального значения Москвы и Санкт-Петербурга 000 1 09 07050 04 0000 110 Прочие местные налоги и сборы, мобилизуемые на территориях городских округов 000 1 09 07050 05 0000 110 Прочие местные налоги и сборы, мобилизуемые на территориях муниципальных районов 000 1 09 08000 00 0000 140 Недоимка, пени и штрафы по страховым взносам 000 1 09 08020 06 0000 140 Недоимка, пени и штрафы по взносам в Пенсионный фонд Российской Федерации 000 1 09 08030 07 0000 140 Недоимка, пени и штрафы по взносам в Фонд социального страхования Российской Федерации 000 1 09 08040 08 0000 140 Недоимка, пени и штрафы по взносам в Федеральный фонд обязательного медицинского страхования 000 1 09 08050 09 0000 140 Недоимка, пени и штрафы по взносам в территориальные фонды обязательного медицинского страхования 000 1 09 08060 01 0000 140 Недоимка, пени и штрафы по взносам в Государственный фонд занятости населения Российской Федерации, а также средства указанного Фонда, возвращаемые организациями в соответствии с ранее заключенными договорами 000 1 10 00000 00 0000 000 ДОХОДЫ ОТ ВНЕШНЕЭКОНОМИЧЕСКОЙ ДЕЯТЕЛЬНОСТИ 000 1 10 01000 01 0000 180 Таможенные пошлины 000 1 10 01010 01 0000 180 Ввозные таможенные пошлины 000 1 10 01020 01 0000 180 Вывозные таможенные пошлины 000 1 10 01021 01 0000 180 Вывозные таможенные пошлины на нефть сырую 000 1 10 01022 01 0000 180 Вывозные таможенные пошлины на газ природный 000 1 10 01023 01 0000 180 Вывозные таможенные пошлины на товары, выработанные из нефти 000 1 10 01024 01 0000 180 Прочие вывозные таможенные пошлины 000 1 10 02000 01 0000 180 Таможенные сборы 000 1 10 03000 01 0000 180 Доходы от реализации на экспорт высокообогащенного урана и природного сырьевого компонента низкообогащенного урана 000 1 10 04000 01 0000 180 Доходы от реализации работы разделения, содержащейся в стоимости низкообогащенного урана, полученного из высокообогащенного урана, извлеченного из ядерного оружия 000 1 10 06000 01 0000 180 Средства, полученные от аукционной продажи квот на отдельные виды товаров, ввозимых на территорию Особой экономической зоны в Калининградской области 000 1 10 07000 01 0000 180 Прочие поступления от внешнеэкономической деятельности 000 1 11 00000 00 0000 000 ДОХОДЫ ОТ ИСПОЛЬЗОВАНИЯ ИМУЩЕСТВА, НАХОДЯЩЕГОСЯ В ГОСУДАРСТВЕННОЙ И МУНИЦИПАЛЬНОЙ СОБСТВЕННОСТИ 000 1 11 01000 00 0000 120 Дивиденды по акциям и доходы от прочих форм участия в капитале, находящихся в государственной и муниципальной собственности 000 1 11 01010 01 0000 120 Дивиденды по акциям и доходы от прочих форм участия в капитале, находящихся в собственности Российской Федерации 000 1 11 01020 02 0000 120 Дивиденды по акциям и доходы от прочих форм участия в капитале, находящихся в собственности субъектов Российской Федерации 000 1 11 01030 03 0000 120 Дивиденды по акциям и доходы от прочих форм участия в капитале, находящихся в собственности внутригородских муниципальных образований городов федерального значения Москвы и Санкт-Петербурга 000 1 11 01040 04 0000 120 Дивиденды по акциям и доходы от прочих форм участия в капитале, находящихся в собственности городских округов 000 1 11 01050 05 0000 120 Дивиденды по акциям и доходы от прочих форм участия в капитале, находящихся в собственности муниципальных районов 000 1 11 01050 10 0000 120 Дивиденды по акциям и доходы от прочих форм участия в капитале, находящихся в собственности поселений 000 1 11 02000 00 0000 120 Доходы от размещения средств бюджетов 000 1 11 02010 01 0000 120 Доходы от размещения средств федерального бюджета 000 1 11 02011 01 0000 120 Доходы от размещения средств Стабилизационного фонда Российской Федерации 000 1 11 02011 01 0100 120 Доходы от размещения средств Стабилизационного фонда в долговые обязательства иностранных государств 000 1 11 02011 01 0200 120 Проценты, уплаченные за пользование денежными средствами на счетах по учету средств Стабилизационного фонда в Центральном банке Российской Федерации 000 1 11 02012 01 0000 120 Доходы по остаткам средств на счетах федерального бюджета и от их размещения, кроме средств Стабилизационного фонда Российской Федерации 000 1 11 02020 02 0000 120 Доходы от размещения временно свободных средств бюджетов субъектов Российской Федерации 000 1 11 02031 03 0000 120 Доходы от размещения временно свободных средств бюджетов внутригородских муниципальных образований городов федерального значения Москвы и Санкт-Петербурга 000 1 11 02032 04 0000 120 Доходы от размещения временно свободных средств бюджетов городских округов 000 1 11 02033 05 0000 120 Доходы от размещения временно свободных средств бюджетов муниципальных районов 000 1 11 02033 10 0000 120 Доходы от размещения временно свободных средств бюджетов поселений 000 1 11 02040 06 0000 120 Доходы от размещения временно свободных средств Пенсионного фонда Российской Федерации, сформированных за счет сумм страховых взносов на страховую часть трудовой пенсии 000 1 11 02050 06 0000 120 Доходы от размещения средств Пенсионного фонда Российской Федерации, сформированных за счет сумм страховых взносов на накопительную часть трудовой пенсии 000 1 11 02051 06 0000 120 Доходы от инвестирования средств пенсионных накоплений, перечисленные управляющими компаниями в Пенсионный фонд Российской Федерации в соответствии с законодательством Российской Федерации 000 1 11 02052 06 0000 120 Доходы от временного размещения Пенсионным фондом Российской Федерации средств, сформированных за счет сумм страховых взносов на накопительную часть трудовой пенсии, а также доходы от реализации (погашения) активов, приобретенных за счет средств пенсионных накоплений 000 1 11 02060 07 0000 120 Доходы от размещения временно свободных средств Фонда социального страхования Российской Федерации 000 1 11 02061 07 0000 120 Доходы от размещения временно свободных средств Фонда социального страхования Российской Федерации, сформированных за счет поступления единого социального налога 000 1 11 02062 07 0000 120 Доходы от размещения временно свободных средств Фонда социального страхования Российской Федерации, сформированных за счет поступления страховых взносов на обязательное социальное страхование от несчастных случаев на производстве и профессиональных заболеваний 000 1 11 02070 00 0000 120 Доходы от размещения временно свободных средств фондов обязательного медицинского страхования 000 1 11 02071 08 0000 120 Доходы от размещения временно свободных средств Федерального фонда обязательного медицинского страхования 000 1 11 02072 09 0000 120 Доходы от размещения временно свободных средств территориальных фондов обязательного медицинского страхования 000 1 11 02080 00 0000 120 Доходы от размещения сумм, аккумулируемых в ходе проведения аукционов по продаже акций, находящихся в государственной и муниципальной собственности 000 1 11 02081 01 0000 120 Доходы от размещения сумм, аккумулируемых в ходе проведения аукционов по продаже акций, находящихся в собственности Российской Федерации 000 1 11 02082 02 0000 120 Доходы от размещения сумм, аккумулируемых в ходе проведения аукционов по продаже акций, находящихся в собственности субъектов Российской Федерации 000 1 11 02083 03 0000 120 Доходы от размещения сумм, аккумулируемых в ходе проведения аукционов по продаже акций, находящихся в собственности внутригородских муниципальных образований городов федерального значения Москвы и Санкт-Петербурга 000 1 11 02084 04 0000 120 Доходы от размещения сумм, аккумулируемых в ходе проведения аукционов по продаже акций, находящихся в собственности городских округов 000 1 11 02085 05 0000 120 Доходы от размещения сумм, аккумулируемых в ходе проведения аукционов по продаже акций, находящихся в собственности муниципальных районов 000 1 11 02085 10 0000 120 Доходы от размещения сумм, аккумулируемых в ходе проведения аукционов по продаже акций, находящихся в собственности поселений 000 1 11 03000 00 0000 120 Проценты, полученные от предоставления бюджетных кредитов внутри страны 000 1 11 03010 01 0000 120 Проценты, полученные от предоставления бюджетных кредитов внутри страны за счет средств федерального бюджета 000 1 11 03020 02 0000 120 Проценты, полученные от предоставления бюджетных кредитов внутри страны за счет средств бюджетов субъектов Российской Федерации 000 1 11 03030 03 0000 120 Проценты, полученные от предоставления бюджетных кредитов внутри страны за счет средств бюджетов внутригородских муниципальных образований городов федерального значения Москвы и Санкт-Петербурга 000 1 11 03040 04 0000 120 Проценты, полученные от предоставления бюджетных кредитов внутри страны за счет средств бюджетов городских округов 000 1 11 03050 05 0000 120 Проценты, полученные от предоставления бюджетных кредитов внутри страны за счет средств бюджетов муниципальных районов 000 1 11 03050 10 0000 120 Проценты, полученные от предоставления бюджетных кредитов внутри страны за счет средств бюджетов поселений 000 1 11 04000 00 0000 120 Проценты по государственным кредитам 000 1 11 04010 01 0000 120 Поступление средств от правительств иностранных государств, их юридических лиц в уплату процентов по кредитам, предоставленным Российской Федерацией 000 1 11 04020 01 0000 120 Поступление средств от предприятий и организаций в уплату процентов и гарантий по кредитам, полученным Российской Федерацией от правительств иностранных государств 000 1 11 04030 01 0000 120 Поступление средств от предприятий и организаций в уплату процентов и гарантий по кредитам, полученным Российской Федерацией от международных финансовых организаций 000 1 11 05000 00 0000 120 Доходы от сдачи в аренду имущества, находящегося в государственной и муниципальной собственности 000 1 11 05010 00 0000 120 Арендная плата за земельные участки, государственная собственность на которые не разграничена, и поступления от продажи права на заключение договоров аренды указанных земельных участков 000 1 11 05011 00 0000 120 Арендная плата и поступления от продажи права на заключение договоров аренды земельных участков, государственная собственность на которые не разграничена (за исключением земельных участков, предназначенных для целей жилищного строительства) 000 1 11 05011 02 0000 120 Арендная плата и поступления от продажи права на заключение договоров аренды земельных участков, государственная собственность на которые не разграничена, расположенных в границах городов федерального значения Москвы и Санкт-Петербурга (за исключением земельных участков, предназначенных для целей жилищного строительства) 000 1 11 05011 04 0000 120 Арендная плата и поступления от продажи права на заключение договоров аренды земельных участков, государственная собственность на которые не разграничена, расположенных в границах городских округов (за исключением земельных участков, предназначенных для целей жилищного строительства) 000 1 11 05011 05 0000 120 Арендная плата и поступления от продажи права на заключение договоров аренды земельных участков, государственная собственность на которые не разграничена, расположенных в границах межселенных территорий (за исключением земельных участков, предназначенных для целей жилищного строительства) 000 1 11 05011 10 0000 120 Арендная плата и поступления от продажи права на заключение договоров аренды земельных участков, государственная собственность на которые не разграничена, расположенных в границах поселений (за исключением земельных участков, предназначенных для целей жилищного строительства) 000 1 11 05012 00 0000 120 Арендная плата и поступления от продажи права на заключение договоров аренды земельных участков, государственная собственность на которые не разграничена, предназначенных для целей жилищного строительства 000 1 11 05012 02 0000 120 Арендная плата и поступления от продажи права на заключение договоров аренды земельных участков, государственная собственность на которые не разграничена, расположенных в границах городов федерального значения Москвы и Санкт-Петербурга и предназначенных для целей жилищного строительства 000 1 11 05012 04 0000 120 Арендная плата и поступления от продажи права на заключение договоров аренды земельных участков, государственная собственность на которые не разграничена, расположенных в границах городских округов и предназначенных для целей жилищного строительства 000 1 11 05012 05 0000 120 Арендная плата и поступления от продажи права на заключение договоров аренды земельных участков, государственная собственность на которые не разграничена, расположенных в границах межселенных территорий и предназначенных для целей жилищного строительства 000 1 11 05012 10 0000 120 Арендная плата и поступления от продажи права на заключение договоров аренды земельных участков, государственная собственность на которые не разграничена, расположенных в границах поселений и предназначенных для целей жилищного строительства 000 1 11 05020 00 0000 120 Арендная плата за земли после разграничения государственной собственности на землю и поступления от продажи права на заключение договоров аренды указанных земельных участков 000 1 11 05021 01 0000 120 Арендная плата и поступления от продажи права на заключение договоров аренды за земли, находящиеся в федеральной собственности 000 1 11 05022 02 0000 120 Арендная плата и поступления от продажи права на заключение договоров аренды за земли, находящиеся в собственности субъектов Российской Федерации 000 1 11 05023 03 0000 120 Арендная плата и поступления от продажи права на заключение договоров аренды за земли, находящиеся в собственности внутригородских муниципальных образований городов федерального значения Москвы и Санкт-Петербурга 000 1 11 05024 04 0000 120 Арендная плата и поступления от продажи права на заключение договоров аренды за земли, находящиеся в собственности городских округов 000 1 11 05025 05 0000 120 Арендная плата и поступления от продажи права на заключение договоров аренды за земли, находящиеся в собственности муниципальных районов 000 1 11 05025 10 0000 120 Арендная плата и поступления от продажи права на заключение договоров аренды за земли, находящиеся в собственности поселений 000 1 11 05030 00 0000 120 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и в хозяйственном ведении федеральных государственных унитарных предприятий и муниципальных унитарных предприятий 000 1 11 05031 01 0000 120 Доходы от сдачи в аренду имущества, находящегося в оперативном управлении федеральных органов государственной власти и созданных ими учреждений и в хозяйственном ведении федеральных государственных унитарных предприятий 000 1 11 05031 01 0100 120 Доходы от сдачи в аренду имущества, находящегося в федеральной собственности и переданного в оперативное управление научным учреждениям, имеющим государственный статус 000 1 11 05031 01 0200 120 Доходы от сдачи в аренду имущества, находящегося в федеральной собственности и переданного в оперативное управление учреждениям научного обслуживания Российской академии наук и отраслевых академий наук, имеющим государственный статус 000 1 11 05031 01 0300 120 Доходы от сдачи в аренду имущества, находящегося в федеральной собственности и переданного в оперативное управление образовательным учреждениям, имеющим государственный статус 000 1 11 05031 01 0400 120 Доходы от сдачи в аренду имущества, находящегося в федеральной собственности и переданного в оперативное управление учреждениям здравоохранения, имеющим государственный статус 000 1 11 05031 01 0500 120 Доходы от сдачи в аренду имущества, находящегося в федеральной собственности и переданного в оперативное управление учреждениям федеральной почтовой связи Федерального агентства связи, имеющим государственный статус 000 1 11 05031 01 0600 120 Доходы от сдачи в аренду имущества, находящегося в федеральной собственности и переданного в оперативное управление государственным учреждениям культуры и искусства, имеющим государственный статус 000 1 11 05031 01 0700 120 Доходы от сдачи в аренду имущества, находящегося в федеральной собственности и переданного в оперативное управление государственным архивным учреждениям, имеющим государственный статус 000 1 11 05031 01 0900 120 Прочие доходы от сдачи в аренду имущества, находящегося в оперативном управлении федеральных органов государственной власти и созданных ими учреждений и в хозяйственном ведении федеральных государственных унитарных предприятий 000 1 11 05032 02 0000 120 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и в хозяйственном ведении государственных унитарных предприятий субъектов Российской Федерации 000 1 11 05033 03 0000 120 Доходы от сдачи в аренду имущества, находящегося в оперативном управлении органов управления внутригородских муниципальных образований городов федерального значения Москвы и Санкт-Петербурга и созданных ими учреждений и в хозяйственном ведении муниципальных унитарных предприятий 000 1 11 05034 04 0000 120 Доходы от сдачи в аренду имущества, находящегося в оперативном управлении органов управления городских округов и созданных ими учреждений и в хозяйственном ведении муниципальных унитарных предприятий 000 1 11 05035 05 0000 120 Доходы от сдачи в аренду имущества, находящегося в оперативном управлении органов управления муниципальных районов и созданных ими учреждений и в хозяйственном ведении муниципальных унитарных предприятий 000 1 11 05035 10 0000 120 Доходы от сдачи в аренду имущества, находящегося в оперативном управлении органов управления поселений и созданных ими учреждений и в хозяйственном ведении муниципальных унитарных предприятий 000 1 11 05036 06 0000 120 Доходы от сдачи в аренду имущества, находящегося в оперативном управлении Пенсионного фонда Российской Федерации 000 1 11 05037 07 0000 120 Доходы от сдачи в аренду имущества, находящегося в оперативном управлении Фонда социального страхования Российской Федерации 000 1 11 05038 08 0000 120 Доходы от сдачи в аренду имущества, находящегося в оперативном управлении Федерального фонда обязательного медицинского страхования 000 1 11 05039 09 0000 120 Доходы от сдачи в аренду имущества, находящегося в оперативном управлении территориальных фондов обязательного медицинского страхования 000 1 11 05040 01 0000 120 Доходы от использования федерального имущества, расположенного за пределами территории Российской Федерации 000 1 11 05050 01 0000 120 Доходы от разрешенных видов деятельности и использования федерального имущества, расположенного за пределами территории Российской Федерации, получаемые за рубежом 000 1 11 06000 01 0000 120 Доходы от перечисления части прибыли Центрального банка Российской Федерации 000 1 11 07000 00 0000 120 Платежи от государственных и муниципальных унитарных предприятий 000 1 11 07010 00 0000 120 Доходы от перечисления части прибыли государственных и муниципальных унитарных предприятий, остающейся после уплаты налогов и обязательных платежей 000 1 11 07011 01 0000 120 Доходы от перечисления части прибыли, остающейся после уплаты налогов и иных обязательных платежей федеральных государственных унитарных предприятий 000 1 11 07012 02 0000 120 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 000 1 11 07013 03 0000 120 Доходы от перечисления части прибыли, остающейся после уплаты налогов и иных обязательных платежей муниципальных унитарных предприятий, созданных внутригородскими муниципальными образованиями городов федерального значения Москвы и Санкт-Петербурга 000 1 11 07014 04 0000 120 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 000 1 11 07015 05 0000 120 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 000 1 11 07015 10 0000 120 Доходы от перечисления части прибыли, остающейся после уплаты налогов и иных обязательных платежей муниципальных унитарных предприятий, созданных поселениями 000 1 11 07020 01 0000 120 Доходы от деятельности совместного предприятия "Вьетсовпетро" 000 1 11 08000 00 0000 120 Прочие доходы от использования имущества и прав, находящихся в государственной и муниципальной собственности 000 1 11 08010 00 0000 120 Доходы от распоряжения правами на результаты интеллектуальной деятельности военного, специального и двойного назначения, находящимися в государственной и муниципальной собственности 000 1 11 08011 01 0000 120 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Российской Федерации 000 1 11 08012 02 0000 120 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 000 1 11 08013 03 0000 120 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внутригородских муниципальных образований городов федерального значения Москвы и Санкт-Петербурга 000 1 11 08014 04 0000 120 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городских округов 000 1 11 08015 05 0000 120 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муниципальных районов 000 1 11 08015 10 0000 120 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поселений 000 1 11 08020 00 0000 120 Доходы от распоряжения правами на результаты научно-технической деятельности, находящимися в государственной и муниципальной собственности 000 1 11 08021 01 0000 120 Доходы от распоряжения правами на результаты научно-технической деятельности, находящимися в собственности Российской Федерации 000 1 11 08022 02 0000 120 Доходы от распоряжения правами на результаты научно-технической деятельности, находящимися в собственности субъектов Российской Федерации 000 1 11 08023 03 0000 120 Доходы от распоряжения правами на результаты научно-технической деятельности, находящимися в собственности внутригородских муниципальных образований городов федерального значения Москвы и Санкт-Петербурга 000 1 11 08024 04 0000 120 Доходы от распоряжения правами на результаты научно-технической деятельности, находящимися в собственности городских округов 000 1 11 08025 05 0000 120 Доходы от распоряжения правами на результаты научно-технической деятельности, находящимися в собственности муниципальных районов 000 1 11 08025 10 0000 120 Доходы от распоряжения правами на результаты научно технической деятельности, находящимися в собственности поселений 000 1 11 08030 00 0000 120 Доходы от эксплуатации и использования имущества автомобильных дорог, находящихся в государственной и муниципальной собственности 000 1 11 08031 01 0000 120 Доходы от эксплуатации и использования имущества автомобильных дорог, находящихся в федеральной собственности 000 1 11 08032 02 0000 120 Доходы от эксплуатации и использования имущества автомобильных дорог, находящихся в собственности субъектов Российской Федерации 000 1 11 08033 03 0000 120 Доходы от эксплуатации и использования имущества автомобильных дорог, находящихся в собственности внутригородских муниципальных образований городов федерального значения Москвы и Санкт-Петербурга 000 1 11 08034 04 0000 120 Доходы от эксплуатации и использования имущества автомобильных дорог, находящихся в собственности городских округов 000 1 11 08035 05 0000 120 Доходы от эксплуатации и использования имущества автомобильных дорог, находящихся в собственности муниципальных районов 000 1 11 08035 10 0000 120 Доходы от эксплуатации и использования имущества автомобильных дорог, находящихся в собственности поселений 000 1 11 08040 00 0000 120 Прочие поступления от использования имущества, находящегося в государственной и муниципальной собственности 000 1 11 08041 01 0000 120 Прочие поступления от использования имущества, находящегося в собственности Российской Федерации 000 1 11 08042 02 0000 120 Прочие поступления от использования имущества, находящегося в собственности субъектов Российской Федерации 000 1 11 08043 03 0000 120 Прочие поступления от использования имущества, находящегося в собственности внутригородских муниципальных образований городов федерального значения Москвы и Санкт-Петербурга 000 1 11 08044 04 0000 120 Прочие поступления от использования имущества, находящегося в собственности городских округов 000 1 11 08045 05 0000 120 Прочие поступления от использования имущества, находящегося в собственности муниципальных районов 000 1 11 08045 10 0000 120 Прочие поступления от использования имущества, находящегося в собственности поселений 000 1 11 08046 06 0000 120 Прочие поступления от использования имущества, находящегося в оперативном управлении Пенсионного фонда Российской Федерации 000 1 11 08047 07 0000 120 Прочие поступления от использования имущества, находящегося в оперативном управлении Фонда социального страхования Российской Федерации 000 1 11 08048 08 0000 120 Прочие поступления от использования имущества, находящегося в оперативном управлении Федерального фонда обязательного медицинского страхования 000 1 11 08049 09 0000 120 Прочие поступления от использования имущества, находящегося в оперативном управлении территориальных фондов обязательного медицинского страхования 000 1 12 00000 00 0000 000 ПЛАТЕЖИ ПРИ ПОЛЬЗОВАНИИ ПРИРОДНЫМИ РЕСУРСАМИ 000 1 12 01000 01 0000 120 Плата за негативное воздействие на окружающую среду 000 1 12 02000 01 0000 120 Платежи при пользовании недрами 000 1 12 02010 01 0000 120 Разовые платежи за пользование недрами при наступлении определенных событий, оговоренных в лицензии (бонусы), при пользовании недрами на территории Российской Федерации 000 1 12 02011 01 0000 120 Разовые платежи за пользование недрами при наступлении определенных событий, оговоренных в лицензии (бонусы), при пользовании недрами на территории Российской Федерации по месторождениям и участкам недр (за исключением участков недр, содержащих месторождения природных алмазов, общераспространенных полезных ископаемых, или участков недр местного значения) 000 1 12 02012 01 0000 120 Разовые платежи за пользование недрами при наступлении определенных событий, оговоренных в лицензии (бонусы), при пользовании недрами на территории Российской Федерации по участкам недр, содержащих месторождения общераспространенных полезных ископаемых, или участкам недр местного значения 000 1 12 02013 01 0000 120 Разовые платежи за пользование недрами при наступлении определенных событий, оговоренных в лицензии (бонусы), при пользовании недрами на территории Российской Федерации по участкам недр, содержащих месторождения природных алмазов 000 1 12 02020 01 0000 120 Плата за геологическую информацию о недрах при пользовании недрами на территории Российской Федерации 000 1 12 02030 01 0000 120 Регулярные платежи за пользование недрами при пользовании недрами (ренталс) на территории Российской Федерации 000 1 12 02040 01 0000 120 Плата за договорную акваторию и участки морского дна, полученная при пользовании недрами на территории Российской Федерации 000 1 12 02050 01 0000 120 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 000 1 12 02051 01 0000 120 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 (кроме участков недр, содержащих месторождения общераспространенных полезных ископаемых, участков недр местного значения, а также участков недр местного значения, используемых для целей строительства и эксплуатации подземных сооружений, не связанных с добычей полезных ископаемых) 000 1 12 02052 01 0000 120 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 по участкам недр, содержащим месторождения общераспространенных полезных ископаемых, участкам недр местного значения, а также участкам недр местного значения, используемых для целей строительства и эксплуатации подземных сооружений, не связанных с добычей полезных ископаемых 000 1 12 02060 01 0000 120 Разовые платежи за пользование недрами при наступлении определенных событий, оговоренных в лицензии (бонусы),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000 1 12 02070 01 0000 120 Плата за геологическую информацию о недрах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000 1 12 02080 01 0000 120 Регулярные платежи за пользование недрами (ренталс)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000 1 12 02090 01 0000 120 Плата за договорную акваторию и участки морского дна, полученная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 000 1 12 02100 00 0000 120 Прочие платежи при пользовании недрами 000 1 12 02101 01 0000 120 Прочие платежи при пользовании недрами (за исключением платежей при пользовании недрами по участкам недр, содержащим месторождения общераспространенных полезных ископаемых, или участкам недр местного значения) 000 1 12 02102 02 0000 120 Прочие платежи при пользовании недрами по участкам недр, содержащим месторождения общераспространенных полезных ископаемых, или участкам недр местного значения 000 1 12 03000 01 0000 120 Плата за пользование водными биологическими ресурсами по межправительственным соглашениям 000 1 12 04000 00 0000 120 Платежи за пользование лесным фондом и лесами иных категорий 000 1 12 04010 01 0000 120 Платежи за пользование лесным фондом и лесами иных категорий в части минимальных ставок платы за древесину, отпускаемую на корню 000 1 12 04011 01 0000 120 Лесные подати в части минимальных ставок платы за древесину, отпускаемую на корню 000 1 12 04012 01 0000 120 Арендная плата за пользование лесным фондом и лесами иных категорий в части минимальных ставок платы за древесину, отпускаемую на корню 000 1 12 04020 02 0000 120 Платежи за пользование лесным фондом и лесами иных категорий в части, превышающей минимальные ставки платы за древесину, отпускаемую на корню 000 1 12 04021 02 0000 120 Лесные подати в части, превышающей минимальные ставки платы за древесину, отпускаемую на корню 000 1 12 04022 02 0000 120 Арендная плата за пользование лесным фондом и лесами иных категорий в части, превышающей минимальные ставки платы за древесину, отпускаемую на корню 000 1 12 04030 01 0000 120 Плата за перевод лесных земель в нелесные и перевод земель лесного фонда в земли иных категорий 000 1 12 04040 02 0000 120 Прочие доходы от использования лесного фонда Российской Федерации и лесов иных категорий 000 1 12 04050 01 0000 120 Арендная плата за пользование участками лесного фонда в целях, не связанных с ведением лесного хозяйства и осуществлением лесопользования 000 1 12 05000 00 0000 120 Плата за пользование водными объектами 000 1 12 05010 01 0000 120 Плата за пользование водными объектами, находящимися в федеральной собственности 000 1 12 05020 02 0000 120 Плата за пользование водными объектами, находящимися в собственности субъектов Российской Федерации 000 1 12 05040 04 0000 120 Плата за пользование водными объектами, находящимися в собственности городских округов 000 1 12 05050 05 0000 120 Плата за пользование водными объектами, находящимися в собственности муниципальных районов 000 1 12 05050 10 0000 120 Плата за пользование водными объектами, находящимися в собственности поселений 000 1 12 06000 01 0000 120 Доходы от проведения аукционов по продаже долей в общем объеме квот на вылов (добычу) водных биологических ресурсов, вновь разрешаемых к использованию в промышленных целях, а также во вновь осваиваемых районах промысла 000 1 12 07000 00 0000 120 Доходы, полученные от применения рыночного механизма оборота долей в общем объеме квот на вылов (добычу) водных биологических ресурсов 000 1 12 07010 01 0000 120 Доходы, полученные от применения рыночного механизма оборота долей, определяемых федеральными органами исполнительной власти, в общем объеме квот на вылов (добычу) водных биологических ресурсов 000 1 12 07020 02 0000 120 Доходы, полученные от применения рыночного механизма оборота долей, определяемых органами исполнительной власти субъектов Российской Федерации, в общем объеме квот на вылов (добычу) водных биологических ресурсов 000 1 13 00000 00 0000 000 ДОХОДЫ ОТ ОКАЗАНИЯ ПЛАТНЫХ УСЛУГ И КОМПЕНСАЦИИ ЗАТРАТ ГОСУДАРСТВА 000 1 13 01000 00 0000 130 Доходы от оказания услуг или компенсации затрат государства 000 1 13 01010 01 0000 130 Консульские сборы 000 1 13 01020 01 0000 130 Плата за предоставление информации, содержащейся в Едином государственном реестре налогоплательщиков 000 1 13 01030 01 0000 130 Плата за предоставление сведений, содержащихся в Едином государственном реестре юридических лиц и в Едином государственном реестре индивидуальных предпринимателей 000 1 13 01040 01 0000 130 Плата за предоставление информации о зарегистрированных правах на недвижимое имущество и сделках с ним, выдачу копий договоров и иных документов, выражающих содержание односторонних сделок, совершенных в простой письменной форме 000 1 13 01050 01 0000 130 Доходы от операций с государственным материальным резервом 000 1 13 01060 01 0000 130 Доходы от операций с продукцией особого хранения 000 1 13 01070 01 0000 130 Доходы от оказания платных услуг (работ), предоставления статистической информации 000 1 13 01080 01 0000 130 Доходы от оказания платных услуг (работ) в соответствии с договорами по производству экспертиз и экспертных исследований и за выполнение научно-исследовательских, консультационных и других видов работ 000 1 13 01090 01 0000 130 Средства, уплачиваемые импортерами таможенным органам за выдачу акцизных марок 000 1 13 01100 01 0000 130 Средства отчислений операторов сети связи общего пользования в резерв универсального обслуживания 000 1 13 01120 01 0000 130 Доходы от отпуска семян из федеральных фондов семян 000 1 13 01130 01 0000 130 Доходы от проведения товарных интервенций из запасов федерального интервенционного фонда сельскохозяйственной продукции, сырья и продовольствия 000 1 13 01140 01 0000 130 Доходы, получаемые от оказания услуг в области пожарной безопасности 000 1 13 01150 01 0000 130 Доходы от действий, связанных с оформлением визовых документов иностранным гражданам 000 1 13 01160 01 0000 130 Доходы от оказания информационно-консультационных и иных видов услуг 000 1 13 01170 01 0000 130 Патентные пошлины за селекционные достижения 000 1 13 01180 01 0000 130 Плата за услуги, предоставляемые на договорной основе подразделениями органов внутренних дел Министерства внутренних дел Российской Федерации по охране имущества юридических и физических лиц, и иные услуги, связанные с обеспечением охраны и безопасности граждан 000 1 13 01190 01 0000 130 Доходы от оказания платных услуг органами Государственной фельдъегерской службы Российской Федерации 000 1 13 01200 01 0000 130 Средства, возмещаемые юридическими лицами и индивидуальными предпринимателями за проведение контрольных мероприятий, контрольных покупок и проведение экспертиз, испытаний образцов товаров 000 1 13 01210 01 0000 130 Пошлины за патентование изобретений, полезных моделей, промышленных образцов, регистрацию товарных знаков, знаков обслуживания, наименований мест происхождения товаров, предоставление права пользования наименованиями мест происхождения товаров 000 1 13 01220 01 0000 130 Плата за услуги (работы), оказываемые Гохраном России 000 1 13 01230 01 0000 130 Доходы, поступающие в виде компенсации Российской Федерации за участие российских воинских контингентов в миротворческих операциях ООН, получаемые за рубежом 000 1 13 01240 01 0000 130 Доходы, взимаемые в возмещение фактических расходов, связанных с консульскими действиями 000 1 13 01250 01 0000 130 Плата пользователей радиочастотным спектром 000 1 13 01260 01 0000 130 Плата за услуги, предоставляемые на договорной основе учреждениями аварийно-спасательных формирований противофонтанных военизированных частей, находящихся в ведении Федерального агентства по энергетике, по предотвращению и ликвидации аварий, связанных с открытыми фонтанными проявлениями 000 1 13 01270 01 0000 130 Доходы, поступающие в порядке возмещения федеральному бюджету средств, выплаченных на покрытие процессуальных издержек 000 1 13 02000 00 0000 130 Лицензионные сборы 000 1 13 02010 01 0000 130 Сборы за выдачу федеральным органом исполнительной власти лицензий на осуществление видов деятельности, связанных с производством и оборотом этилового спирта, алкогольной и спиртосодержащей продукции 000 1 13 02020 00 0000 130 Сборы за выдачу лицензий на розничную продажу алкогольной продукции 000 1 13 02021 02 0000 130 Сборы за выдачу органами государственной власти субъектов Российской Федерации лицензий на розничную продажу алкогольной продукции 000 1 13 02022 03 0000 130 Сборы за выдачу органами местного самоуправления внутригородских муниципальных образований городов федерального значения Москвы и Санкт-Петербурга лицензий на розничную продажу алкогольной продукции 000 1 13 02023 04 0000 130 Сборы за выдачу органами местного самоуправления городских округов лицензий на розничную продажу алкогольной продукции 000 1 13 02024 05 0000 130 Сборы за выдачу органами местного самоуправления муниципальных районов лицензий на розничную продажу алкогольной продукции 000 1 13 02030 00 0000 130 Прочие лицензионные сборы 000 1 13 02031 01 0000 130 Прочие сборы за выдачу лицензий федеральными органами исполнительной власти 000 1 13 02032 01 0000 130 Прочие сборы за выдачу лицензий органами государственной власти субъектов Российской Федерации 000 1 13 02033 01 0000 130 Прочие сборы за выдачу лицензий органами местного самоуправления 000 1 13 02034 01 0000 130 Прочие сборы за выдачу лицензий органами управления городских округов 000 1 13 02035 01 0000 130 Прочие сборы за выдачу лицензий органами управления муниципальных районов 000 1 13 03000 00 0000 130 Прочие доходы от оказания платных услуг и компенсации затрат государства 000 1 13 03010 01 0000 130 Прочие доходы от оказания платных услуг получателями средств федерального бюджета и компенсации затрат федерального бюджета 000 1 13 03020 02 0000 130 Прочие доходы от оказания платных услуг получателями средств бюджетов субъектов Российской Федерации и компенсации затрат бюджетов субъектов Российской Федерации 000 1 13 03030 03 0000 130 Прочие доходы от оказания платных услуг получателями средств бюджетов внутригородских муниципальных образований городов федерального значения Москвы и Санкт-Петербурга и компенсации затрат бюджетов внутригородских муниципальных образований городов федерального значения Москвы и Санкт-Петербурга 000 1 13 03040 04 0000 130 Прочие доходы от оказания платных услуг получателями средств бюджетов городских округов и компенсации затрат бюджетов городских округов 000 1 13 03050 05 0000 130 Прочие доходы от оказания платных услуг получателями средств бюджетов муниципальных районов и компенсации затрат бюджетов муниципальных районов 000 1 13 03050 10 0000 130 Прочие доходы от оказания платных услуг получателями средств бюджетов поселений и компенсации затрат государства бюджетов поселений 000 1 13 03060 06 0000 130 Прочие доходы Пенсионного фонда Российской Федерации от оказания платных услуг и компенсации затрат бюджета Пенсионного фонда Российской Федерации 000 1 13 03070 07 0000 130 Прочие доходы Фонда социального страхования Российской Федерации от оказания платных услуг и компенсации затрат бюджета Фонда социального страхования Российской Федерации 000 1 13 03080 08 0000 130 Прочие доходы Федерального фонда обязательного медицинского страхования от оказания платных услуг и компенсации затрат бюджета Федерального фонда обязательного медицинского страхования 000 1 13 03090 09 0000 130 Прочие доходы территориальных фондов обязательного медицинского страхования от оказания платных услуг и компенсации бюджетов территориальных фондов обязательного медицинского страхования 000 1 14 00000 00 0000 000 ДОХОДЫ ОТ ПРОДАЖИ МАТЕРИАЛЬНЫХ И НЕМАТЕРИАЛЬНЫХ АКТИВОВ 000 1 14 01000 00 0000 410 Доходы от продажи квартир 000 1 14 01010 01 0000 410 Доходы от продажи квартир, находящихся в федеральной собственности 000 1 14 01020 02 0000 410 Доходы от продажи квартир, находящихся в собственности субъектов Российской Федерации 000 1 14 01030 03 0000 410 Доходы от продажи квартир, находящихся в собственности внутригородских муниципальных образований городов федерального значения Москвы и Санкт-Петербурга 000 1 14 01040 04 0000 410 Доходы от продажи квартир, находящихся в собственности городских округов 000 1 14 01050 05 0000 410 Доходы от продажи квартир, находящихся в собственности муниципальных районов 000 1 14 01050 10 0000 410 Доходы от продажи квартир, находящихся в собственности поселений 000 1 14 02000 00 0000 000 Доходы от реализации имущества, находящегося в государственной и муниципальной собственности 000 1 14 02010 01 0000 410 Доходы от реализации имущества, находящегося в собственности Российской Федерации (в части реализации основных средств по указанному имуществу) 000 1 14 02010 01 0000 440 Доходы от реализации имущества, находящегося в собственности Российской Федерации (в части реализации материальных запасов по указанному имуществу) 000 1 14 02011 01 0000 410 Доходы от реализации продуктов утилизации кораблей (в части реализации основных средств по указанному имуществу) 000 1 14 02011 01 0000 440 Доходы от реализации продуктов утилизации кораблей (в части реализации материальных запасов по указанному имуществу) 000 1 14 02012 01 0000 410 Доходы от реализации имущества федеральных государственных унитарных предприятий (в части реализации основных средств по указанному имуществу) 000 1 14 02012 01 0000 440 Доходы от реализации имущества федеральных государственных унитарных предприятий (в части реализации материальных запасов по указанному имуществу) 000 1 14 02013 01 0000 410 Доходы от реализации имущества, находящегося в оперативном управлении федеральных учреждений (в части реализации основных средств по указанному имуществу) 000 1 14 02013 01 0000 440 Доходы от реализации имущества, находящегося в оперативном управлении федеральных учреждений (в части реализации материальных запасов по указанному имуществу) 000 1 14 02014 01 0000 410 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основных средств по указанному имуществу) 000 1 14 02014 01 0000 440 Доходы от реализации высвобождаемого движимого и недвижимого военного и иного имущества федеральных органов исполнительной власти, в которых предусмотрена военная и приравненная к ней служба (в части реализации материальных запасов по указанному имуществу) 000 1 14 02015 01 0000 410 Доходы от реализации продуктов утилизации вооружения, военной техники и боеприпасов (в части реализации основных средств по указанному имуществу) 000 1 14 02015 01 0000 440 Доходы от реализации продуктов утилизации вооружения, военной техники и боеприпасов (в части реализации материальных запасов по указанному имуществу) 000 1 14 02016 01 0000 410 Доходы от реализации продукции военного назначения из наличия федеральных органов исполнительной власти в рамках военно-технического сотрудничества (в части реализации основных средств по указанному имуществу) 000 1 14 02016 01 0000 440 Доходы от реализации продукции военного назначения из наличия федеральных органов исполнительной власти в рамках военно-технического сотрудничества (в части реализации материальных запасов по указанному имуществу) 000 1 14 02019 01 0000 410 Доходы от реализации иного имущества, находящегося в федеральной собственности (в части реализации основных средств по указанному имуществу) 000 1 14 02019 01 0000 440 Доходы от реализации иного имущества, находящегося в федеральной собственности (в части реализации материальных запасов по указанному имуществу) 000 1 14 02020 02 0000 410 Доходы от реализации имущества, находящегося в собственности субъектов Российской Федерации (в части реализации основных средств по указанному имуществу) 000 1 14 02020 02 0000 440 Доходы от реализации имущества, находящегося в собственности субъектов Российской Федерации (в части реализации материальных запасов по указанному имуществу) 000 1 14 02021 02 0000 410 Доходы от реализации имущества государственных унитарных предприятий субъектов Российской Федерации (в части реализации основных средств по указанному имуществу) 000 1 14 02021 02 0000 440 Доходы от реализации имущества государственных унитарных предприятий субъектов Российской Федерации (в части реализации материальных запасов по указанному имуществу) 000 1 14 02022 02 0000 410 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(в части реализации основных средств по указанному имуществу) 000 1 14 02022 02 0000 440 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(в части реализации материальных запасов по указанному имуществу) 000 1 14 02023 02 0000 410 Доходы от реализации иного имущества, находящегося в собственности субъектов Российской Федерации (в части реализации основных средств по указанному имуществу) 000 1 14 02023 02 0000 440 Доходы от реализации иного имущества, находящегося в собственности субъектов Российской Федерации (в части реализации материальных запасов по указанному имуществу) 000 1 14 02030 03 0000 410 Доходы от реализации имущества, находящегося в собственности внутригородских муниципальных образований городов федерального значения Москвы и Санкт-Петербурга (в части реализации основных средств по указанному имуществу) 000 1 14 02030 03 0000 440 Доходы от реализации имущества, находящегося в собственности внутригородских муниципальных образований городов федерального значения Москвы и Санкт-Петербурга (в части реализации материальных запасов по указанному имуществу) 000 1 14 02030 04 0000 410 Доходы от реализации имущества, находящегося в собственности городских округов (в части реализации основных средств по указанному имуществу) 000 1 14 02030 04 0000 440 Доходы от реализации имущества, находящегося в собственности городских округов (в части реализации материальных запасов по указанному имуществу) 000 1 14 02030 05 0000 410 Доходы от реализации имущества, находящегося в собственности муниципальных районов (в части реализации основных средств по указанному имуществу) 000 1 14 02030 05 0000 440 Доходы от реализации имущества, находящегося в собственности муниципальных районов (в части реализации материальных запасов по указанному имуществу) 000 1 14 02030 10 0000 410 Доходы от реализации имущества, находящегося в собственности поселений (в части реализации основных средств по указанному имуществу) 000 1 14 02030 10 0000 440 Доходы от реализации имущества, находящегося в собственности поселений (в части реализации материальных запасов по указанному имуществу) 000 1 14 02031 03 0000 410 Доходы от реализации имущества муниципальных унитарных предприятий (в части реализации основных средств по указанному имуществу) 000 1 14 02031 03 0000 440 Доходы от реализации имущества муниципальных унитарных предприятий (в части реализации материальных запасов по указанному имуществу) 000 1 14 02031 04 0000 410 Доходы от реализации имущества муниципальных унитарных предприятий, созданных городскими округами (в части реализации основных средств по указанному имуществу) 000 1 14 02031 04 0000 440 Доходы от реализации имущества муниципальных унитарных предприятий, созданных городскими округами (в части реализации материальных запасов по указанному имуществу) 000 1 14 02031 05 0000 410 Доходы от реализации имущества муниципальных унитарных предприятий, созданных муниципальными районами (в части реализации основных средств по указанному имуществу) 000 1 14 02031 05 0000 440 Доходы от реализации имущества муниципальных унитарных предприятий, созданных муниципальными районами (в части реализации материальных запасов по указанному имуществу) 000 1 14 02031 10 0000 410 Доходы от реализации имущества муниципальных унитарных предприятий, созданных поселениями (в части реализации основных средств по указанному имуществу) 000 1 14 02031 10 0000 440 Доходы от реализации имущества муниципальных унитарных предприятий, созданных поселениями (в части реализации материальных запасов по указанному имуществу) 000 1 14 02032 03 0000 410 Доходы от реализации имущества, находящегося в оперативном управлении учреждений, находящихся в ведении органов местного самоуправления внутригородских муниципальных образований городов федерального значения Москвы и Санкт-Петербурга (в части реализации основных средств по указанному имуществу) 000 1 14 02032 03 0000 440 Доходы от реализации имущества, находящегося в оперативном управлении учреждений, находящихся в ведении органов местного самоуправления внутригородских муниципальных образований городов федерального значения Москвы и Санкт-Петербурга (в части реализации материальных запасов по указанному имуществу) 000 1 14 02032 04 0000 410 Доходы от реализации имущества, находящегося в оперативном управлении учреждений, находящихся в ведении органов управления городских округов (в части реализации основных средств по указанному имуществу) 000 1 14 02032 04 0000 440 Доходы от реализации имущества, находящегося в оперативном управлении учреждений, находящихся в ведении органов управления городских округов (в части реализации материальных запасов по указанному имуществу) 000 1 14 02032 05 0000 410 Доходы от реализации имущества, находящегося в оперативном управлении учреждений, находящихся в ведении органов управления муниципальных районов (в части реализации основных средств по указанному имуществу) 000 1 14 02032 05 0000 440 Доходы от реализации имущества, находящегося в оперативном управлении учреждений, находящихся в ведении органов управления муниципальных районов (в части реализации материальных запасов по указанному имуществу) 000 1 14 02032 10 0000 410 Доходы от реализации имущества, находящегося в оперативном управлении учреждений, находящихся в ведении органов управления поселений (в части реализации основных средств по указанному имуществу) 000 1 14 02032 10 0000 440 Доходы от реализации имущества, находящегося в оперативном управлении учреждений, находящихся в ведении органов управления поселений (в части реализации материальных запасов по указанному имуществу) 000 1 14 02033 03 0000 410 Доходы от реализации иного имущества, находящегося в муниципальной собственности внутригородских муниципальных образований городов федерального значения Москвы или Санкт-Петербурга (в части реализации основных средств по указанному имуществу) 000 1 14 02033 03 0000 440 Доходы от реализации иного имущества, находящегося в муниципальной собственности внутригородских муниципальных образований городов федерального значения Москвы или Санкт-Петербурга (в части реализации материальных запасов по указанному имуществу) 000 1 14 02033 04 0000 410 Доходы от реализации иного имущества, находящегося в собственности городских округов (в части реализации основных средств по указанному имуществу) 000 1 14 02033 04 0000 440 Доходы от реализации иного имущества, находящегося в собственности городских округов (в части реализации материальных запасов по указанному имуществу) 000 1 14 02033 05 0000 410 Доходы от реализации иного имущества, находящегося в собственности муниципальных районов (в части реализации основных средств по указанному имуществу) 000 1 14 02033 05 0000 440 Доходы от реализации иного имущества, находящегося в собственности муниципальных районов (в части реализации материальных запасов по указанному имуществу) 000 1 14 02033 10 0000 410 Доходы от реализации иного имущества, находящегося в собственности поселений (в части реализации основных средств по указанному имуществу) 000 1 14 02033 10 0000 440 Доходы от реализации иного имущества, находящегося в собственности поселений (в части реализации материальных запасов по указанному имуществу) 000 1 14 02060 06 0000 410 Доходы от реализации имущества, находящегося в оперативном управлении Пенсионного фонда Российской Федерации (в части реализации основных средств по указанному имуществу) 000 1 14 02060 06 0000 440 Доходы от реализации имущества, находящегося в оперативном управлении Пенсионного фонда Российской Федерации (в части реализации материальных запасов по указанному имуществу) 000 1 14 02070 07 0000 410 Доходы от реализации имущества, находящегося в оперативном управлении Фонда социального страхования Российской Федерации (в части реализации основных средств по указанному имуществу) 000 1 14 02070 07 0000 440 Доходы от реализации имущества, находящегося в оперативном управлении Фонда социального страхования Российской Федерации (в части реализации материальных запасов по указанному имуществу) 000 1 14 02080 08 0000 410 Доходы от реализации имущества, находящегося в оперативном управлении Федерального фонда обязательного медицинского страхования (в части реализации основных средств по указанному имуществу) 000 1 14 02080 08 0000 440 Доходы от реализации имущества, находящегося в оперативном управлении Федерального фонда обязательного медицинского страхования (в части реализации материальных запасов по указанному имуществу) 000 1 14 02090 09 0000 410 Доходы от реализации имущества, находящегося в оперативном управлении территориальных фондов обязательного медицинского страхования (в части реализации основных средств по указанному имуществу) 000 1 14 02090 09 0000 440 Доходы от реализации имущества, находящегося в оперативном управлении территориальных фондов обязательного медицинского страхования (в части реализации материальных запасов по указанному имуществу) 000 1 14 03000 00 0000 410 Средства от распоряжения и реализации конфискованного и иного имущества, обращенного в доход государства (в части реализации основных средств по указанному имуществу) 000 1 14 03000 00 0000 440 Средства от распоряжения и реализации конфискованного и иного имущества, обращенного в доход государства (в части реализации материальных запасов по указанному имуществу) 000 1 14 03010 01 0000 410 Средства от распоряжения и реализации имущества, обращенного в доход Российской Федерации (в части реализации основных средств по указанному имуществу) 000 1 14 03010 01 0000 440 Средства от распоряжения и реализации имущества, обращенного в доход Российской Федерации (в части реализации материальных запасов по указанному имуществу) 000 1 14 03011 01 0000 410 Средства от распоряжения и реализации выморочного имущества, обращенного в доход Российской Федерации (в части реализации основных средств по указанному имуществу) 000 1 14 03011 01 0000 440 Средства от распоряжения и реализации выморочного имущества, обращенного в доход Российской Федерации (в части реализации материальных запасов по указанному имуществу) 000 1 14 03012 01 0000 410 Средства от распоряжения и реализации конфискованного и иного имущества, обращенного в доход Российской Федерации (в части реализации основных средств по указанному имуществу) 000 1 14 03012 01 0000 440 Средства от распоряжения и реализации конфискованного и иного имущества, обращенного в доход Российской Федерации (в части реализации материальных запасов по указанному имуществу) 000 1 14 03013 01 0000 440 Средства от реализации секвестрованной древесины 000 1 14 03020 02 0000 410 Средства от распоряжения и реализации конфискованного и иного имущества, обращенного в доходы субъектов Российской Федерации (в части реализации основных средств по указанному имуществу) 000 1 14 03020 02 0000 440 Средства от распоряжения и реализации конфискованного и иного имущества, обращенного в доходы субъектов Российской Федерации (в части реализации материальных запасов по указанному имуществу) 000 1 14 03030 03 0000 410 Средства от распоряжения и реализации конфискованного и иного имущества, обращенного в доходы внутригородских муниципальных образований городов федерального значения Москвы и Санкт-Петербурга (в части реализации основных средств по указанному имуществу) 000 1 14 03030 03 0000 440 Средства от распоряжения и реализации конфискованного и иного имущества, обращенного в доходы внутригородских муниципальных образований городов федерального значения Москвы и Санкт-Петербурга (в части реализации материальных запасов по указанному имуществу) 000 1 14 03040 04 0000 410 Средства от распоряжения и реализации конфискованного и иного имущества, обращенного в доходы городских округов (в части реализации основных средств по указанному имуществу) 000 1 14 03040 04 0000 440 Средства от распоряжения и реализации конфискованного и иного имущества, обращенного в доходы городских округов (в части реализации материальных запасов по указанному имуществу) 000 1 14 03050 05 0000 410 Средства от распоряжения и реализации конфискованного и иного имущества, обращенного в доходы муниципальных районов (в части реализации основных средств по указанному имуществу) 000 1 14 03050 05 0000 440 Средства от распоряжения и реализации конфискованного и иного имущества, обращенного в доходы муниципальных районов (в части реализации материальных запасов по указанному имуществу) 000 1 14 03050 10 0000 410 Средства от распоряжения и реализации конфискованного и иного имущества, обращенного в доходы поселений (в части реализации основных средств по указанному имуществу) 000 1 14 03050 10 0000 440 Средства от распоряжения и реализации конфискованного и иного имущества, обращенного в доходы поселений (в части реализации материальных запасов по указанному имуществу) 0001 14 03060 06 0000 410 Средства от распоряжения и реализации конфискованного и иного имущества, обращенного в доход Пенсионного фонда Российской Федерации (в части реализации основных средств по указанному имуществу) 000 1 14 03060 06 0000 440 Средства от распоряжения и реализации конфискованного и иного имущества, обращенного в доход Пенсионного фонда Российской Федерации (в части реализации материальных запасов по указанному имуществу) 000 1 14 04000 00 0000 420 Доходы от продажи нематериальных активов 000 1 14 04010 01 0000 420 Доходы от продажи нематериальных активов, находящихся в федеральной собственности 000 1 14 04020 02 0000 420 Доходы от продажи нематериальных активов, находящихся в собственности субъектов Российской Федерации 000 1 14 04030 03 0000 420 Доходы от продажи нематериальных активов, находящихся в собственности внутригородских муниципальных образований городов федерального значения Москвы и Санкт-Петербурга 000 1 14 04040 04 0000 420 Доходы от продажи нематериальных активов, находящихся в собственности городских округов 000 1 14 04050 05 0000 420 Доходы от продажи нематериальных активов, находящихся в собственности муниципальных районов 000 1 14 04050 10 0000 420 Доходы от продажи нематериальных активов, находящихся в собственности поселений 000 1 14 04060 06 0000 420 Доходы от продажи нематериальных активов, находящихся в собственности Пенсионного фонда Российской Федерации 000 1 14 04070 07 0000 420 Доходы от продажи нематериальных активов, находящихся в собственности Фонда социального страхования Российской Федерации 000 1 14 04080 08 0000 420 Доходы от продажи нематериальных активов, находящихся в собственности Федерального фонда обязательного медицинского страхования 000 1 14 04090 09 0000 420 Доходы от продажи нематериальных активов, находящихся в собственности территориальных фондов обязательного медицинского страхования 000 1 14 05000 01 0000 440 Доходы в виде доли прибыльной продукции государства при выполнении соглашений о разделе продукции 000 1 15 00000 00 0000 000 АДМИНИСТРАТИВНЫЕ ПЛАТЕЖИ И СБОРЫ 000 1 15 01000 00 0000 140 Административные сборы 000 1 15 01010 01 0000 140 Исполнительский сбор 000 1 15 02000 00 0000 140 Платежи, взимаемые государственными и муниципальными организациями за выполнение определенных функций 000 1 15 02010 01 0000 140 Платежи, взимаемые федеральными государственными организациями за выполнение определенных функций 000 1 15 02020 02 0000 140 Платежи, взимаемые государственными организациями субъектов Российской Федерации за выполнение определенных функций 000 1 15 02030 03 0000 140 Платежи, взимаемые организациями, созданными внутригородскими муниципальными образованиями городов федерального значения Москвы и Санкт-Петербурга, за выполнение определенных функций 000 1 15 02040 04 0000 140 Платежи, взимаемые организациями городских округов за выполнение определенных функций 000 1 15 02050 05 0000 140 Платежи, взимаемые организациями муниципальных районов за выполнение определенных функций 000 1 15 02050 10 0000 140 Платежи, взимаемые организациями поселений за выполнение определенных функций 000 1 16 00000 00 0000 000 ШТРАФЫ, САНКЦИИ, ВОЗМЕЩЕНИЕ УЩЕРБА 000 1 16 01000 01 0000 140 Денежные взыскания (штрафы) за нарушение обязательных требований государственных стандартов, правил обязательной сертификации, нарушение требований нормативных документов по обеспечению единства измерений 000 1 16 02000 00 0000 140 Денежные взыскания (штрафы) за нарушение антимонопольного законодательства в сфере конкуренции на товарных рынках, защиты конкуренции на рынке финансовых услуг, законодательства о естественных монополиях и законодательства о государственном регулировании цен (тарифов) 000 1 16 02010 01 0000 140 Денежные взыскания (штрафы) за нарушение антимонопольного законодательства в сфере конкуренции на товарных рынках, защиты конкуренции на рынке финансовых услуг, законодательства о естественных монополиях и законодательства о государственном регулировании цен (тарифов), налагаемые федеральными органами государственной власти 000 1 16 02020 02 0000 140 Денежные взыскания (штрафы) за нарушение законодательства о государственном регулировании цен (тарифов), налагаемые органами государственной власти субъектов Российской Федерации 000 1 16 03000 00 0000 140 Денежные взыскания (штрафы) за нарушение законодательства о налогах и сборах 000 1 16 03010 01 0000 140 Денежные взыскания (штрафы) за нарушение законодательства о налогах и сборах, предусмотренные статьями 116, 117, 118, пунктами 1 и 2 статьи 120, статьями 125, 126, 128, 129, 129-1, 132, 133, 134, 135, 135-1 Налогового кодекса Российской Федерации 000 1 16 03020 02 0000 140 Денежные взыскания (штрафы) за нарушение законодательства о налогах и сборах, предусмотренные статьей 129-2 Налогового кодекса Российской Федерации 000 1 16 03030 01 0000 140 Денежные взыскания (штрафы) за административные правонарушения в области налогов и сборов, предусмотренные Кодексом Российской Федерации об административных правонарушениях 000 1 16 04000 01 0000 140 Денежные взыскания (штрафы) за нарушение таможенного дела (таможенных правил) 000 1 16 05000 01 0000 140 Денежные взыскания (штрафы) за нарушение валютного законодательства Российской Федерации и актов органов валютного регулирования, а также законодательства Российской Федерации в области экспортного контроля 000 1 16 06000 01 0000 140 Денежные взыскания (штрафы) за нарушение законодательства о применении контрольно-кассовой техники при осуществлении наличных денежных расчетов и (или) расчетов с использованием платежных карт 000 1 16 07000 01 0000 140 Денежные взыскания (штрафы) за нарушение законодательства Российской Федерации об основах конституционного строя Российской Федерации, о государственной власти Российской Федерации, о государственной службе Российской Федерации, о выборах и референдумах Российской Федерации, об Уполномоченном по правам человека в Российской Федерации 000 1 16 08000 01 0000 140 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и табачной продукции 000 1 16 09000 01 0000 140 Денежные взыскания (штрафы) за нарушение законодательства Российской Федерации о военном и чрезвычайном положении, об обороне и безопасности государства, о воинской обязанности и военной службе и административные правонарушения в области защиты Государственной границы Российской Федерации 000 1 16 10000 01 0000 140 Денежные взыскания (штрафы) за нарушение законодательства Российской Федерации о государственном оборонном заказе 000 1 16 11000 01 0000 140 Денежные взыскания (штрафы) за нарушение законодательства Российской Федерации об использовании атомной энергии 000 1 16 12000 01 0000 140 Денежные взыскания (штрафы) за нарушение законодательства Российской Федерации о противодействии легализации (отмыванию) доходов, полученных преступным путем, и финансированию терроризма, об обороте наркотических и психотропных средств 000 1 16 13000 01 0000 140 Денежные взыскания (штрафы) за нарушение законодательства Российской Федерации о внутренних морских водах, территориальном море, континентальном шельфе, об исключительной экономической зоне Российской Федерации 000 1 16 14000 01 0000 140 Денежные взыскания (штрафы) за нарушение законодательства Российской Федерации о банках и банковской деятельности 000 1 16 15000 01 0000 140 Денежные взыскания (штрафы) за нарушение законодательства Российской Федерации о рынке ценных бумаг 000 1 16 16000 01 0000 140 Денежные взыскания (штрафы) за нарушение законодательства Российской Федерации о товарных биржах и биржевой торговле 000 1 16 17000 01 0000 140 Денежные взыскания (штрафы) за нарушение законодательства Российской Федерации о суде и судоустройстве, об исполнительном производстве и судебные штрафы 000 1 16 18000 00 0000 140 Денежные взыскания (штрафы) за нарушение бюджетного законодательства Российской Федерации 000 1 16 18010 01 0000 140 Денежные взыскания (штрафы) за нарушение бюджетного законодательства (в части федерального бюджета) 000 1 16 18020 02 0000 140 Денежные взыскания (штрафы) за нарушение бюджетного законодательства (в части бюджетов субъектов Российской Федерации) 000 1 16 18030 03 0000 140 Денежные взыскания (штрафы) за нарушение бюджетного законодательства (в части бюджетов внутригородских муниципальных образований городов федерального значения Москвы и Санкт-Петербурга) 000 1 16 18040 04 0000 140 Денежные взыскания (штрафы) за нарушение бюджетного законодательства (в части бюджетов городских округов) 000 1 16 18050 05 0000 140 Денежные взыскания (штрафы) за нарушение бюджетного законодательства (в части бюджетов муниципальных районов) 000 1 16 18050 10 0000 140 Денежные взыскания (штрафы) за нарушение бюджетного законодательства (в части бюджетов поселений) 000 1 16 19000 01 0000 140 Денежные взыскания (штрафы) за нарушение трудового законодательства 000 1 16 20000 00 0000 140 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бюджетов государственных внебюджетных фондов) 000 1 16 20010 06 0000 140 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бюджета Пенсионного фонда Российской Федерации) 000 1 16 20020 07 0000 140 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бюджета Фонда социального страхования Российской Федерации) 000 1 16 20030 08 0000 140 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бюджета Федерального фонда обязательного медицинского страхования) 000 1 16 20040 09 0000 140 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бюджетов территориальных фондов обязательного медицинского страхования) 000 1 16 21000 00 0000 140 Денежные взыскания (штрафы) и иные суммы, взыскиваемые с лиц, виновных в совершении преступлений, и в возмещение ущерба имуществу 000 1 16 21010 01 0000 140 Денежные взыскания (штрафы) и иные суммы, взыскиваемые с лиц, виновных в совершении преступлений, и в возмещение ущерба имуществу, зачисляемые в федеральный бюджет 000 1 16 21020 02 0000 140 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 000 1 16 21030 03 0000 140 Денежные взыскания (штрафы) и иные суммы, взыскиваемые с лиц, виновных в совершении преступлений, и в возмещение ущерба имуществу, зачисляемые в бюджеты внутригородских муниципальных образований городов федерального значения Москвы и Санкт-Петербурга 000 1 16 21040 04 0000 140 Денежные взыскания (штрафы) и иные суммы, взыскиваемые с лиц, виновных в совершении преступлений, и в возмещение ущерба имуществу, зачисляемые в бюджеты городских округов 000 1 16 21050 05 0000 140 Денежные взыскания (штрафы) и иные суммы, взыскиваемые с лиц, виновных в совершении преступлений, и в возмещение ущерба имуществу, зачисляемые в бюджеты муниципальных районов 000 1 16 21050 10 0000 140 Денежные взыскания (штрафы) и иные суммы, взыскиваемые с лиц, виновных в совершении преступлений, и в возмещение ущерба имуществу, зачисляемые в бюджеты поселений 000 1 16 21060 06 0000 140 Денежные взыскания (штрафы) и иные суммы, взыскиваемые с лиц, виновных в совершении преступлений, и в возмещение ущерба имуществу, зачисляемые в бюджет Пенсионного фонда Российской Федерации 000 1 16 21070 07 0000 140 Денежные взыскания (штрафы) и иные суммы, взыскиваемые с лиц, виновных в совершении преступлений, и в возмещение ущерба имуществу, зачисляемые в бюджет Фонда социального страхования Российской Федерации 000 1 16 21080 08 0000 140 Денежные взыскания (штрафы) и иные суммы, взыскиваемые с лиц, виновных в совершении преступлений, и в возмещение ущерба имуществу, зачисляемые в бюджет Федерального фонда обязательного медицинского страхования 000 1 16 21090 09 0000 140 Денежные взыскания (штрафы) и иные суммы, взыскиваемые с лиц, виновных в совершении преступлений, и в возмещение ущерба имуществу, зачисляемые в бюджеты территориальных фондов обязательного медицинского страхования 000 1 16 22000 01 0000 140 Поступление сумм в возмещение причиненного военному имуществу ущерба 000 1 16 23000 00 0000 140 Доходы от возмещения ущерба при возникновении страховых случаев 000 1 16 23010 01 0000 140 Доходы от возмещения ущерба при возникновении страховых случаев, когда выгодоприобретателями по договорам страхования выступают получатели средств федерального бюджета 000 1 16 23020 02 0000 140 Доходы от возмещения ущерба при возникновении страховых случаев, когда выгодоприобретателями по договорам страхования выступают получатели средств бюджетов субъектов Российской Федерации 000 1 16 23030 03 0000 140 Доходы от возмещения ущерба при возникновении страховых случаев, когда выгодоприобретателями по договорам страхования выступают получатели средств бюджетов внутригородских муниципальных образований городов федерального значения Москвы и Санкт-Петербурга 000 1 16 23040 04 0000 140 Доходы от возмещения ущерба при возникновении страховых случаев, когда выгодоприобретателями по договорам страхования выступают получатели средств бюджетов городских округов 000 1 16 23050 05 0000 140 Доходы от возмещения ущерба при возникновении страховых случаев, когда выгодоприобретателями по договорам страхования выступают получатели средств бюджетов муниципальных районов 000 1 16 23050 10 0000 140 Доходы от возмещения ущерба при возникновении страховых случаев, когда выгодоприобретателями по договорам страхования выступают получатели средств бюджетов поселений 000 1 16 24000 01 0000 140 Средства страховых выплат при возникновении страховых случаев на федеральных автомобильных дорогах и имущественных комплексах, необходимые для их эксплуатации 000 1 16 25000 01 0000 140 Денежные взыскания (штрафы) за нарушение законодательства о недрах, об особо охраняемых природных территориях, об охране и использовании животного мира, об экологической экспертизе, в области охраны окружающей среды, земельного законодательства, лесного законодательства, водного законодательства 000 1 16 25010 01 0000 140 Денежные взыскания (штрафы) за нарушение законодательства о недрах 000 1 16 25020 01 0000 140 Денежные взыскания (штрафы) за нарушение законодательства об особо охраняемых природных территориях 000 1 16 25030 01 0000 140 Денежные взыскания (штрафы) за нарушение законодательства об охране и использовании животного мира 000 1 16 25040 01 0000 140 Денежные взыскания (штрафы) за нарушение законодательства об экологической экспертизе 000 1 16 25050 01 0000 140 Денежные взыскания (штрафы) за нарушение законодательства в области охраны окружающей среды 000 1 16 25060 01 0000 140 Денежные взыскания (штрафы) за нарушение земельного законодательства 000 1 16 25070 01 0000 140 Денежные взыскания (штрафы) за нарушение лесного законодательства 000 1 16 25080 01 0000 140 Денежные взыскания (штрафы) за нарушение водного законодательства 000 1 16 26000 01 0000 140 Денежные взыскания (штрафы) за нарушение законодательства о рекламе 000 1 16 27000 01 0000 140 Денежные взыскания (штрафы) за нарушение Федерального закона "О пожарной безопасности" 000 1 16 28000 01 0000 140 Денежные взыскания (штрафы) за нарушение законодательства в области обеспечения санитарно- эпидемиологического благополучия человека и законодательства в сфере защиты прав потребителей 000 1 16 29000 01 0000 140 Денежные взыскания (штрафы) за нарушение законодательства о государственном контроле за осуществлением международных автомобильных перевозок 000 1 16 30000 01 0000 140 Денежные взыскания (штрафы) за административные правонарушения в области дорожного движения 000 1 16 31000 01 0000 140 Денежные взыскания (штрафы) за нарушение порядка работы с денежной наличностью, ведения кассовых операций и невыполнение обязанностей по контролю за соблюдением правил ведения кассовых операций 000 1 16 32000 00 0000 140 Возмещение сумм, израсходованных незаконно или не по целевому назначению, а также доходов, полученных от их использования 000 1 16 32010 01 0000 140 Возмещение сумм, израсходованных незаконно или не по целевому назначению, а также доходов, полученных от их использования (в части федерального бюджета) 000 1 16 32020 02 0000 140 Возмещение сумм, израсходованных незаконно или не по целевому назначению, а также доходов, полученных от их использования (в части бюджетов субъектов Российской Федерации) 000 1 16 32030 03 0000 140 Возмещение сумм, израсходованных незаконно или не по целевому назначению, а также доходов, полученных от их использования (в части бюджетов внутригородских муниципальных образований городов федерального значения Москвы и Санкт-Петербурга) 000 1 16 32040 04 0000 140 Возмещение сумм, израсходованных незаконно или не по целевому назначению, а также доходов, полученных от их использования (в части бюджетов городских округов) 000 1 16 32050 05 0000 140 Возмещение сумм, израсходованных незаконно или не по целевому назначению, а также доходов, полученных от их использования (в части бюджетов муниципальных районов) 000 1 16 32050 10 0000 140 Возмещение сумм, израсходованных незаконно или не по целевому назначению, а также доходов, полученных от их использования (в части бюджетов поселений) 000 1 16 33000 00 0000 140 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000 1 16 33010 01 0000 140 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Российской Федерации 000 1 16 33020 02 0000 140 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субъектов Российской Федерации 000 1 16 33030 03 0000 140 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внутригородских муниципальных образований городов федерального значения Москвы и Санкт-Петербурга 000 1 16 33040 04 0000 140 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городских округов 000 1 16 33050 05 0000 140 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муниципальных районов 000 1 16 33050 10 0000 140 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поселений 000 1 16 33060 06 0000 140 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Пенсионного фонда Российской Федерации 000 1 16 33070 07 0000 140 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Фонда социального страхования Российской Федерации 000 1 16 33080 08 0000 140 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Федерального фонда обязательного медицинского страхования 000 1 16 33090 09 0000 140 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территориального фонда обязательного медицинского страхования 000 1 16 90000 00 0000 140 Прочие поступления от денежных взысканий (штрафов) и иных сумм в возмещение ущерба 000 1 16 90010 01 0000 140 Прочие поступления от денежных взысканий (штрафов) и иных сумм в возмещение ущерба, зачисляемые в федеральный бюджет 000 1 16 90020 02 0000 140 Прочие поступления от денежных взысканий (штрафов) и иных сумм в возмещение ущерба, зачисляемые в бюджеты субъектов Российской Федерации 000 1 16 90030 03 0000 140 Прочие поступления от денежных взысканий (штрафов) и иных сумм в возмещение ущерба, зачисляемые в бюджеты внутригородских муниципальных образований городов федерального значения Москвы и Санкт-Петербурга 000 1 16 90040 04 0000 140 Прочие поступления от денежных взысканий (штрафов) и иных сумм в возмещение ущерба, зачисляемые в бюджеты городских округов 000 1 16 90050 05 0000 140 Прочие поступления от денежных взысканий (штрафов) и иных сумм в возмещение ущерба, зачисляемые в бюджеты муниципальных районов 000 1 16 90050 10 0000 140 Прочие поступления от денежных взысканий (штрафов) и иных сумм в возмещение ущерба, зачисляемые в бюджеты поселений 000 1 16 90060 06 0000 140 Прочие поступления от денежных взысканий (штрафов) и иных сумм в возмещение ущерба, зачисляемые в Пенсионный фонд Российской Федерации 000 1 16 90070 07 0000 140 Прочие поступления от денежных взысканий (штрафов) и иных сумм в возмещение ущерба, зачисляемые в Фонд социального страхования Российской Федерации 000 1 16 90080 08 0000 140 Прочие поступления от денежных взысканий (штрафов) и иных сумм в возмещение ущерба, зачисляемые в Федеральный фонд обязательного медицинского страхования 000 1 16 90090 09 0000 140 Прочие поступления от денежных взысканий (штрафов) и иных сумм в возмещение ущерба, зачисляемые в территориальные фонды обязательного медицинского страхования 000 1 17 00000 00 0000 000 ПРОЧИЕ НЕНАЛОГОВЫЕ ДОХОДЫ 000 1 17 01000 00 0000 180 Невыясненные поступления 000 1 17 01010 01 0000 180 Невыясненные поступления, зачисляемые в федеральный бюджет 000 1 17 01020 02 0000 180 Невыясненные поступления, зачисляемые в бюджеты субъектов Российской Федерации 000 1 17 01030 03 0000 180 Невыясненные поступления, зачисляемые в бюджеты внутригородских муниципальных образований городов федерального значения Москвы и Санкт-Петербурга 000 1 17 01040 04 0000 180 Невыясненные поступления, зачисляемые в бюджеты городских округов 000 1 17 01050 05 0000 180 Невыясненные поступления, зачисляемые в бюджеты муниципальных районов 000 1 17 01050 10 0000 180 Невыясненные поступления, зачисляемые в бюджеты поселений 000 1 17 02000 00 0000 180 Возмещение потерь сельскохозяйственного производства, связанных с изъятием сельскохозяйственных угодий 000 1 17 02000 04 0000 180 Возмещение потерь сельскохозяйственного производства, связанных с изъятием сельскохозяйственных угодий, расположенных на территориях городских округов 000 1 17 02000 05 0000 180 Возмещение потерь сельскохозяйственного производства, связанных с изъятием сельскохозяйственных угодий, расположенных на межселенных территориях 000 1 17 02000 10 0000 180 Возмещение потерь сельскохозяйственного производства, связанных с изъятием сельскохозяйственных угодий, расположенных на территориях поселений 000 1 17 03000 01 0000 180 Поступление средств, удерживаемых из заработной платы осужденных 000 1 17 04000 01 0000 180 Поступления капитализированных платежей предприятий 000 1 17 05000 00 0000 180 Прочие неналоговые доходы 000 1 17 05010 01 0000 180 Прочие неналоговые доходы федерального бюджета 000 1 17 05020 02 0000 180 Прочие неналоговые доходы бюджетов субъектов Российской Федерации 000 1 17 05030 03 0000 180 Прочие неналоговые доходы бюджетов внутригородских муниципальных образований городов федерального значения Москвы и Санкт-Петербурга 000 1 17 05040 04 0000 180 Прочие неналоговые доходы бюджетов городских округов 000 1 17 05050 05 0000 180 Прочие неналоговые доходы бюджетов муниципальных районов 000 1 17 05050 10 0000 180 Прочие неналоговые доходы бюджетов поселений 000 1 17 06000 00 0000 180 Прочие неналоговые поступления в бюджеты государственных внебюджетных фондов 000 1 17 06010 06 0000 180 Прочие неналоговые поступления в Пенсионный фонд Российской Федерации 000 1 17 06011 06 0000 180 Прочие неналоговые поступления по накопительной составляющей бюджета Пенсионного фонда Российской Федерации 000 1 17 06020 07 0000 180 Прочие неналоговые поступления в Фонд социального страхования Российской Федерации 000 1 17 06030 08 0000 180 Прочие неналоговые поступления в Федеральный фонд обязательного медицинского страхования 000 1 17 06040 09 0000 180 Прочие неналоговые поступления в территориальные фонды обязательного медицинского страхования 000 1 17 07000 01 0000 180 Средства, поступающие в федеральный бюджет в виде остатка неиспользованного долевого взноса Российской Федерации в бюджет Союзного государства прошлых лет 000 1 17 08000 01 0000 180 Суммы по искам о возмещении вреда, причиненного окружающей среде (если природный объект, которому причинен вред, находится в общем пользовании) 000 1 18 00000 00 0000 000 ДОХОДЫ БЮДЖЕТОВ БЮДЖЕТНОЙ СИСТЕМЫ РОССИЙСКОЙ ФЕДЕРАЦИИ ОТ ВОЗВРАТА ОСТАТКОВ СУБСИДИЙ И СУБВЕНЦИЙ ПРОШЛЫХ ЛЕТ 000 1 18 01000 01 0000 000 Доходы федерального бюджета от возврата остатков субсидий и субвенций прошлых лет 000 1 18 01010 01 0000 151 Доходы федерального бюджета от возврата остатков субсидий и субвенций прошлых лет из бюджетов субъектов Российской Федерации 000 1 18 01020 01 0000 180 Доходы федерального бюджета от возврата остатков субсидий и субвенций прошлых лет небюджетными организациями 000 1 18 01030 01 0000 151 Доходы федерального бюджета от возврата остатков субсидий и субвенций прошлых лет из бюджетов государственных внебюджетных фондов 000 1 18 02000 02 0000 000 Доходы бюджетов субъектов Российской Федерации от возврата остатков субсидий и субвенций прошлых лет 000 1 18 02010 02 0000 151 Доходы бюджетов субъектов Российской Федерации от возврата остатков субсидий и субвенций прошлых лет из бюджетов внутригородских муниципальных образований городов федерального значения Москвы и Санкт-Петербурга 000 1 18 02020 02 0000 151 Доходы бюджетов субъектов Российской Федерации от возврата остатков субсидий и субвенций прошлых лет из местных бюджетов 000 1 18 02030 02 0000 151 Доходы бюджетов субъектов Российской Федерации от возврата остатков субсидий и субвенций прошлых лет из бюджетов городских округов 000 1 18 02040 02 0000 151 Доходы бюджетов субъектов Российской Федерации от возврата остатков субсидий и субвенций прошлых лет из бюджетов муниципальных районов 000 1 18 02050 02 0000 151 Доходы бюджетов субъектов Российской Федерации от возврата остатков субсидий и субвенций прошлых лет из бюджетов поселений 000 1 18 02060 02 0000 180 Доходы бюджетов субъектов Российской Федерации от возврата остатков субсидий и субвенций прошлых лет небюджетными организациями 000 1 18 02070 02 0000 151 Доходы бюджетов субъектов Российской Федерации от возврата остатков субсидий и субвенций прошлых лет из бюджетов государственных внебюджетных фондов 000 1 18 03000 03 0000 000 Доходы бюджетов внутригородских муниципальных образований городов федерального значения Москвы и Санкт-Петербурга от возврата остатков субсидий и субвенций прошлых лет 000 1 18 03010 03 0000 180 Доходы бюджетов внутригородских муниципальных образований городов федерального значения Москвы и Санкт-Петербурга от возврата остатков субсидий и субвенций прошлых лет небюджетными организациями 000 1 18 03020 03 0000 151 Доходы бюджетов внутригородских муниципальных образований городов федерального значения Москвы и Санкт-Петербурга от возврата остатков субсидий и субвенций прошлых лет из бюджетов государственных внебюджетных фондов 000 1 18 04000 04 0000 000 Доходы бюджетов городских округов от возврата остатков субсидий и субвенций прошлых лет 000 1 18 04010 04 0000 180 Доходы бюджетов городских округов от возврата остатков субсидий и субвенций прошлых лет небюджетными организациями 000 1 18 04020 04 0000 151 Доходы бюджетов городских округов от возврата остатков субсидий и субвенций прошлых лет из бюджетов государственных внебюджетных фондов 000 1 18 05000 05 0000 000 Доходы бюджетов муниципальных районов от возврата остатков субсидий и субвенций прошлых лет 000 1 18 05010 05 0000 180 Доходы бюджетов муниципальных районов от возврата остатков субсидий и субвенций прошлых лет небюджетными организациями 000 1 18 05020 05 0000 151 Доходы бюджетов муниципальных районов от возврата остатков субсидий и субвенций прошлых лет из бюджетов государственных внебюджетных фондов 000 1 18 05000 10 0000 000 Доходы бюджетов поселений от возврата остатков субсидий и субвенций прошлых лет 000 1 18 05010 10 0000 180 Доходы бюджетов поселений от возврата остатков субсидий и субвенций прошлых лет небюджетными организациями 000 1 18 05020 10 0000 151 Доходы бюджетов поселений от возврата остатков субсидий и субвенций прошлых лет из бюджетов государственных внебюджетных фондов 000 1 18 05030 05 0000 151 Доходы бюджетов муниципальных районов от возврата остатков субсидий и субвенций прошлых лет из бюджетов поселений 000 1 18 06000 00 0000 151 Доходы бюджетов государственных внебюджетных фондов от возврата остатков субсидий и субвенций прошлых лет 000 1 18 06000 06 0000 151 Доходы бюджета Пенсионного фонда Российской Федерации от возврата остатков субсидий и субвенций прошлых лет 000 1 18 06000 07 0000 151 Доходы бюджета Фонда социального страхования Российской Федерации от возврата остатков субсидий и субвенций прошлых лет 000 1 18 06000 08 0000 151 Доходы бюджета Федерального фонда обязательного медицинского страхования от возврата остатков субсидий и субвенций прошлых лет 000 1 18 06000 09 0000 151 Доходы бюджетов территориальных фондов обязательного медицинского страхования от возврата остатков субсидий и субвенций прошлых лет 000 1 19 00000 00 0000 000 ВОЗВРАТ ОСТАТКОВ СУБСИДИЙ И СУБВЕНЦИЙ ПРОШЛЫХ ЛЕТ 000 1 19 01000 01 0000 151 Возврат остатков субсидий и субвенций из федерального бюджета 000 1 19 02000 02 0000 151 Возврат остатков субсидий и субвенций из бюджетов субъектов Российской Федерации 000 1 19 03000 03 0000 151 Возврат остатков субсидий и субвенций из бюджетов внутригородских муниципальных образований городов федерального значения Москвы и Санкт-Петербурга 000 1 19 04000 04 0000 151 Возврат остатков субсидий и субвенций из бюджетов городских округов 000 1 19 05000 05 0000 151 Возврат остатков субсидий и субвенций из бюджетов муниципальных районов 000 1 19 05000 10 0000 151 Возврат остатков субсидий и субвенций из бюджетов поселений 000 1 19 06000 00 0000 151 Возврат остатков субсидий и субвенций из бюджетов государственных внебюджетных фондов 000 1 19 06010 00 0000 151 Возврат остатков субсидий и субвенций из бюджетов государственных внебюджетных фондов в федеральный бюджет 000 1 19 06011 06 0000 151 Возврат остатков субсидий и субвенций из Пенсионного фонда Российской Федерации 000 1 19 06012 07 0000 151 Возврат остатков субсидий и субвенций из Фонда социального страхования Российской Федерации 000 1 19 06013 08 0000 151 Возврат остатков субсидий и субвенций из Федерального фонда обязательного медицинского страхования 000 1 19 06014 09 0000 151 Возврат остатков субсидий и субвенций из территориальных фондов обязательного медицинского страхования 000 1 19 06020 00 0000 151 Возврат остатков субсидий и субвенций из бюджетов государственных внебюджетных фондов в бюджеты субъектов Российской Федерации 000 1 19 06021 06 0000 151 Возврат остатков субсидий и субвенций из Пенсионного фонда Российской Федерации 000 1 19 06022 07 0000 151 Возврат остатков субсидий и субвенций из Фонда социального страхования Российской Федерации 000 1 19 06023 08 0000 151 Возврат остатков субсидий и субвенций из Федерального фонда обязательного медицинского страхования 000 1 19 06024 09 0000 151 Возврат остатков субсидий и субвенций из территориальных фондов обязательного медицинского страхования 000 1 19 06030 00 0000 151 Возврат остатков субсидий и субвенций из бюджетов государственных внебюджетных фондов в местные бюджеты 000 1 19 06031 06 0000 151 Возврат остатков субсидий и субвенций из Пенсионного фонда Российской Федерации 000 1 19 06032 07 0000 151 Возврат остатков субсидий и субвенций из Фонда социального страхования Российской Федерации 000 1 19 06033 08 0000 151 Возврат остатков субсидий и субвенций из Федерального фонда обязательного медицинского страхования 000 1 19 06034 09 0000 151 Возврат остатков субсидий и субвенций из территориальных фондов обязательного медицинского страхования 000 1 19 06080 00 0000 151 Возврат остатков субсидий и субвенций в бюджет Федерального фонда обязательного медицинского страхования 000 1 19 06080 08 0000 151 Возврат остатков субсидий и субвенций в бюджет Федерального фонда обязательного медицинского страхования из бюджетов территориальных фондов обязательного медицинского страхования 000 2 00 00000 00 0000 000 БЕЗВОЗМЕЗДНЫЕ ПОСТУПЛЕНИЯ 000 2 01 00000 00 0000 180 Безвозмездные поступления от нерезидентов 000 2 01 01000 01 0000 180 Безвозмездные поступления от нерезидентов в федеральный бюджет 000 2 01 02000 02 0000 180 Безвозмездные поступления от нерезидентов в бюджеты субъектов Российской Федерации 000 2 01 03000 03 0000 180 Безвозмездные поступления от нерезидентов в бюджеты внутригородских муниципальных образований городов федерального значения Москвы и Санкт-Петербурга 000 2 01 04000 04 0000 180 Безвозмездные поступления от нерезидентов в бюджеты городских округов 000 2 01 05000 05 0000 180 Безвозмездные поступления от нерезидентов в бюджеты муниципальных районов 000 2 01 05000 10 0000 180 Безвозмездные поступления от нерезидентов в бюджеты поселений 000 2 01 06000 06 0000 180 Безвозмездные поступления от нерезидентов в Пенсионный фонд Российской Федерации 000 2 01 07000 07 0000 180 Безвозмездные поступления от нерезидентов в Фонд социального страхования Российской Федерации 000 2 01 08000 08 0000 180 Безвозмездные поступления от нерезидентов в Федеральный фонд обязательного медицинского страхования 000 2 01 09000 09 0000 180 Безвозмездные поступления от нерезидентов в территориальные фонды обязательного медицинского страхования 000 2 02 00000 00 0000 000 Безвозмездные поступления от других бюджетов бюджетной системы Российской Федерации 000 2 02 01000 00 0000 151 Дотации от других бюджетов бюджетной системы Российской Федерации 000 2 02 01001 00 0000 151 Дотации на выравнивание уровня бюджетной обеспеченности 000 2 02 01001 02 0000 151 Дотации бюджетам субъектов Российской Федерации на выравнивание уровня бюджетной обеспеченности 000 2 02 01001 03 0000 151 Дотации бюджетам внутригородских муниципальных образований городов федерального значения Москвы и Санкт-Петербурга на выравнивание уровня бюджетной обеспеченности 000 2 02 01001 04 0000 151 Дотации бюджетам городских округов на выравнивание уровня бюджетной обеспеченности 000 2 02 01001 05 0000 151 Дотации бюджетам муниципальных районов на выравнивание уровня бюджетной обеспеченности 000 2 02 01001 10 0000 151 Дотации бюджетам поселений на выравнивание уровня бюджетной обеспеченности 000 2 02 01001 09 0000 151 Дотации территориальным фондам обязательного медицинского страхования на выравнивание уровня бюджетной обеспеченности 000 2 02 01002 04 0000 151 Дотации на поддержку мер по обеспечению сбалансированности бюджетов закрытых административно-территориальных образований 000 2 02 01003 00 0000 151 Дотации бюджетам на поддержку мер по обеспечению сбалансированности бюджетов 000 2 02 01003 02 0000 151 Дотации бюджетам субъектов Российской Федерации на поддержку мер по обеспечению сбалансированности бюджетов 000 2 02 01003 03 0000 151 Дотации бюджетам внутригородских муниципальных образований городов федерального значения Москвы и Санкт-Петербурга на поддержку мер по обеспечению сбалансированности бюджетов 000 2 02 01003 04 0000 151 Дотации бюджетам городских округов на поддержку мер по обеспечению сбалансированности бюджетов 000 2 02 01003 05 0000 151 Дотации бюджетам муниципальных районов на поддержку мер по обеспечению сбалансированности бюджетов 000 2 02 01003 10 0000 151 Дотации бюджетам поселений на поддержку мер по обеспечению сбалансированности бюджетов 000 2 02 01004 00 0000 151 Дотации бюджетам на реализацию мероприятий федеральных целевых программ регионального развития 000 2 02 01004 02 0000 151 Дотации федерального бюджета бюджетам субъектов Российской Федерации на реализацию мероприятий федеральных целевых программ 000 2 02 01004 03 0000 151 Дотации бюджетам внутригородских муниципальных образований городов федерального значения Москвы и Санкт-Петербурга на реализацию мероприятий федеральных целевых программ 000 2 02 01004 04 0000 151 Дотации бюджетам городских округов на реализацию мероприятий федеральных целевых программ 000 2 02 01004 05 0000 151 Дотации бюджетам муниципальных районов на реализацию мероприятий федеральных целевых программ 000 2 02 01004 10 0000 151 Дотации бюджетам поселений на реализацию мероприятий федеральных целевых программ 000 2 02 01005 02 0000 151 Дотация бюджету Красноярского края 000 2 02 01006 04 0000 151 Дотация на содержание объектов инфраструктуры города Байконура, связанных с арендой космодрома Байконур 000 2 02 01007 04 0000 151 Дотации бюджетам закрытых административно-территориальных образований 000 2 02 01009 04 0000 151 Дотация бюджету города-курорта Сочи 000 2 02 01999 00 0000 151 Прочие дотации 000 2 02 01999 02 0000 151 Прочие дотации бюджетам субъектов Российской Федерации 000 2 02 01999 03 0000 151 Прочие дотации бюджетам внутригородских муниципальных образований городов федерального значения Москвы и Санкт-Петербурга 000 2 02 01999 04 0000 151 Прочие дотации бюджетам городских округов 000 2 02 01999 05 0000 151 Прочие дотации бюджетам муниципальных районов 000 2 02 01999 10 0000 151 Прочие дотации бюджетам поселений 000 2 02 01999 09 0000 151 Прочие дотации бюджетам территориальных фондов обязательного медицинского страхования 000 2 02 02000 00 0000 151 Субвенции от других бюджетов бюджетной системы Российской Федерации 000 2 02 02001 00 0000 151 Субвенция бюджетам на премирование победителей Всероссийского конкурса на звание "Самый благоустроенный город России" 000 2 02 02001 02 0000 151 Субвенция бюджетам субъектов Российской Федерации на премирование победителей Всероссийского конкурса на звание "Самый благоустроенный город России" 000 2 02 02001 03 0000 151 Субвенция бюджетам внутригородских муниципальных образований городов федерального значения Москвы и Санкт-Петербурга на премирование победителей Всероссийского конкурса на звание "Самый благоустроенный город России" 000 2 02 02001 04 0000 151 Субвенция бюджетам городских округов на премирование победителей Всероссийского конкурса на звание "Самый благоустроенный город России" 000 2 02 02001 05 0000 151 Субвенция бюджетам муниципальных районов на премирование победителей Всероссийского конкурса на звание "Самый благоустроенный город России" 000 2 02 02002 00 0000 151 Субвенции бюджетам на оплату жилищно-коммунальных услуг отдельным категориям граждан 000 2 02 02002 02 0000 151 Субвенции бюджетам субъектов Российской Федерации на оплату жилищно-коммунальных услуг отдельным категориям граждан 000 2 02 02002 03 0000 151 Субвенции бюджетам внутригородских муниципальных образований городов федерального значения Москвы и Санкт-Петербурга на оплату жилищно-коммунальных услуг отдельным категориям граждан 000 2 02 02002 04 0000 151 Субвенции бюджетам городских округов на оплату жилищно-коммунальных услуг отдельным категориям граждан 000 2 02 02002 05 0000 151 Субвенции бюджетам муниципальных районов на оплату жилищно-коммунальных услуг отдельным категориям граждан 000 2 02 02002 10 0000 151 Субвенции бюджетам поселений на оплату жилищно-коммунальных услуг отдельным категориям граждан 000 2 02 02003 00 0000 151 Субвенции бюджетам на осуществление полномочий по подготовке и проведению сельскохозяйственной переписи 000 2 02 02003 02 0000 151 Субвенции бюджетам субъектов Российской Федерации на осуществление полномочий по подготовке и проведению сельскохозяйственной переписи 000 2 02 02003 03 0000 151 Субвенции бюджетам внутригородских муниципальных образований городов федерального значения Москвы и Санкт-Петербурга на осуществление полномочий по подготовке и проведению сельскохозяйственной переписи 000 2 02 02003 04 0000 151 Субвенции бюджетам городских округов на осуществление полномочий по подготовке и проведению сельскохозяйственной переписи 000 2 02 02003 05 0000 151 Субвенции бюджетам муниципальных районов на осуществление полномочий по подготовке и проведению сельскохозяйственной переписи 000 2 02 02003 10 0000 151 Субвенции бюджетам поселений на осуществление полномочий по подготовке и проведению сельскохозяйственной переписи 000 2 02 02004 00 0000 151 Субвенции бюджетам на осуществление федеральных полномочий по государственной регистрации актов гражданского состояния 000 2 02 02004 02 0000 151 Субвенции бюджетам субъектов Российской Федерации на осуществление федеральных полномочий по государственной регистрации актов гражданского состояния 000 2 02 02004 03 0000 151 Субвенции бюджетам внутригородских муниципальных образований городов федерального значения Москвы и Санкт-Петербурга на осуществление федеральных полномочий по государственной регистрации актов гражданского состояния 000 2 02 02004 04 0000 151 Субвенции бюджетам городских округов на осуществление федеральных полномочий по государственной регистрации актов гражданского состояния 000 2 02 02004 05 0000 151 Субвенции бюджетам муниципальных районов на осуществление федеральных полномочий по государственной регистрации актов гражданского состояния 000 2 02 02004 10 0000 151 Субвенции бюджетам поселений на осуществление федеральных полномочий по государственной регистрации актов гражданского состояния 000 2 02 02005 00 0000 151 Субвенции бюджетам на обеспечение мер социальной поддержки для лиц, награжденных знаком "Почетный донор СССР", "Почетный донор России" 000 2 02 02005 02 0000 151 Субвенции бюджетам субъектов Российской Федерации на обеспечение мер социальной поддержки для лиц, награжденных знаком "Почетный донор СССР", "Почетный донор России" 000 2 02 02005 03 0000 151 Субвенции бюджетам внутригородских муниципальных образований городов федерального значения Москвы и Санкт-Петербурга на обеспечение мер социальной поддержки для лиц, награжденных знаком "Почетный донор СССР", "Почетный донор России" 000 2 02 02005 04 0000 151 Субвенции бюджетам городских округов на обеспечение мер социальной поддержки для лиц, награжденных знаком "Почетный донор СССР", "Почетный донор России" 000 2 02 02005 05 0000 151 Субвенции бюджетам муниципальных районов на обеспечение мер социальной поддержки для лиц, награжденных знаком "Почетный донор СССР", "Почетный донор России" 000 2 02 02005 10 0000 151 Субвенции бюджетам поселений на обеспечение мер социальной поддержки для лиц, награжденных знаком "Почетный донор СССР", "Почетный донор России" 000 2 02 02006 00 0000 151 Субвенции бюджетам на реализацию полномочий в области организации, регулирования и охраны водных биологических ресурсов 000 2 02 02006 02 0000 151 Субвенции бюджетам субъектов Российской Федерации на реализацию полномочий в области организации, регулирования и охраны водных биологических ресурсов 000 2 02 02006 03 0000 151 Субвенции бюджетам внутригородских муниципальных образований городов федерального значения Москвы и Санкт-Петербурга на реализацию полномочий в области организации, регулирования и охраны водных биологических ресурсов 000 2 02 02006 04 0000 151 Субвенции бюджетам городских округов на реализацию полномочий в области организации, регулирования и охраны водных биологических ресурсов 000 2 02 02006 05 0000 151 Субвенции бюджетам муниципальных районов на реализацию полномочий в области организации, регулирования и охраны водных биологических ресурсов 000 2 02 02006 10 0000 151 Субвенции бюджетам поселений на реализацию полномочий в области организации, регулирования и охраны водных биологических ресурсов 000 2 02 02007 00 0000 151 Субвенции бюджетам на реализацию полномочий в области охраны и использования объектов животного мира, отнесенных к объектам охоты 000 2 02 02007 02 0000 151 Субвенции бюджетам субъектов Российской Федерации на реализацию полномочий в области охраны и использования объектов животного мира, отнесенных к объектам охоты 000 2 02 02007 03 0000 151 Субвенции бюджетам внутригородских муниципальных образований городов федерального значения Москвы и Санкт-Петербурга на реализацию полномочий в области охраны и использования объектов животного мира, отнесенных к объектам охоты 000 2 02 02007 04 0000 151 Субвенции бюджетам городских округов на реализацию полномочий в области охраны и использования объектов животного мира, отнесенных к объектам охоты 000 2 02 02007 05 0000 151 Субвенции бюджетам муниципальных районов на реализацию полномочий в области охраны и использования объектов животного мира, отнесенных к объектам охоты 000 2 02 02007 10 0000 151 Субвенции бюджетам поселений на реализацию полномочий в области охраны и использования объектов животного мира, отнесенных к объектам охоты 000 2 02 02008 00 0000 151 Субвенции бюджетам для финансового обеспечения переданных исполнительно-распорядительным органам муниципальных образований полномочий по составлению (изменению и дополнению) списков кандидатов в присяжные заседатели федеральных судов общей юрисдикции в Российской Федерации 000 2 02 02008 02 0000 151 Субвенции бюджетам субъектов Российской Федерации для финансового обеспечения переданных исполнительно- распорядительным органам муниципальных образований полномочий по составлению (изменению и дополнению) списков кандидатов в присяжные заседатели федеральных судов общей юрисдикции в Российской Федерации 000 2 02 02008 03 0000 151 Субвенции бюджетам внутригородских муниципальных образований городов федерального значения Москвы и Санкт-Петербурга для финансового обеспечения переданных исполнительно-распорядительным органам муниципальных образований полномочий по составлению (изменению и дополнению) списков кандидатов в присяжные заседатели федеральных судов общей юрисдикции в Российской Федерации 000 2 02 02008 04 0000 151 Субвенции бюджетам городских округов для финансового обеспечения переданных исполнительно-распорядительным органам муниципальных образований полномочий по составлению (изменению и дополнению) списков кандидатов в присяжные заседатели федеральных судов общей юрисдикции в Российской Федерации 000 2 02 02008 05 0000 151 Субвенции бюджетам муниципальных районов для финансового обеспечения переданных исполнительно- распорядительным органам муниципальных образований полномочий по составлению (изменению и дополнению) списков кандидатов в присяжные заседатели федеральных судов общей юрисдикции в Российской Федерации 000 2 02 02008 10 0000 151 Субвенции бюджетам поселений для финансового обеспечения переданных исполнительно-распорядительным органам муниципальных образований полномочий по составлению (изменению и дополнению) списков кандидатов в присяжные заседатели федеральных судов общей юрисдикции в Российской Федерации 000 2 02 02009 00 0000 151 Субвенции бюджетам на обеспечение равной доступности услуг общественного транспорта на территории соответствующего субъекта Российской Федерации для отдельных категорий граждан, оказание мер социальной поддержки которых относится к ведению Российской Федерации 000 2 02 02009 02 0000 151 Субвенции бюджетам субъектов Российской Федерации на обеспечение равной доступности услуг общественного транспорта на территории соответствующего субъекта Российской Федерации для отдельных категорий граждан, оказание мер социальной поддержки которых относится к ведению Российской Федерации 000 2 02 02009 03 0000 151 Субвенции бюджетам внутригородских муниципальных образований городов федерального значения Москвы и Санкт-Петербурга на обеспечение равной доступности услуг общественного транспорта на территории соответствующего субъекта Российской Федерации для отдельных категорий граждан, оказание мер социальной поддержки которых относится к ведению Российской Федерации 000 2 02 02009 04 0000 151 Субвенции бюджетам городских округов на обеспечение равной доступности услуг общественного транспорта на территории соответствующего субъекта Российской Федерации для отдельных категорий граждан, оказание мер социальной поддержки которых относится к ведению Российской Федерации 000 2 02 02009 05 0000 151 Субвенции бюджетам муниципальных районов на обеспечение равной доступности услуг общественного транспорта на территории соответствующего субъекта Российской Федерации для отдельных категорий граждан, оказание мер социальной поддержки которых относится к ведению Российской Федерации 000 2 02 02009 10 0000 151 Субвенции бюджетам поселений на обеспечение равной доступности услуг общественного транспорта на территории соответствующего субъекта Российской Федерации для отдельных категорий граждан, оказание мер социальной поддержки которых относится к ведению Российской Федерации 000 2 02 02010 00 0000 151 Субвенции бюджетам на обеспечение мер социальной поддержки ветеранов труда и тружеников тыла 000 2 02 02010 03 0000 151 Субвенции бюджетам внутригородских муниципальных образований городов федерального значения Москвы и Санкт-Петербурга на обеспечение мер социальной поддержки ветеранов труда и тружеников тыла 000 2 02 02010 04 0000 151 Субвенции бюджетам городских округов на обеспечение мер социальной поддержки ветеранов труда и тружеников тыла 000 2 02 02010 05 0000 151 Субвенции бюджетам муниципальных районов на обеспечение мер социальной поддержки ветеранов труда и тружеников тыла 000 2 02 02010 10 0000 151 Субвенции бюджетам поселений на обеспечение мер социальной поддержки ветеранов труда и тружеников тыла 000 2 02 02012 00 0000 151 Субвенции местным бюджетам на осуществление расходов бюджетов по выплате ежемесячного пособия на ребенка 000 2 02 02012 03 0000 151 Субвенции бюджетам внутригородских муниципальных образований городов федерального значения Москвы и Санкт-Петербурга на осуществление расходов бюджетов по выплате ежемесячного пособия на ребенка 000 2 02 02012 04 0000 151 Субвенции бюджетам городских округов на осуществление расходов бюджетов по выплате ежемесячного пособия на ребенка 000 2 02 02012 05 0000 151 Субвенции бюджетам муниципальных районов на осуществление расходов бюджетов по выплате ежемесячного пособия на ребенка 000 2 02 02012 10 0000 151 Субвенции бюджетам поселений на осуществление расходов бюджетов по выплате ежемесячного пособия на ребенка 000 2 02 02013 00 0000 151 Субвенции бюджетам на осуществление мероприятий, связанных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 000 2 02 02013 02 0000 151 Субвенции бюджетам субъектов Российской Федерации на осуществление мероприятий, связанных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 000 2 02 02013 03 0000 151 Субвенции бюджетам внутригородских муниципальных образований городов федерального значения Москвы и Санкт-Петербурга на осуществление мероприятий, связанных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 000 2 02 02013 04 0000 151 Субвенции бюджетам городских округов на осуществление мероприятий, связанных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 000 2 02 02013 05 0000 151 Субвенции бюджетам муниципальных районов на осуществление мероприятий, связанных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 000 2 02 02013 10 0000 151 Субвенции бюджетам поселений на осуществление мероприятий, связанных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 000 2 02 02014 00 0000 151 Субвенции бюджетам на осуществление полномочий по выплате государственных единовременных пособий и ежемесячных денежных компенсаций гражданам при возникновении поствакцинальных осложнений 000 2 02 02014 02 0000 151 Субвенции бюджетам субъектов Российской Федерации на осуществление полномочий по выплате государственных единовременных пособий и ежемесячных денежных компенсаций гражданам при возникновении поствакцинальных осложнений 000 2 02 02014 03 0000 151 Субвенции бюджетам внутригородских муниципальных образований городов федерального значения Москвы и Санкт-Петербурга на осуществление полномочий по выплате государственных единовременных пособий и ежемесячных денежных компенсаций гражданам при возникновении поствакцинальных осложнений 000 2 02 02014 04 0000 151 Субвенции бюджетам городских округов на осуществление полномочий по выплате государственных единовременных пособий и ежемесячных денежных компенсаций гражданам при возникновении поствакцинальных осложнений 000 2 02 02014 05 0000 151 Субвенции бюджетам муниципальных районов на осуществление полномочий по выплате государственных единовременных пособий и ежемесячных денежных компенсаций гражданам при возникновении поствакцинальных осложнений 000 2 02 02014 10 0000 151 Субвенции бюджетам поселений на осуществление полномочий по выплате государственных единовременных пособий и ежемесячных денежных компенсаций гражданам при возникновении поствакцинальных осложнений 000 2 02 02015 00 0000 151 Субвенции бюджетам на реализацию полномочий по осуществлению выплат инвалидам компенсаций страховых премий по договору обязательного страхования гражданской ответственности владельцев транспортных средств 000 2 02 02015 02 0000 151 Субвенции бюджетам субъектов Российской Федерации на реализацию полномочий по осуществлению выплат инвалидам компенсаций страховых премий по договору обязательного страхования гражданской ответственности владельцев транспортных средств 000 2 02 02015 03 0000 151 Субвенции бюджетам внутригородских муниципальных образований городов федерального значения Москвы и Санкт-Петербурга на реализацию полномочий по осуществлению выплат инвалидам компенсаций страховых премий по договору обязательного страхования гражданской ответственности владельцев транспортных средств 000 2 02 02015 04 0000 151 Субвенции бюджетам городских округов на реализацию полномочий по осуществлению выплат инвалидам компенсаций страховых премий по договору обязательного страхования гражданской ответственности владельцев транспортных средств 000 2 02 02015 05 0000 151 Субвенции бюджетам муниципальных районов на реализацию полномочий по осуществлению выплат инвалидам компенсаций страховых премий по договору обязательного страхования гражданской ответственности владельцев транспортных средств 000 2 02 02015 10 0000 151 Субвенции бюджетам поселений на реализацию полномочий по осуществлению выплат инвалидам компенсаций страховых премий по договору обязательного страхования гражданской ответственности владельцев транспортных средств 000 2 02 02016 00 0000 151 Субвенции местным бюджетам на обеспечение мер социальной поддержки реабилитированных лиц и лиц, признанных пострадавшими от политических репрессий 000 2 02 02016 03 0000 151 Субвенции бюджетам внутригородских муниципальных образований городов федерального значения Москвы и Санкт-Петербурга на обеспечение мер социальной поддержки реабилитированных лиц и лиц, признанных пострадавшими от политических репрессий 000 2 02 02016 04 0000 151 Субвенции бюджетам городских округов на обеспечение мер социальной поддержки реабилитированных лиц и лиц, признанных пострадавшими от политических репрессий 000 2 02 02016 05 0000 151 Субвенции бюджетам муниципальных районов на обеспечение мер социальной поддержки реабилитированных лиц и лиц, признанных пострадавшими от политических репрессий 000 2 02 02016 10 0000 151 Субвенции бюджетам поселений на обеспечение мер социальной поддержки реабилитированных лиц и лиц, признанных пострадавшими от политических репрессий 000 2 02 02017 00 0000 151 Субвенции бюджетам на развитие и поддержку социальной, инженерной и инновационной инфраструктуры наукоградов Российской Федерации 000 2 02 02017 02 0000 151 Субвенции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 000 2 02 02017 04 0000 151 Субвенции бюджетам городских округов на развитие и поддержку социальной, инженерной и инновационной инфраструктуры наукоградов Российской Федерации 000 2 02 02018 00 0000 151 Субвенции бюджетам на государственную поддержку талантливой молодежи 000 2 02 02018 02 0000 151 Субвенции бюджетам субъектов Российской Федерации на государственную поддержку талантливой молодежи 000 2 02 02018 03 0000 151 Субвенции бюджетам внутригородских муниципальных образований городов федерального значения Москвы и Санкт-Петербурга на государственную поддержку талантливой молодежи 000 2 02 02018 04 0000 151 Субвенции бюджетам городских округов на государственную поддержку талантливой молодежи 000 2 02 02018 05 0000 151 Субвенции бюджетам муниципальных районов на государственную поддержку талантливой молодежи 000 2 02 02018 10 0000 151 Субвенции бюджетам поселений на государственную поддержку талантливой молодежи 000 2 02 02019 00 0000 151 Субвенции бюджетам на поощрение лучших учителей 000 2 02 02019 02 0000 151 Субвенции бюджетам субъектов Российской Федерации на поощрение лучших учителей 000 2 02 02019 03 0000 151 Субвенции бюджетам внутригородских муниципальных образований городов федерального значения Москвы и Санкт-Петербурга на поощрение лучших учителей 000 2 02 02019 04 0000 151 Субвенции бюджетам городских округов на поощрение лучших учителей 000 2 02 02019 05 0000 151 Субвенции бюджетам муниципальных районов на поощрение лучших учителей 000 2 02 02019 10 0000 151 Субвенции бюджетам поселений на поощрение лучших учителей 000 2 02 02020 00 0000 151 Субвенции бюджетам на осуществление полномочий по первичному воинскому учету на территориях, где отсутствуют военные комиссариаты 000 2 02 02020 02 0000 151 Субвенции бюджетам субъектов Российской Федерации на осуществление полномочий по первичному воинскому учету на территориях, где отсутствуют военные комиссариаты 000 2 02 02020 03 0000 151 Субвенции бюджетам внутригородских муниципальных образований городов федерального значения Москвы и Санкт-Петербурга на осуществление полномочий по первичному воинскому учету на территориях, где отсутствуют военные комиссариаты 000 2 02 02020 04 0000 151 Субвенции бюджетам городских округов на осуществление полномочий по первичному воинскому учету на территориях, где отсутствуют военные комиссариаты 000 2 02 02020 05 0000 151 Субвенции бюджетам муниципальных районов на осуществление полномочий по первичному воинскому учету на территориях, где отсутствуют военные комиссариаты 000 2 02 02020 10 0000 151 Субвенции бюджетам поселений на осуществление полномочий по первичному воинскому учету на территориях, где отсутствуют военные комиссариаты 000 2 02 02021 00 0000 151 Субвенции бюджетам на переселение граждан закрытых административно-территориальных образований 000 2 02 02021 02 0000 151 Субвенции бюджетам субъектов Российской Федерации на переселение граждан закрытых административно- территориальных образований 000 2 02 02021 04 0000 151 Субвенции бюджетам городских округов на переселение граждан закрытых административно-территориальных образований 000 2 02 02022 00 0000 151 Субвенции бюджетам на реализацию программ местного развития и обеспечение занятости для шахтерских городов и поселков 000 2 02 02022 02 0000 151 Субвенции бюджетам субъектов Российской Федерации на реализацию программ местного развития и обеспечение занятости для шахтерских городов и поселков 000 2 02 02022 03 0000 151 Субвенции бюджетам внутригородских муниципальных образований городов федерального значения Москвы и Санкт-Петербурга на реализацию программ местного развития и обеспечение занятости для шахтерских городов и поселков 000 2 02 02022 04 0000 151 Субвенции бюджетам городских округов на реализацию программ местного развития и обеспечение занятости для шахтерских городов и поселков 000 2 02 02022 05 0000 151 Субвенции бюджетам муниципальных районов на реализацию программ местного развития и обеспечение занятости для шахтерских городов и поселков 000 2 02 02022 10 0000 151 Субвенции бюджетам поселений на реализацию программ местного развития и обеспечение занятости для шахтерских городов и поселков 000 2 02 02023 00 0000 151 Субвенции бюджетам на обеспечение жильем отдельных категорий граждан 000 2 02 02023 02 0000 151 Субвенции бюджетам субъектов Российской Федерации на обеспечение жильем отдельных категорий граждан 000 2 02 02023 03 0000 151 Субвенции бюджетам внутригородских муниципальных образований городов федерального значения Москвы и Санкт-Петербурга на обеспечение жильем отдельных категорий граждан 000 2 02 02023 04 0000 151 Субвенции бюджетам городских округов на обеспечение жильем отдельных категорий граждан 000 2 02 02023 05 0000 151 Субвенции бюджетам муниципальных районов на обеспечение жильем отдельных категорий граждан 000 2 02 02023 10 0000 151 Субвенции бюджетам поселений на обеспечение жильем отдельных категорий граждан 000 2 02 02024 02 0000 151 Субвенции бюджетам субъектов Российской Федерации на цели равного с федеральной противопожарной службой повышения денежного довольствия сотрудникам и заработной платы работникам территориальных подразделений Государственной противопожарной службы, содержащихся за счет средств бюджетов субъектов Российской Федерации (за исключением подразделений, созданных субъектами Российской Федерации в соответствии с Федеральным законом "О пожарной безопасности") 000 2 02 02025 00 0000 151 Средства, получаемые по взаимным расчетам, в том числе компенсации дополнительных расходов, возникших в результате решений, принятых органами власти другого уровня 000 2 02 02025 01 0000 151 Средства федерального бюджета, получаемые по взаимным расчетам, в том числе компенсации дополнительных расходов, возникших в результате решений, принятых органами государственной власти 000 2 02 02025 02 0000 151 Средства бюджетов субъектов Российской Федерации, получаемые по взаимным расчетам, в том числе компенсации дополнительных расходов, возникших в результате решений, принятых органами государственной власти 000 2 02 02025 03 0000 151 Средства бюджетов внутригородских муниципальных образований городов федерального значения Москвы и Санкт-Петербурга, получаемые по взаимным расчетам, в том числе компенсации дополнительных расходов, возникших в результате решений, принятых органами государственной власти 000 2 02 02025 04 0000 151 Средства бюджетов городских округов, получаемые по взаимным расчетам, в том числе компенсации дополнительных расходов, возникших в результате решений, принятых органами государственной власти 000 2 02 02025 05 0000 151 Средства бюджетов муниципальных районов, получаемые по взаимным расчетам, в том числе компенсации дополнительных расходов, возникших в результате решений, принятых органами государственной власти 000 2 02 02025 10 0000 151 Средства бюджетов поселений, получаемые по взаимным расчетам, в том числе компенсации дополнительных расходов, возникших в результате решений, принятых органами государственной власти 000 2 02 02026 00 0000 151 Субвенции на развитие социальной и инженерной инфраструктуры закрытых административно-территориальных образований 000 2 02 02026 02 0000 151 Субвенции бюджетам субъектов Российской Федерации на развитие социальной и инженерной инфраструктуры закрытых административно-территориальных образований 000 2 02 02026 04 0000 151 Субвенции бюджетам закрытых административно-территориальных образований на развитие социальной и инженерной инфраструктуры 000 2 02 02027 02 0000 151 Субвенции бюджету города Санкт-Петербурга на осуществление высшим исполнительным органом государственной власти города Санкт-Петербурга полномочий по управлению федеральным имуществом 000 2 02 02028 00 0000 151 Субвенции местным бюджетам на денежные выплаты медицинскому персоналу фельдшерско-акушерских пунктов, врачам, фельдшерам и медицинским сестрам скорой медицинской помощи 000 2 02 02028 03 0000 151 Субвенции бюджетам внутригородских муниципальных образований городов федерального значения Москвы и Санкт-Петербурга на денежные выплаты медицинскому персоналу фельдшерско-акушерских пунктов, врачам, фельдшерам и медицинским сестрам скорой медицинской помощи 000 2 02 02028 04 0000 151 Субвенции бюджетам городских округов на денежные выплаты медицинскому персоналу фельдшерско-акушерских пунктов, врачам, фельдшерам и медицинским сестрам скорой медицинской помощи 000 2 02 02028 05 0000 151 Субвенции бюджетам муниципальных районов на денежные выплаты медицинскому персоналу фельдшерско-акушерских пунктов, врачам, фельдшерам и медицинским сестрам скорой медицинской помощи 000 2 02 02028 10 0000 151 Субвенции бюджетам поселений на денежные выплаты медицинскому персоналу фельдшерско-акушерских пунктов, врачам, фельдшерам и медицинским сестрам скорой медицинской помощи 000 2 02 02029 02 0000 151 Субвенции бюджетам субъектов Российской Федерации для предоставления дотаций на поддержку мер по обеспечению сбалансированности бюджетов закрытых административно-территориальных образований 000 2 02 02030 02 0000 151 Субвенции бюджетам субъектов Российской Федерации для предоставления дотаций бюджетам закрытых административно-территориальных образований 000 2 02 02032 02 0000 151 Субвенции бюджетам субъектов Российской Федерации на мероприятия по сбору, переработке, утилизации и хранению радиоактивных отходов 000 2 02 02033 01 0000 152 Субвенции из бюджета Союзного государства на реализацию его программ (подпрограмм) и мероприятий 000 2 02 02034 02 0000 151 Субвенции бюджетам субъектов Российской Федерации на реализацию отдельных полномочий в области лесного хозяйства 000 2 02 02035 02 0000 151 Субвенции бюджетам субъектов Российской Федерации на осуществление отдельных полномочий в области водных отношений 000 2 02 02037 04 0000 151 Субвенции бюджету города Байконура на капитальные вложения в отселение граждан Российской Федерации 000 2 02 02038 00 0000 151 Субвенции бюджетам на выплату единовременных пособий при всех формах устройства детей, лишенных родительского попечения, в семью 000 2 02 02038 02 0000 151 Субвенции бюджетам субъектов Российской Федерации на выплату единовременных пособий при всех формах устройства детей, лишенных родительского попечения, в семью 000 2 02 02038 03 0000 151 Субвенции бюджетам внутригородских муниципальных образований городов федерального значения Москвы и Санкт-Петербурга на выплату единовременных пособий при всех формах устройства детей, лишенных родительского попечения, в семью 000 2 02 02038 04 0000 151 Субвенции бюджетам городских округов на выплату единовременных пособий при всех формах устройства детей, лишенных родительского попечения, в семью 000 2 02 02038 05 0000 151 Субвенции бюджетам муниципальных районов на выплату единовременных пособий при всех формах устройства детей, лишенных родительского попечения, в семью 000 2 02 02038 10 0000 151 Субвенции бюджетам поселений на выплату единовременных пособий при всех формах устройства детей, лишенных родительского попечения, в семью 000 2 02 02039 00 0000 151 Субвенции местным бюджетам на ежемесячное денежное вознаграждение за классное руководство 000 2 02 02039 03 0000 151 Субвенции бюджетам внутригородских муниципальных образований городов федерального значения Москвы и Санкт-Петербурга на ежемесячное денежное вознаграждение за классное руководство 000 2 02 02039 04 0000 151 Субвенции бюджетам городских округов на ежемесячное денежное вознаграждение за классное руководство 000 2 02 02039 05 0000 151 Субвенции бюджетам муниципальных районов на ежемесячное денежное вознаграждение за классное руководство 000 2 02 02039 10 0000 151 Субвенции бюджетам поселений на ежемесячное денежное вознаграждение за классное руководство 000 2 02 02040 00 0000 151 Субвенции местным бюджетам на предоставление гражданам субсидий на оплату жилого помещения и коммунальных услуг 000 2 02 02040 03 0000 151 Субвенции бюджетам внутригородских муниципальных образований городов федерального значения Москвы и Санкт-Петербурга на предоставление гражданам субсидий на оплату жилого помещения и коммунальных услуг 000 2 02 02040 04 0000 151 Субвенции бюджетам городских округов на предоставление гражданам субсидий на оплату жилого помещения и коммунальных услуг 000 2 02 02040 05 0000 151 Субвенции бюджетам муниципальных районов на предоставление гражданам субсидий на оплату жилого помещения и коммунальных услуг 000 2 02 02040 10 0000 151 Субвенции бюджетам поселений на предоставление гражданам субсидий на оплату жилого помещения и коммунальных услуг 000 2 02 02041 02 0000 151 Субсидии бюджетам субъектов Российской Федерации на ликвидацию межтерриториального перекрестного субсидирования в электроэнергетике 000 2 02 02042 00 0000 151 Субвенции бюджетам на выплату пособий гражданам, подвергшимся воздействию радиации вследствие радиационных аварий и ядерных испытаний 000 2 02 02042 02 0000 151 Субвенции бюджетам субъектов Российской Федерации на выплату пособий гражданам, подвергшимся воздействию радиации вследствие радиационных аварий и ядерных испытаний 000 2 02 02042 03 0000 151 Субвенции бюджетам внутригородских муниципальных образований городов федерального значения Москвы и Санкт-Петербурга на выплату пособий гражданам, подвергшимся воздействию радиации вследствие радиационных аварий и ядерных испытаний 000 2 02 02042 04 0000 151 Субвенции бюджетам городских округов на выплату пособий гражданам, подвергшимся воздействию радиации вследствие радиационных аварий и ядерных испытаний 000 2 02 02042 05 0000 151 Субвенции бюджетам муниципальных районов на выплату пособий гражданам, подвергшимся воздействию радиации вследствие радиационных аварий и ядерных испытаний 000 2 02 02042 10 0000 151 Субвенции бюджетам поселений на выплату пособий гражданам, подвергшимся воздействию радиации вследствие радиационных аварий и ядерных испытаний 000 2 02 02043 00 0000 151 Субвенции местным бюджетам на выполнение передаваемых полномочий субъектов Российской Федерации 000 2 02 02043 03 0000 151 Субвенции бюджетам внутригородских муниципальных образований городов федерального значения Москвы и Санкт-Петербурга на выполнение передаваемых полномочий субъектов Российской Федерации 000 2 02 02043 04 0000 151 Субвенции бюджетам городских округов на выполнение передаваемых полномочий субъектов Российской Федерации 000 2 02 02043 05 0000 151 Субвенции бюджетам муниципальных районов на выполнение передаваемых полномочий субъектов Российской Федерации 000 2 02 02043 10 0000 151 Субвенции бюджетам поселений на выполнение передаваемых полномочий субъектов Российской Федерации 000 2 02 02044 00 0000 151 Субвенции бюджетам на цели равного с Министерством внутренних дел Российской Федерации повышения денежного довольствия сотрудникам и заработной платы работникам подразделений милиции общественной безопасности, содержащихся за счет средств бюджетов субъектов Российской Федерации и местных бюджетов 000 2 02 02044 02 0000 151 Субвенции бюджетам субъектов Российской Федерации на цели равного с Министерством внутренних дел Российской Федерации повышения денежного довольствия сотрудникам и заработной платы работникам подразделений милиции общественной безопасности, содержащихся за счет средств бюджетов субъектов Российской Федерации и местных бюджетов 000 2 02 02044 03 0000 151 Субвенции бюджетам внутригородских муниципальных образований городов федерального значения Москвы и Санкт-Петербурга на цели равного с Министерством внутренних дел Российской Федерации повышения денежного довольствия сотрудникам и заработной платы работникам подразделений милиции общественной безопасности, содержащихся за счет средств бюджетов субъектов Российской Федерации и местных бюджетов 000 2 02 02044 04 0000 151 Субвенции бюджетам городских округов на цели равного с Министерством внутренних дел Российской Федерации повышения денежного довольствия сотрудникам и заработной платы работникам подразделений милиции общественной безопасности, содержащихся за счет средств бюджетов субъектов Российской Федерации и местных бюджетов 000 2 02 02044 05 0000 151 Субвенции бюджетам муниципальных районов на цели равного с Министерством внутренних дел Российской Федерации повышения денежного довольствия сотрудникам и заработной платы работникам подразделений милиции общественной безопасности, содержащихся за счет средств бюджетов субъектов Российской Федерации и местных бюджетов 000 2 02 02044 10 0000 151 Субвенции бюджетам поселений на цели равного с Министерством внутренних дел Российской Федерации повышения денежного довольствия сотрудникам и заработной платы работникам подразделений милиции общественной безопасности, содержащихся за счет средств бюджетов субъектов Российской Федерации и местных бюджетов 000 2 02 02045 02 0000 151 Субвенции бюджету субъекта Российской Федерации из местных бюджетов в связи с превышением уровня расчетных налоговых доходов местных бюджетов 000 2 02 02046 00 0000 151 Субвенции на выполнение федеральных полномочий, установленных Федеральным законом "О мобилизационной подготовке и мобилизации в Российской Федерации" 000 2 02 02046 02 0000 151 Субвенции бюджетам субъектов Российской Федерации на выполнение федеральных полномочий, установленных Федеральным законом "О мобилизационной подготовке и мобилизации в Российской Федерации" 000 2 02 02046 03 0000 151 Субвенции бюджетам внутригородских муниципальных образований городов федерального значения Москвы и Санкт-Петербурга на выполнение федеральных полномочий, установленных Федеральным законом "О мобилизационной подготовке и мобилизации в Российской Федерации" 000 2 02 02046 04 0000 151 Субвенции бюджетам городских округов на выполнение федеральных полномочий, установленных Федеральным законом "О мобилизационной подготовке и мобилизации в Российской Федерации" 000 2 02 02046 05 0000 151 Субвенции бюджетам муниципальных районов на выполнение федеральных полномочий, установленных Федеральным законом "О мобилизационной подготовке и мобилизации в Российской Федерации" 000 2 02 02046 10 0000 151 Субвенции бюджетам поселений на выполнение федеральных полномочий, установленных Федеральным законом "О мобилизационной подготовке и мобилизации в Российской Федерации" 000 2 02 02047 00 0000 151 Субвенции на осуществление части полномочий по решению вопросов местного значения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 000 2 02 02047 05 0000 151 Субвенции на осуществление части полномочий по решению вопросов местного значения из бюджетов поселений бюджету муниципального района в соответствии с заключенными соглашениями 000 2 02 02047 10 0000 151 Субвенции на осуществление части полномочий по решению вопросов местного значения из бюджета муниципального района бюджетам поселений в соответствии с заключенными соглашениями 000 2 02 02048 00 0000 151 Субвенции бюджетам на осуществление полномочий по реализации государственной политики занятости населения, включая расходы по осуществлению этих полномочий 000 2 02 02048 02 0000 151 Субвенции бюджетам субъектов Российской Федерации на осуществление полномочий по реализации государственной политики занятости населения, включая расходы по осуществлению этих полномочий 000 2 02 02048 03 0000 151 Субвенции бюджетам внутригородских муниципальных образований городов федерального значения Москвы и Санкт-Петербурга на осуществление полномочий по реализации государственной политики занятости населения, включая расходы по осуществлению этих полномочий 000 2 02 02048 04 0000 151 Субвенции бюджетам городских округов на осуществление полномочий по реализации государственной политики занятости населения, включая расходы по осуществлению этих полномочий 000 2 02 02048 05 0000 151 Субвенции бюджетам муниципальных районов на осуществление полномочий по реализации государственной политики занятости населения, включая расходы по осуществлению этих полномочий 000 2 02 02048 10 0000 151 Субвенции бюджетам поселений на осуществление полномочий по реализации государственной политики занятости населения, включая расходы по осуществлению этих полномочий 000 2 02 02049 05 0000 151 Субвенции бюджету муниципального района из бюджетов поселений на решение вопросов местного значения межмуниципального характера 000 2 02 02050 00 0000 151 Субвенции местным бюджетам на обеспечение жилыми помещениями детей-сирот, детей, оставшихся без попечения родителей, а также детей, находящихся под опекой (попечительством), не имеющих закрепленного жилого помещения 000 2 02 02050 03 0000 151 Субвенции бюджетам внутригородских муниципальных образований городов федерального значения Москвы и Санкт-Петербурга на обеспечение жилыми помещениями детей-сирот, детей, оставшихся без попечения родителей, а также детей, находящихся под опекой (попечительством), не имеющих закрепленного жилого помещения 000 2 02 02050 04 0000 151 Субвенции бюджетам городских округов на обеспечение жилыми помещениями детей-сирот, детей, оставшихся без попечения родителей, а также детей, находящихся под опекой (попечительством), не имеющих закрепленного жилого помещения 000 2 02 02050 05 0000 151 Субвенции бюджетам муниципальных районов на обеспечение жилыми помещениями детей-сирот, детей, оставшихся без попечения родителей, а также детей, находящихся под опекой (попечительством), не имеющих закрепленного жилого помещения 000 2 02 02050 10 0000 151 Субвенции бюджетам поселений на обеспечение жилыми помещениями детей-сирот, детей, оставшихся без попечения родителей, а также детей, находящихся под опекой (попечительством), не имеющих закрепленного жилого помещения 000 2 02 02051 00 0000 151 Субвенции местным бюджетам на содержание ребенка в семье опекуна и приемной семье, а также на оплату труда приемному родителю 000 2 02 02051 03 0000 151 Субвенции бюджетам внутригородских муниципальных образований городов федерального значения Москвы и Санкт-Петербурга на содержание ребенка в семье опекуна и приемной семье, а также на оплату труда приемному родителю 000 2 02 02051 04 0000 151 Субвенции бюджетам городских округов на содержание ребенка в семье опекуна и приемной семье, а также на оплату труда приемному родителю 000 2 02 02051 05 0000 151 Субвенции бюджетам муниципальных районов на содержание ребенка в семье опекуна и приемной семье, а также на оплату труда приемному родителю 000 2 02 02051 10 0000 151 Субвенции бюджетам поселений на содержание ребенка в семье опекуна и приемной семье, а также на оплату труда приемному родителю 000 2 02 02052 00 0000 151 Субвенции местным бюджетам на внедрение инновационных образовательных программ в муниципальных общеобразовательных учреждениях 000 2 02 02052 03 0000 151 Субвенции бюджетам внутригородских муниципальных образований городов федерального значения Москвы и Санкт-Петербурга на внедрение инновационных образовательных программ в муниципальных общеобразовательных учреждениях 000 2 02 02052 04 0000 151 Субвенции бюджетам городских округов на внедрение инновационных образовательных программ в муниципальных общеобразовательных учреждениях 000 2 02 02052 05 0000 151 Субвенции бюджетам муниципальных районов на внедрение инновационных образовательных программ в муниципальных общеобразовательных учреждениях 000 2 02 02052 10 0000 151 Субвенции бюджетам поселений на внедрение инновационных образовательных программ в муниципальных общеобразовательных учреждениях 000 2 02 03900 10 0000 151 Субвенции территориальным фондам обязательного медицинского страхования 000 2 02 03901 09 0000 151 Субвенции бюджетам территориальных фондов обязательного медицинского страхования на финансовое обеспечение государственного задания в соответствии с программой государственных гарантий оказания гражданам Российской Федерации бесплатной медицинской помощи на оказание учреждениями здравоохранения муниципальных образований, оказывающими первичную медико-санитарную помощь (а при их отсутствии - соответствующими учреждениями здравоохранения субъекта Российской Федерации), дополнительной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000 2 02 03902 09 0000 151 Субвенции бюджетам территориальных фондов обязательного медицинского страхования на проведение диспансеризации находящихся в стационарных учреждениях детей-сирот и детей, оставшихся без попечения родителей 000 2 02 03903 09 0000 151 Средства, передаваемые бюджетам территориальных фондов обязательного медицинского страхования на оказание отдельным категориям граждан государственной социальной помощи по обеспечению лекарственными средствами 000 2 02 03999 00 0000 151 Прочие субвенции 000 2 02 03999 02 0000 151 Прочие субвенции бюджетам субъектов Российской Федерации 000 2 02 03999 03 0000 151 Прочие субвенции бюджетам внутригородских муниципальных образований городов федерального значения Москвы и Санкт-Петербурга 000 2 02 03999 04 0000 151 Прочие субвенции бюджетам городских округов 000 2 02 03999 05 0000 151 Прочие субвенции бюджетам муниципальных районов 000 2 02 03999 10 0000 151 Прочие субвенции бюджетам поселений 000 2 02 04000 00 0000 151 Субсидии от других бюджетов бюджетной системы Российской Федерации 000 2 02 04001 02 0000 151 Субсидии бюджетам субъектов Российской Федерации на частичное возмещение расходов на выплату ежемесячного пособия на ребенка 000 2 02 04002 00 0000 151 Субсидии бюджетам на реформирование региональных финансов 000 2 02 04002 02 0000 151 Субсидии бюджетам субъектов Российской Федерации на реформирование региональных финансов 000 2 02 04002 03 0000 151 Субсидии бюджетам внутригородских муниципальных образований городов федерального значения Москвы и Санкт-Петербурга на реформирование региональных финансов 000 2 02 04002 04 0000 151 Субсидии бюджетам городских округов на реформирование региональных финансов 000 2 02 04002 05 0000 151 Субсидии бюджетам муниципальных районов на реформирование региональных финансов 000 2 02 04002 10 0000 151 Субсидии бюджетам поселений на реформирование региональных финансов 000 2 02 04003 00 0000 151 Субсидии на реформирование муниципальных финансов 000 2 02 04003 02 0000 151 Субсидии бюджетам субъектов Российской Федерации на реформирование муниципальных финансов 000 2 02 04003 03 0000 151 Субсидии бюджетам внутригородских муниципальных образований городов федерального значения Москвы и Санкт-Петербурга на реформирование муниципальных финансов 000 2 02 04003 04 0000 151 Субсидии бюджетам городских округов на реформирование муниципальных финансов 000 2 02 04003 05 0000 151 Субсидии бюджетам муниципальных районов на реформирование муниципальных финансов 000 2 02 04003 10 0000 151 Субсидии бюджетам поселений на реформирование муниципальных финансов 000 2 02 04004 00 0000 151 Субсидии бюджетам для развития общественной инфраструктуры регионального значения и поддержки фондов муниципального развития 000 2 02 04004 02 0000 151 Субсидии бюджетам субъектов Российской Федерации для развития общественной инфраструктуры регионального значения и поддержки фондов муниципального развития 000 2 02 04004 03 0000 151 Субсидии бюджетам внутригородских муниципальных образований городов федерального значения Москвы и Санкт-Петербурга для развития общественной инфраструктуры регионального значения 000 2 02 04004 04 0000 151 Субсидии бюджетам городских округов для развития общественной инфраструктуры регионального значения 000 2 02 04004 05 0000 151 Субсидии бюджетам муниципальных районов для развития общественной инфраструктуры регионального значения 000 2 02 04004 10 0000 151 Субсидии бюджетам поселений для развития общественной инфраструктуры регионального значения 000 2 02 04005 00 0000 151 Субсидии бюджетам на мероприятия по организации оздоровительной кампании детей 000 2 02 04005 02 0000 151 Субсидии бюджетам субъектов Российской Федерации на мероприятия по организации оздоровительной кампании детей 000 2 02 04005 03 0000 151 Субсидии бюджетам внутригородских муниципальных образований городов федерального значения Москвы и Санкт-Петербурга на мероприятия по организации оздоровительной кампании детей 000 2 02 04005 04 0000 151 Субсидии бюджетам городских округов на мероприятия по организации оздоровительной кампании детей 000 2 02 04005 05 0000 151 Субсидии бюджетам муниципальных районов на мероприятия по организации оздоровительной кампании детей 000 2 02 04005 10 0000 151 Субсидии бюджетам поселений на мероприятия по организации оздоровительной кампании детей 000 2 02 04006 02 0000 151 Субсидии бюджетам субъектов Российской Федерации на частичное возмещение расходов по обеспечению мер социальной поддержки реабилитированных лиц и лиц, признанных пострадавшими от политических репрессий 000 2 02 04007 02 0000 151 Субсидии на частичное возмещение расходов бюджетов субъектов Российской Федерации по предоставлению гражданам субсидий на оплату жилого помещения и коммунальных услуг 000 2 02 04008 00 0000 151 Субсидии бюджетам на предоставление субсидий молодым семьям для приобретения жилья 000 2 02 04008 02 0000 151 Субсидии бюджетам субъектов Российской Федерации на предоставление субсидий молодым семьям для приобретения жилья 000 2 02 04008 03 0000 151 Субсидии бюджетам внутригородских муниципальных образований городов федерального значения Москвы и Санкт-Петербурга на предоставление субсидий молодым семьям для приобретения жилья 000 2 02 04008 04 0000 151 Субсидии бюджетам городских округов на предоставление субсидий молодым семьям для приобретения жилья 000 2 02 04008 05 0000 151 Субсидии бюджетам муниципальных районов на предоставление субсидий молодым семьям для приобретения жилья 000 2 02 04008 10 0000 151 Субсидии бюджетам поселений на предоставление субсидий молодым семьям для приобретения жилья 000 2 02 04009 02 0000 151 Субсидии бюджетам субъектов Российской Федерации на государственную поддержку малого предпринимательства 000 2 02 04010 00 0000 151 Субсидии бюджетам на финансирование сельского хозяйства 000 2 02 04011 02 0000 151 Субсидии бюджетам субъектов Российской Федерации на поддержку овцеводства 000 2 02 04012 02 0000 151 Субсидии бюджетам субъектов Российской Федерации на поддержку элитного семеноводства 000 2 02 04013 02 0000 151 Субсидии бюджетам субъектов Российской Федерации на поддержку завоза семян для выращивания кормовых культур в северных районах страны 000 2 02 04014 02 0000 151 Субсидии бюджетам субъектов Российской Федерации на поддержку производства льна и конопли 000 2 02 04015 02 0000 151 Субсидии бюджетам субъектов Российской Федерации на поддержку закладки и ухода за многолетними насаждениями 000 2 02 04016 02 0000 151 Субсидии бюджетам субъектов Российской Федерации на компенсацию части затрат на приобретение средств химизации 000 2 02 04017 02 0000 151 Субсидии бюджетам субъектов Российской Федерации на компенсацию части затрат по страхованию урожая сельскохозяйственных культур и многолетних насаждений 000 2 02 04018 02 0000 151 Субсидии бюджетам субъектов Российской Федерации на субсидирование процентных ставок по привлеченным кредитам в российских кредитных организациях 000 2 02 04020 02 0000 151 Субсидии бюджетам субъектов Российской Федерации на оснащение специальным оборудованием государственных наркологических диспансеров 000 2 02 04021 00 0000 151 Субсидии бюджетам на осуществление капитального ремонта гидротехнических сооружений, находящихся в собственности субъектов Российской Федерации, муниципальной собственности, и бесхозяйных гидротехнических сооружений 000 2 02 04021 02 0000 151 Субсидии бюджетам субъектов Российской Федерации на осуществление капитального ремонта гидротехнических сооружений, находящихся в собственности субъектов Российской Федерации, муниципальной собственности, и бесхозяйных гидротехнических сооружений 000 2 02 04021 03 0000 151 Субсидии бюджетам внутригородских муниципальных образований городов федерального значения Москвы и Санкт-Петербурга на осуществление капитального ремонта гидротехнических сооружений, находящихся в собственности субъектов Российской Федерации, муниципальной собственности, и бесхозяйных гидротехнических сооружений 000 2 02 04021 04 0000 151 Субсидии бюджетам городских округов на осуществление капитального ремонта гидротехнических сооружений, находящихся в собственности субъектов Российской Федерации, муниципальной собственности, и бесхозяйных гидротехнических сооружений 000 2 02 04021 05 0000 151 Субсидии бюджетам муниципальных районов на осуществление капитального ремонта гидротехнических сооружений, находящихся в собственности субъектов Российской Федерации, муниципальной собственности, и бесхозяйных гидротехнических сооружений 000 2 02 04021 10 0000 151 Субсидии бюджетам поселений на осуществление капитального ремонта гидротехнических сооружений, находящихся в собственности субъектов Российской Федерации, муниципальной собственности, и бесхозяйных гидротехнических сооружений 000 2 02 04022 02 0000 151 Субсидии бюджетам субъектов Российской Федерации на внедрение инновационных образовательных программ в государственных и муниципальных общеобразовательных учреждениях 000 2 02 04023 00 0000 151 Субсидии бюджетам на внедрение современных образовательных технологий 000 2 02 04023 02 0000 151 Субсидии бюджетам субъектов Российской Федерации на внедрение современных образовательных технологий 000 2 02 04023 03 0000 151 Субсидии бюджетам внутригородских муниципальных образований городов федерального значения Москвы и Санкт-Петербурга на внедрение современных образовательных технологий 000 2 02 04023 04 0000 151 Субсидии бюджетам городских округов на внедрение современных образовательных технологий 000 2 02 04023 05 0000 151 Субсидии бюджетам муниципальных районов на внедрение современных образовательных технологий 000 2 02 04023 10 0000 151 Субсидии бюджетам поселений на внедрение современных образовательных технологий 000 2 02 04024 02 0000 151 Субсидии бюджетам субъектов Российской Федерации на денежные выплаты медицинскому персоналу фельдшерско-акушерских пунктов, врачам, фельдшерам и медицинским сестрам скорой медицинской помощи 000 2 02 04025 00 0000 151 Субсидии бюджетам на дизельное топливо, использованное на проведение сезонных сельскохозяйственных работ 000 2 02 04025 02 0000 151 Субсидии бюджетам субъектов Российской Федерации на дизельное топливо, использованное на проведение сезонных сельскохозяйственных работ 000 2 02 04025 03 0000 151 Субсидии бюджетам внутригородских муниципальных образований городов федерального значения Москвы и Санкт-Петербурга на дизельное топливо, использованное на проведение сезонных сельскохозяйственных работ 000 2 02 04025 04 0000 151 Субсидии бюджетам городских округов на дизельное топливо, использованное на проведение сезонных сельскохозяйственных работ 000 2 02 04025 05 0000 151 Субсидии бюджетам муниципальных районов на дизельное топливо, использованное на проведение сезонных сельскохозяйственных работ 000 2 02 04025 10 0000 151 Субсидии бюджетам поселений на дизельное топливо, использованное на проведение сезонных сельскохозяйственных работ 000 2 02 04026 00 0000 151 Субсидии бюджетам на возмещение части затрат на уплату процентов по кредитам, полученным в российских кредитных организациях на развитие животноводства и промышленного рыбоводства 000 2 02 04026 02 0000 151 Субсидии бюджетам субъектов Российской Федерации на возмещение части затрат на уплату процентов по кредитам, полученным в российских кредитных организациях на развитие животноводства и промышленного рыбоводства 000 2 02 04026 03 0000 151 Субсидии бюджетам внутригородских муниципальных образований городов федерального значения Москвы и Санкт-Петербурга на возмещение части затрат на уплату процентов по кредитам, полученным в российских кредитных организациях на развитие животноводства и промышленного рыбоводства 000 2 02 04026 04 0000 151 Субсидии бюджетам городских округов на возмещение части затрат на уплату процентов по кредитам, полученным в российских кредитных организациях на развитие животноводства и промышленного рыбоводства 000 2 02 04026 05 0000 151 Субсидии бюджетам муниципальных районов на возмещение части затрат на уплату процентов по кредитам, полученным в российских кредитных организациях на развитие животноводства и промышленного рыбоводства 000 2 02 04026 10 0000 151 Субсидии бюджетам поселений на возмещение части затрат на уплату процентов по кредитам, полученным в российских кредитных организациях на развитие животноводства и промышленного рыбоводства 000 2 02 04027 00 0000 151 Субсидии бюджетам на 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на развитие малых форм хозяйствования в агропромышленном комплексе 000 2 02 04027 02 0000 151 Субсидии бюджетам субъектов Российской Федерации на 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на развитие малых форм хозяйствования в агропромышленном комплексе 000 2 02 04027 03 0000 151 Субсидии бюджетам внутригородских муниципальных образований городов федерального значения Москвы и Санкт-Петербурга на 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на развитие малых форм хозяйствования в агропромышленном комплексе 000 2 02 04027 04 0000 151 Субсидии бюджетам городских округов на 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на развитие малых форм хозяйствования в агропромышленном комплексе 000 2 02 04027 05 0000 151 Субсидии бюджетам муниципальных районов на 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на развитие малых форм хозяйствования в агропромышленном комплексе 000 2 02 04027 10 0000 151 Субсидии бюджетам поселений на 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на развитие малых форм хозяйствования в агропромышленном комплексе 000 2 02 04028 00 0000 151 Субсидии бюджетам на модернизацию объектов коммунальной инфраструктуры 000 2 02 04028 02 0000 151 Субсидии бюджетам субъектов Российской Федерации на модернизацию объектов коммунальной инфраструктуры 000 2 02 04028 03 0000 151 Субсидии бюджетам внутригородских муниципальных образований городов федерального значения Москвы и Санкт-Петербурга на модернизацию объектов коммунальной инфраструктуры 000 2 02 04028 04 0000 151 Субсидии бюджетам городских округов на модернизацию объектов коммунальной инфраструктуры 000 2 02 04028 05 0000 151 Субсидии бюджетам муниципальных районов на модернизацию объектов коммунальной инфраструктуры 000 2 02 04028 10 0000 151 Субсидии бюджетам поселений на модернизацию объектов коммунальной инфраструктуры 000 2 02 04029 00 0000 151 Субсидии бюджетам на возмещение части затрат на уплату процентов по кредитам, полученным в российских кредитных организациях (кроме видов расходов 330, 331 и 413) 000 2 02 04029 02 0000 151 Субсидии бюджетам субъектов Российской Федерации на возмещение части затрат на уплату процентов по кредитам, полученным в российских кредитных организациях (кроме видов расходов 330, 331 и 413) 000 2 02 04029 03 0000 151 Субсидии бюджетам внутригородских муниципальных образований городов федерального значения Москвы и Санкт-Петербурга на возмещение части затрат на уплату процентов по кредитам, полученным в российских кредитных организациях (кроме видов расходов 330, 331 и 413) 000 2 02 04029 04 0000 151 Субсидии бюджетам городских округов на возмещение части затрат на уплату процентов по кредитам, полученным в российских кредитных организациях (кроме видов расходов 330, 331 и 413) 000 2 02 04029 05 0000 151 Субсидии бюджетам муниципальных районов на возмещение части затрат на уплату процентов по кредитам, полученным в российских кредитных организациях (кроме видов расходов 330, 331 и 413) 000 2 02 04029 10 0000 151 Субсидии бюджетам поселений на возмещение части затрат на уплату процентов по кредитам, полученным в российских кредитных организациях (кроме видов расходов 330, 331 и 413) 000 2 02 04030 00 0000 151 Субсидии бюджетам на возмещение части затрат на уплату процентов по кредитам, полученным в российских кредитных организациях на обеспечение земельных участков под жилищное строительство коммунальной инфраструктурой 000 2 02 04030 02 0000 151 Субсидии бюджетам субъектов Российской Федерации на возмещение части затрат на уплату процентов по кредитам, полученным в российских кредитных организациях на обеспечение земельных участков под жилищное строительство коммунальной инфраструктурой 000 2 02 04030 03 0000 151 Субсидии бюджетам внутригородских муниципальных образований городов федерального значения Москвы и Санкт-Петербурга на возмещение части затрат на уплату процентов по кредитам, полученным в российских кредитных организациях на обеспечение земельных участков под жилищное строительство коммунальной инфраструктурой 000 2 02 04030 04 0000 151 Субсидии бюджетам городских округов на возмещение части затрат на уплату процентов по кредитам, полученным в российских кредитных организациях на обеспечение земельных участков под жилищное строительство коммунальной инфраструктурой 000 2 02 04030 05 0000 151 Субсидии бюджетам муниципальных районов на возмещение части затрат на уплату процентов по кредитам, полученным в российских кредитных организациях на обеспечение земельных участков под жилищное строительство коммунальной инфраструктурой 000 2 02 04030 10 0000 151 Субсидии бюджетам поселений на возмещение части затрат на уплату процентов по кредитам, полученным в российских кредитных организациях на обеспечение земельных участков под жилищное строительство коммунальной инфраструктурой 000 2 02 04031 00 0000 151 Субсидии бюджетам на переселение граждан из жилищного фонда, признанного непригодным для проживания, и (или) жилищного фонда с высоким уровнем износа (более 70 процентов) 000 2 02 04031 02 0000 151 Субсидии бюджетам субъектов Российской Федерации на переселение граждан из жилищного фонда, признанного непригодным для проживания, и (или) жилищного фонда с высоким уровнем износа (более 70 процентов) 000 2 02 04031 03 0000 151 Субсидии бюджетам внутригородских муниципальных образований городов федерального значения Москвы и Санкт-Петербурга на переселение граждан из жилищного фонда, признанного непригодным для проживания, и (или) жилищного фонда с высоким уровнем износа (более 70 процентов) 000 2 02 04031 04 0000 151 Субсидии бюджетам городских округов на переселение граждан из жилищного фонда, признанного непригодным для проживания, и (или) жилищного фонда с высоким уровнем износа (более 70 процентов) 000 2 02 04031 05 0000 151 Субсидии бюджетам муниципальных районов на переселение граждан из жилищного фонда, признанного непригодным для проживания, и (или) жилищного фонда с высоким уровнем износа (более 70 процентов) 000 2 02 04031 10 0000 151 Субсидии бюджетам поселений на переселение граждан из жилищного фонда, признанного непригодным для проживания, и (или) жилищного фонда с высоким уровнем износа (более 70 процентов) 000 2 02 04032 02 0000 151 Субсидии бюджетам субъектов Российской Федерации на содержание ребенка в семье опекуна и приемной семье, а также на оплату труда приемному родителю 000 2 02 04033 00 0000 151 Субсидии бюджетам на выплату компенсации части родительской платы за содержание ребенка в государственных и муниципальных образовательных учреждениях, реализующих основную общеобразовательную программу дошкольного образования 000 2 02 04033 02 0000 151 Субсидии бюджетам субъектов Российской Федерации на выплату компенсации части родительской платы за содержание ребенка в государственных и муниципальных образовательных учреждениях, реализующих основную общеобразовательную программу дошкольного образования 000 2 02 04033 03 0000 151 Субсидии бюджетам внутригородских муниципальных образований городов федерального значения Москвы и Санкт-Петербурга на выплату компенсации части родительской платы за содержание ребенка в муниципальных образовательных учреждениях, реализующих основную общеобразовательную программу дошкольного образования 000 2 02 04033 04 0000 151 Субсидии бюджетам городских округов на выплату компенсации части родительской платы за содержание ребенка в муниципальных образовательных учреждениях, реализующих основную общеобразовательную программу дошкольного образования 000 2 02 04033 05 0000 151 Субсидии бюджетам муниципальных районов на выплату компенсации части родительской платы за содержание ребенка в муниципальных образовательных учреждениях, реализующих основную общеобразовательную программу дошкольного образования 000 2 02 04033 10 0000 151 Субсидии бюджетам поселений на выплату компенсации части родительской платы за содержание ребенка в муниципальных образовательных учреждениях, реализующих основную общеобразовательную программу дошкольного образования 000 2 02 04034 00 0000 151 Субсидии бюджетам на строительство общежитий 000 2 02 04034 02 0000 151 Субсидии бюджетам субъектов Российской Федерации на строительство общежитий 000 2 02 04034 03 0000 151 Субсидии бюджетам внутригородских муниципальных образований городов федерального значения Москвы и Санкт-Петербурга на строительство общежитий 000 2 02 04034 04 0000 151 Субсидии бюджетам городских округов на строительство общежитий 000 2 02 04034 05 0000 151 Субсидии бюджетам муниципальных районов на строительство общежитий 000 2 02 04034 10 0000 151 Субсидии бюджетам поселений на строительство общежитий 000 2 02 04035 00 0000 151 Субсидии бюджетам на обеспечение жильем отдельных категорий граждан на основании решений Правительства Российской Федерации 000 2 02 04035 02 0000 151 Субсидии бюджетам субъектов Российской Федерации на обеспечение жильем отдельных категорий граждан на основании решений Правительства Российской Федерации 000 2 02 04035 03 0000 151 Субсидии бюджетам внутригородских муниципальных образований городов федерального значения Москвы и Санкт-Петербурга на обеспечение жильем отдельных категорий граждан на основании решений Правительства Российской Федерации 000 2 02 04035 04 0000 151 Субсидии бюджетам городских округов на обеспечение жильем отдельных категорий граждан на основании решений Правительства Российской Федерации 000 2 02 04035 05 0000 151 Субсидии бюджетам муниципальных районов на обеспечение жильем отдельных категорий граждан на основании решений Правительства Российской Федерации 000 2 02 04035 10 0000 151 Субсидии бюджетам поселений на обеспечение жильем отдельных категорий граждан на основании решений Правительства Российской Федерации 000 2 02 04036 00 0000 151 Субсидии бюджетам на обеспечение жильем молодых семей и молодых специалистов, проживающих и работающих в сельской местности 000 2 02 04036 02 0000 151 Субсидии бюджетам субъектов Российской Федерации на обеспечение жильем молодых семей и молодых специалистов, проживающих и работающих в сельской местности 000 2 02 04036 05 0000 151 Субсидии бюджетам муниципальных районов на обеспечение жильем молодых семей и молодых специалистов, проживающих и работающих в сельской местности 000 2 02 04036 10 0000 151 Субсидии бюджетам поселений на обеспечение жильем молодых семей и молодых специалистов, проживающих и работающих в сельской местности 000 2 02 04037 02 0000 151 Субсидии бюджетам субъектов Российской Федерации на ежемесячное денежное вознаграждение за классное руководство 000 2 02 04038 00 0000 151 Субсидии бюджетам на поддержку северного оленеводства и табунного коневодства 000 2 02 04038 02 0000 151 Субсидии бюджетам субъектов Российской Федерации на поддержку северного оленеводства и табунного коневодства 000 2 02 04038 03 0000 151 Субсидии бюджетам внутригородских муниципальных образований городов федерального значения Москвы и Санкт-Петербурга на поддержку северного оленеводства и табунного коневодства 000 2 02 04038 04 0000 151 Субсидии бюджетам городских округов на поддержку северного оленеводства и табунного коневодства 000 2 02 04038 05 0000 151 Субсидии бюджетам муниципальных районов на поддержку северного оленеводства и табунного коневодства 000 2 02 04038 10 0000 151 Субсидии бюджетам поселений на поддержку северного оленеводства и табунного коневодства 000 2 02 04039 00 0000 151 Субсидии бюджетам на поддержку племенного животноводства 000 2 02 04039 02 0000 151 Субсидии бюджетам субъектов Российской Федерации на поддержку племенного животноводства 000 2 02 04039 03 0000 151 Субсидии бюджетам внутригородских муниципальных образований городов федерального значения Москвы и Санкт-Петербурга на поддержку племенного животноводства 000 2 02 04039 04 0000 151 Субсидии бюджетам городских округов на поддержку племенного животноводства 000 2 02 04039 05 0000 151 Субсидии бюджетам муниципальных районов на поддержку племенного животноводства 000 2 02 04039 10 0000 151 Субсидии бюджетам поселений на поддержку племенного животноводства 000 2 02 04040 00 0000 151 Субсидии бюджетам на возмещение части затрат на уплату процентов по кредитам, полученным на срок до пяти лет в российских кредитных организациях на приобретение племенного скота, племенного материала рыб, техники и оборудования для животноводческих комплексов и организаций, осуществляющих промышленное рыбоводство 000 2 02 04040 02 0000 151 Субсидии бюджетам субъектов Российской Федерации на возмещение части затрат на уплату процентов по кредитам, полученным на срок до пяти лет в российских кредитных организациях на приобретение племенного скота, племенного материала рыб, техники и оборудования для животноводческих комплексов и организаций, осуществляющих промышленное рыбоводство 000 2 02 04040 03 0000 151 Субсидии бюджетам внутригородских муниципальных образований городов федерального значения Москвы и Санкт-Петербурга на возмещение части затрат на уплату процентов по кредитам, полученным на срок до пяти лет в российских кредитных организациях на приобретение племенного скота, племенного материала рыб, техники и оборудования для животноводческих комплексов и организаций, осуществляющих промышленное рыбоводство 000 2 02 04040 04 0000 151 Субсидии бюджетам городских округов на возмещение части затрат на уплату процентов по кредитам, полученным на срок до пяти лет в российских кредитных организациях на приобретение племенного скота, племенного материала рыб, техники и оборудования для животноводческих комплексов и организаций, осуществляющих промышленное рыбоводство 000 2 02 04040 05 0000 151 Субсидии бюджетам муниципальных районов на возмещение части затрат на уплату процентов по кредитам, полученным на срок до пяти лет в российских кредитных организациях на приобретение племенного скота, племенного материала рыб, техники и оборудования для животноводческих комплексов и организаций, осуществляющих промышленное рыбоводство 000 2 02 04040 10 0000 151 Субсидии бюджетам поселений на возмещение части затрат на уплату процентов по кредитам, полученным на срок до пяти лет в российских кредитных организациях на приобретение племенного скота, племенного материала рыб, техники и оборудования для животноводческих комплексов и организаций, осуществляющих промышленное рыбоводство 000 2 02 04041 00 0000 151 Субсидии бюджетам на строительство и модернизацию автомобильных дорог общего пользования, в том числе дорог в поселениях (за исключением автомобильных дорог федерального значения) 000 2 02 04041 02 0000 151 Субсидии бюджетам субъектов Российской Федерации на строительство и модернизацию автомобильных дорог общего пользования, в том числе дорог в поселениях (за исключением автомобильных дорог федерального значения) 000 2 02 04041 03 0000 151 Субсидии бюджетам внутригородских муниципальных образований городов федерального значения Москвы и Санкт-Петербурга на строительство и модернизацию автомобильных дорог общего пользования, в том числе дорог в поселениях (за исключением автомобильных дорог федерального значения) 000 2 02 04041 04 0000 151 Субсидии бюджетам городских округов на строительство и модернизацию автомобильных дорог общего пользования, в том числе дорог в поселениях (за исключением автомобильных дорог федерального значения) 000 2 02 04041 05 0000 151 Субсидии бюджетам муниципальных районов на строительство и модернизацию автомобильных дорог общего пользования, в том числе дорог в поселениях (за исключением автомобильных дорог федерального значения) 000 2 02 04041 10 0000 151 Субсидии бюджетам поселений на строительство и модернизацию автомобильных дорог общего пользования, в том числе дорог в поселениях (за исключением автомобильных дорог федерального значения) 000 2 02 04042 00 0000 151 Субсидии бюджетам на государственную поддержку внедрения комплексных мер модернизации образования 000 2 02 04042 02 0000 151 Субсидии бюджетам субъектов Российской Федерации на государственную поддержку внедрения комплексных мер модернизации образования 000 2 02 04042 03 0000 151 Субсидии бюджетам внутригородских муниципальных образований городов федерального значения Москвы и Санкт-Петербурга на государственную поддержку внедрения комплексных мер модернизации образования 000 2 02 04042 04 0000 151 Субсидии бюджетам городских округов на государственную поддержку внедрения комплексных мер модернизации образования 000 2 02 04042 05 0000 151 Субсидии бюджетам муниципальных районов на государственную поддержку внедрения комплексных мер модернизации образования 000 2 02 04042 10 0000 151 Субсидии бюджетам поселений на государственную поддержку внедрения комплексных мер модернизации образования 000 2 02 04043 02 0000 151 Субсидии бюджетам субъектов Российской Федерации на материально-техническое обеспечение центров психолого-педагогической реабилитации и коррекции несовершеннолетних, злоупотребляющих наркотиками 000 2 02 04044 00 0000 151 Субсидии бюджетам на обеспечение автомобильными дорогами новых микрорайонов массовой малоэтажной и многоквартирной застройки 000 2 02 04044 02 0000 151 Субсидии бюджетам субъектов Российской Федерации на обеспечение автомобильными дорогами новых микрорайонов массовой малоэтажной и многоквартирной застройки 000 2 02 04044 03 0000 151 Субсидии бюджетам внутригородских муниципальных образований городов федерального значения Москвы и Санкт-Петербурга на обеспечение автомобильными дорогами новых микрорайонов массовой малоэтажной и многоквартирной застройки 000 2 02 04044 04 0000 151 Субсидии бюджетам городских округов на обеспечение автомобильными дорогами новых микрорайонов массовой малоэтажной и многоквартирной застройки 000 2 02 04044 05 0000 151 Субсидии бюджетам муниципальных районов на обеспечение автомобильными дорогами новых микрорайонов массовой малоэтажной и многоквартирной застройки 000 2 02 04044 10 0000 151 Субсидии бюджетам поселений на обеспечение автомобильными дорогами новых микрорайонов массовой малоэтажной и многоквартирной застройки 000 2 02 04045 02 0000 151 Субсидии бюджетам субъектов Российской Федерации на частичное возмещение расходов бюджетов по осуществлению мер социальной поддержки ветеранов труда и тружеников тыла 000 2 02 04046 00 0000 151 Субсидии бюджетам на реализацию мероприятий, предусмотренных региональными программами переселения, включенными в Государственную программу по оказанию содействия добровольному переселению в Российскую Федерацию соотечественников, проживающих за рубежом 000 2 02 04046 02 0000 151 Субсидии бюджетам субъектов Российской Федерации на реализацию мероприятий, предусмотренных региональными программами переселения, включенными в Государственную программу по оказанию содействия добровольному переселению в Российскую Федерацию соотечественников, проживающих за рубежом 000 2 02 04046 04 0000 151 Субсидии бюджетам городских округов на реализацию мероприятий, предусмотренных региональными программами переселения, включенными в Государственную программу по оказанию содействия добровольному переселению в Российскую Федерацию соотечественников, проживающих за рубежом 000 2 02 04046 05 0000 151 Субсидии бюджетам муниципальных районов на реализацию мероприятий, предусмотренных региональными программами переселения, включенными в Государственную программу по оказанию содействия добровольному переселению в Российскую Федерацию соотечественников, проживающих за рубежом 000 2 02 04046 10 0000 151 Субсидии бюджетам поселений на реализацию мероприятий, предусмотренных региональными программами переселения, включенными в Государственную программу по оказанию содействия добровольному переселению в Российскую Федерацию соотечественников, проживающих за рубежом 000 2 02 04047 02 0000 151 Субсидии бюджетам субъектов Российской Федерации на обеспечение жилыми помещениями детей-сирот, детей, оставшихся без попечения родителей, а также детей, находящихся под опекой (попечительством), не имеющих закрепленного жилого помещения 000 2 02 04048 00 0000 151 Субсидии бюджетам на ликвидацию последствий землетрясения на территории Корякского автономного округа 000 2 02 04048 02 0000 151 Субсидия бюджету Корякского автономного округа на ликвидацию последствий землетрясения 000 2 02 04048 04 0000 151 Субсидии бюджетам городских округов Корякского автономного округа на ликвидацию последствий землетрясения 000 2 02 04048 05 0000 151 Субсидии бюджетам муниципальных районов Корякского автономного округа на ликвидацию последствий землетрясения 000 2 02 04048 10 0000 151 Субсидии бюджетам поселений Корякского автономного округа на ликвидацию последствий землетрясения 000 2 02 04049 00 0000 151 Субсидии бюджетам на осуществление мероприятий по обеспечению жильем граждан Российской Федерации, проживающих в сельской местности 000 2 02 04049 02 0000 151 Субсидии бюджетам субъектов Российской Федерации на осуществление мероприятий по обеспечению жильем граждан Российской Федерации, проживающих в сельской местности 000 2 02 04049 05 0000 151 Субсидии бюджетам муниципальных районов на осуществление мероприятий по обеспечению жильем граждан Российской Федерации, проживающих в сельской местности 000 2 02 04049 10 0000 151 Субсидии бюджетам поселений на осуществление мероприятий по обеспечению жильем граждан Российской Федерации, проживающих в сельской местности 000 2 02 04050 02 0000 151 Субсидии бюджетам субъектов Российской Федерации на государственную поддержку подготовки рабочих кадров и специалистов для высокотехнологичных производств 000 2 02 04051 00 0000 151 Субсидии бюджетам на реализацию мероприятий федеральных целевых программ 000 2 02 04051 02 0000 151 Субсидии бюджетам субъектов Российской Федерации на реализацию мероприятий федеральных целевых программ 000 2 02 04051 03 0000 151 Субсидии бюджетам внутригородских муниципальных образований городов федерального значения Москвы и Санкт-Петербурга на реализацию мероприятий федеральных целевых программ 000 2 02 04051 04 0000 151 Субсидии бюджетам городских округов на реализацию мероприятий федеральных целевых программ 000 2 02 04051 05 0000 151 Субсидии бюджетам муниципальных районов на реализацию мероприятий федеральных целевых программ 000 2 02 04051 10 0000 151 Субсидии бюджетам поселений на реализацию мероприятий федеральных целевых программ 000 2 02 04052 00 0000 151 Субсидии бюджетам на непрограммные инвестиции в основные фонды 000 2 02 04052 02 0000 151 Субсидии бюджетам субъектов Российской Федерации на непрограммные инвестиции в основные фонды 000 2 02 04052 03 0000 151 Субсидии бюджетам внутригородских муниципальных образований городов федерального значения Москвы и Санкт-Петербурга на непрограммные инвестиции в основные фонды 000 2 02 04052 04 0000 151 Субсидии бюджетам городских округов на непрограммные инвестиции в основные фонды 000 2 02 04052 05 0000 151 Субсидии бюджетам муниципальных районов на непрограммные инвестиции в основные фонды 000 2 02 04052 10 0000 151 Субсидии бюджетам поселений на непрограммные инвестиции в основные фонды 000 2 02 04900 09 0000 151 Субсидии бюджетам территориальных фондов обязательного медицинского страхования 000 2 02 04901 09 0000 151 Субсидии бюджетам территориальных фондов обязательного медицинского страхования на обязательное медицинское страхование неработающего населения (детей) 000 2 02 04903 09 0000 151 Субсидии территориальным фондам обязательного медицинского страхования на выполнение территориальных программ обязательного медицинского страхования в рамках базовой программы обязательного медицинского страхования 000 2 02 04904 09 0000 151 Субсидии бюджетам территориальных фондов обязательного медицинского страхования на проведение дополнительной диспансеризации работающих граждан 000 2 02 04905 09 0000 151 Субсидии бюджетам территориальных фондов обязательного медицинского страхования на дополнительную оплату амбулаторно-поликлинической помощи, оказанной неработающим пенсионерам в рамках территориальной программы обязательного медицинского страхования 000 2 02 04906 09 0000 151 Субсидии, передаваемые бюджетам территориальных фондов обязательного медицинского страхования на проведение пилотного проекта, направленного на повышение качества услуг в сфере здравоохранения 000 2 02 04907 09 0000 151 Субсидии бюджетам территориальных фондов обязательного медицинского страхования на выполнение территориальных программ обязательного медицинского страхования в рамках базовой программы обязательного медицинского страхования 000 2 02 04908 09 0000 151 Субсидии бюджетам территориальных фондов обязательного медицинского страхования на реализацию мероприятий в рамках базовой программы обязательного медицинского страхования 000 2 02 04999 00 0000 151 Прочие субсидии 000 2 02 04999 02 0000 151 Прочие субсидии бюджетам субъектов Российской Федерации 000 2 02 04999 03 0000 151 Прочие субсидии бюджетам внутригородских муниципальных образований городов федерального значения Москвы и Санкт-Петербурга 000 2 02 04999 04 0000 151 Прочие субсидии бюджетам городских округов 000 2 02 04999 05 0000 151 Прочие субсидии бюджетам муниципальных районов 000 2 02 04999 10 0000 151 Прочие субсидии бюджетам поселений 000 2 02 04999 09 0000 151 Прочие субсидии бюджетам территориальных фондов обязательного медицинского страхования 000 2 02 05000 00 0000 151 Средства бюджетов, передаваемые бюджетам государственных внебюджетных фондов 000 2 02 05100 06 0000 151 Средства бюджетов, передаваемые бюджету Пенсионного фонда Российской Федерации 000 2 02 05101 06 0000 151 Средства федерального бюджета, передаваемые бюджету Пенсионного фонда Российской Федерации на осуществление ежемесячной денежной выплаты инвалидам 000 2 02 05102 06 0000 151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000 2 02 05103 06 0000 151 Средства федерального бюджета, передаваемые бюджету Пенсионного фонда Российской Федерации на осуществление ежемесячной денежной выплаты Героям Советского Союза, Героям Российской Федерации и полным кавалерам ордена Славы, Героям Социалистического Труда и полным кавалерам ордена Трудовой Славы 000 2 02 05104 06 0000 151 Средства федерального бюджета, передаваемые бюджету Пенсионного фонда Российской Федерации на социальную поддержку Героев Советского Союза, Героев Российской Федерации и полных кавалеров ордена Славы, Героев Социалистического Труда и полных кавалеров ордена Трудовой Славы 000 2 02 05105 06 0000 151 Средства федерального бюджета, передаваемые бюджету Пенсионного фонда Российской Федерации на оплату стоимости проезда пенсионерам к месту отдыха и обратно один раз в два года в соответствии с Законом Российской Федерации "О государственных гарантиях и компенсациях для лиц, работающих и проживающих в районах Крайнего Севера и приравненных к ним местностях" 000 2 02 05106 06 0000 151 Средства федерального бюджета, передаваемые бюджету Пенсионного фонда Российской Федерации на выплаты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1941-1945 годов 000 2 02 05107 06 0000 151 Средства федерального бюджета, передаваемые бюджету Пенсионного фонда Российской Федерации на покрытие дефицита бюджета Пенсионного фонда Российской Федерации 000 2 02 05108 06 0000 151 Средства федерального бюджета, передаваемые бюджету Пенсионного фонда Российской Федерации на осуществление ежемесячной денежной выплаты ветеранам 000 2 02 05109 06 0000 151 Средства федерального бюджета, передаваемые бюджету Пенсионного фонда Российской Федерации на выплату базовой части трудовой пенсии 000 2 02 05110 06 0000 151 Средства федерального бюджета, передаваемые бюджету Пенсионного фонда Российской Федерации на выплату пенсий по государственному пенсионному обеспечению, доплат к пенсиям, дополнительного материального обеспечения, пособий и компенсаций 000 2 02 05111 06 0000 151 Средства федерального бюджета, передаваемые бюджету Пенсионного фонда Российской Федерации органами службы занятости населения субъектов Российской Федерации на выплату пенсий, назначенных досрочно, гражданам, признанным безработными 000 2 02 05112 06 0000 151 Средства федерального бюджета, передаваемые бюджету Пенсионного фонда Российской Федерации на материальное обеспечение специалистов ядерного оружейного комплекса Российской Федерации 000 2 02 05300 07 0000 151 Средства, передаваемые бюджету Фонда социального страхования Российской Федерации 000 2 02 05301 07 0000 151 Средства федерального бюджета, передаваемые бюджету Фонда социального страхования Российской Федерации на выплату пособий гражданам, подвергшимся воздействию радиации вследствие радиационных аварий и ядерных испытаний 000 2 02 05302 07 0000 151 Средства федерального бюджета, передаваемые бюджету Фонда социального страхования Российской Федерации на оказание отдельным категориям граждан государственной социальной помощи по санаторно-курортному лечению, включая проезд к месту лечения и обратно 000 2 02 05303 07 0000 151 Средства федерального бюджета, передаваемые бюджету Фонда социального страхования Российской Федерации на обеспечение инвалидов техническими средствами реабилитации, включая изготовление и ремонт протезно-ортопедических изделий 000 2 02 05304 07 0000 151 Средства Федерального фонда обязательного медицинского страхования, передаваемые бюджету Фонда социального страхования Российской Федерации на оказание работающим гражданам первичной медико-санитарной помощи, оплату медицинской помощи женщинам в период беременности, родов и в послеродовом периоде, а также диспансерного наблюдения ребенка в течение первого года жизни 000 2 02 05305 07 0000 151 Средства федерального бюджета, передаваемые бюджету Фонда социального страхования Российской Федерации на выплату пособия по уходу за ребенком гражданам, подвергшимся воздействию радиации вследствие радиационных аварий 000 2 02 05306 07 0000 151 Средства федерального бюджета, передаваемые бюджету Фонда социального страхования Российской Федерации на выплату пособия по уходу за ребенком до достижения им возраста полутора лет гражданам, не подлежащим обязательному социальному страхованию 000 2 02 05600 08 0000 151 Средства федерального бюджета, передаваемые бюджету Федерального фонда обязательного медицинского страхования 000 2 02 05601 08 0000 151 Средства федерального бюджета, передаваемые бюджету Федерального фонда обязательного медицинского страхования на оказание отдельным категориям граждан государственной социальной помощи по обеспечению лекарственными средствами 000 2 02 05602 08 0000 151 Средства федерального бюджета, передаваемые бюджету Федерального фонда обязательного медицинского страхования на проведение диспансеризации находящихся в стационарных учреждениях детей-сирот и детей, оставшихся без попечения родителей 000 2 02 05603 08 0000 151 Средства федерального бюджета, передаваемые бюджету Федерального фонда обязательного медицинского страхования на реализацию мероприятий в рамках базовой программы обязательного медицинского страхования 000 2 02 05605 08 0000 151 Средства федерального бюджета, передаваемые бюджету Федерального фонда обязательного медицинского страхования на обязательное медицинское страхование неработающего населения (детей) 000 2 02 05606 08 0000 151 Средства федерального бюджета, передаваемые бюджету Федерального фонда обязательного медицинского страхования на денежные выплаты участковым терапевтам, участковым педиатрам, врачам общей практики (семейным врачам), медицинским сестрам соответствующих врачей, подлежащим включению в Федеральный регистр медицинских работников 000 2 02 05607 08 0000 151 Средства федерального бюджета, передаваемые бюджету Федерального фонда обязательного медицинского страхования на проведение дополнительной диспансеризации работающих граждан 000 2 02 05608 08 0000 151 Средства федерального бюджета, передаваемые бюджету Федерального фонда обязательного медицинского страхования на проведение пилотного проекта в субъектах Российской Федерации, направленного на повышение качества услуг в сфере здравоохранения 000 2 02 05999 00 0000 151 Прочие средства, передаваемые бюджетам государственных внебюджетных фондов 000 2 02 05999 06 0000 151 Прочие средства, передаваемые бюджету Пенсионного фонда Российской Федерации 000 2 02 05999 07 0000 151 Прочие средства, передаваемые бюджету Фонда социального страхования Российской Федерации 000 2 02 05999 08 0000 151 Прочие средства, передаваемые бюджету Федерального фонда обязательного медицинского страхования 000 2 02 05999 09 0000 151 Прочие средства, передаваемые бюджетам территориальных фондов обязательного медицинского страхования 000 2 02 09000 00 0000 151 Прочие безвозмездные поступления от других бюджетов бюджетной системы 000 2 02 09010 00 0000 151 Прочие безвозмездные поступления от федерального бюджета 000 2 02 09011 02 0000 151 Прочие безвозмездные поступления в бюджеты субъектов Российской Федерации от федерального бюджета 000 2 02 09012 03 0000 151 Прочие безвозмездные поступления в бюджеты внутригородских муниципальных образований городов федерального значения Москвы и Санкт-Петербурга от федерального бюджета 000 2 02 09013 04 0000 151 Прочие безвозмездные поступления в бюджеты городских округов от федерального бюджета 000 2 02 09014 05 0000 151 Прочие безвозмездные поступления в бюджеты муниципальных районов от федерального бюджета 000 2 02 09014 10 0000 151 Прочие безвозмездные поступления в бюджеты поселений от федерального бюджета 000 2 02 09016 06 0000 151 Прочие безвозмездные поступления в Пенсионный фонд Российской Федерации от федерального бюджета 000 2 02 09017 07 0000 151 Прочие безвозмездные поступления в Фонд социального страхования Российской Федерации от федерального бюджета 000 2 02 09018 08 0000 151 Прочие безвозмездные поступления в Федеральный фонд обязательного медицинского страхования от федерального бюджета 000 2 02 09019 09 0000 151 Прочие безвозмездные поступления в территориальные фонды обязательного медицинского страхования от федерального бюджета 000 2 02 09020 00 0000 151 Прочие безвозмездные поступления от бюджетов субъектов Российской Федерации 000 2 02 09021 01 0000 151 Прочие безвозмездные поступления в федеральный бюджет от бюджетов субъектов Российской Федерации 000 2 02 09022 03 0000 151 Прочие безвозмездные поступления в бюджеты внутригородских муниципальных образований городов федерального значения Москвы и Санкт-Петербурга от бюджетов субъектов Российской Федерации 000 2 02 09023 04 0000 151 Прочие безвозмездные поступления в бюджеты городских округов от бюджетов субъектов Российской Федерации 000 2 02 09024 05 0000 151 Прочие безвозмездные поступления в бюджеты муниципальных районов от бюджетов субъектов Российской Федерации 000 2 02 09024 10 0000 151 Прочие безвозмездные поступления в бюджеты поселений от бюджетов субъектов Российской Федерации 000 2 02 09026 06 0000 151 Прочие безвозмездные поступления в Пенсионный фонд Российской Федерации от бюджетов субъектов Российской Федерации 000 2 02 09027 07 0000 151 Прочие безвозмездные поступления в Фонд социального страхования Российской Федерации от бюджетов субъектов Российской Федерации 000 2 02 09028 08 0000 151 Прочие безвозмездные поступления в Федеральный фонд обязательного медицинского страхования от бюджетов субъектов Российской Федерации 000 2 02 09029 09 0000 151 Прочие безвозмездные поступления в территориальные фонды обязательного медицинского страхования от бюджетов субъектов Российской Федерации 000 2 02 09030 00 0000 151 Прочие безвозмездные поступления от бюджетов внутригородских муниципальных образований городов федерального значения Москвы и Санкт-Петербурга 000 2 02 09031 02 0000 151 Прочие безвозмездные поступления в бюджеты субъектов Российской Федерации от бюджетов внутригородских муниципальных образований городов федерального значения Москвы и Санкт-Петербурга 000 2 02 09036 06 0000 151 Прочие безвозмездные поступления в Пенсионный фонд Российской Федерации от бюджетов внутригородских муниципальных образований городов федерального значения Москвы и Санкт-Петербурга 000 2 02 09037 07 0000 151 Прочие безвозмездные поступления в Фонд социального страхования Российской Федерации от внутригородских муниципальных образований городов федерального значения Москвы и Санкт-Петербурга 000 2 02 09038 08 0000 151 Прочие безвозмездные поступления в Федеральный фонд обязательного медицинского страхования от бюджетов внутригородских муниципальных образований городов федерального значения Москвы и Санкт-Петербурга 000 2 02 09039 09 0000 151 Прочие безвозмездные поступления в территориальные фонды обязательного медицинского страхования от бюджетов внутригородских муниципальных образований городов федерального значения Москвы и Санкт-Петербурга 000 2 02 09040 00 0000 151 Прочие безвозмездные поступления от бюджетов городских округов 000 2 02 09041 01 0000 151 Прочие безвозмездные поступления в федеральный бюджет от бюджетов городских округов 000 2 02 09042 02 0000 151 Прочие безвозмездные поступления в бюджеты субъектов Российской Федерации от бюджетов городских округов 000 2 02 09044 05 0000 151 Прочие безвозмездные поступления в бюджеты муниципальных районов от бюджетов городских округов 000 2 02 09044 10 0000 151 Прочие безвозмездные поступления в бюджеты поселений от бюджетов городских округов 000 2 02 09046 06 0000 151 Прочие безвозмездные поступления в Пенсионный фонд Российской Федерации от бюджетов городских округов 000 2 02 09047 07 0000 151 Прочие безвозмездные поступления в Фонд социального страхования Российской Федерации от бюджетов городских округов 000 2 02 09048 08 0000 151 Прочие безвозмездные поступления в Федеральный фонд обязательного медицинского страхования от бюджетов городских округов 000 2 02 09049 09 0000 151 Прочие безвозмездные поступления в территориальные фонды обязательного медицинского страхования от бюджетов городских округов 000 2 02 09050 00 0000 151 Прочие безвозмездные поступления от бюджетов муниципальных районов 000 2 02 09051 01 0000 151 Прочие безвозмездные поступления в федеральный бюджет от бюджетов муниципальных районов 000 2 02 09052 02 0000 151 Прочие безвозмездные поступления в бюджеты субъектов Российской Федерации от бюджетов муниципальных районов 000 2 02 09054 04 0000 151 Прочие безвозмездные поступления в бюджеты городских округов от бюджетов муниципальных районов 000 2 02 09054 10 0000 151 Прочие безвозмездные поступления в бюджеты поселений от бюджетов муниципальных районов 000 2 02 09056 06 0000 151 Прочие безвозмездные поступления в Пенсионный фонд Российской Федерации от бюджетов городских округов 000 2 02 09057 07 0000 151 Прочие безвозмездные поступления в Фонд социального страхования Российской Федерации от бюджетов муниципальных районов 000 2 02 09058 08 0000 151 Прочие безвозмездные поступления в Федеральный фонд обязательного медицинского страхования от бюджетов муниципальных районов 000 2 02 09059 09 0000 151 Прочие безвозмездные поступления в территориальные фонды обязательного медицинского страхования от бюджетов муниципальных районов 000 2 02 09060 00 0000 151 Прочие безвозмездные поступления от бюджетов поселений 000 2 02 09061 01 0000 151 Прочие безвозмездные поступления в федеральный бюджет от бюджетов поселений 000 2 02 09062 02 0000 151 Прочие безвозмездные поступления в бюджеты субъектов Российской Федерации от бюджетов поселений 000 2 02 09064 04 0000 151 Прочие безвозмездные поступления в бюджеты городских округов от бюджетов поселений 000 2 02 09065 05 0000 151 Прочие безвозмездные поступления в бюджеты муниципальных районов от бюджетов поселений 000 2 02 09066 06 0000 151 Прочие безвозмездные поступления в Пенсионный фонд Российской Федерации от бюджетов городских округов 000 2 02 09067 07 0000 151 Прочие безвозмездные поступления в Фонд социального страхования Российской Федерации от бюджетов муниципальных районов 000 2 02 09068 08 0000 151 Прочие безвозмездные поступления в Федеральный фонд обязательного медицинского страхования от бюджетов муниципальных районов 000 2 02 09069 09 0000 151 Прочие безвозмездные поступления в территориальные фонды обязательного медицинского страхования от бюджетов муниципальных районов 000 2 03 00000 00 0000 180 БЕЗВОЗМЕЗДНЫЕ ПОСТУПЛЕНИЯ ОТ ГОСУДАРСТВЕННЫХ ОРГАНИЗАЦИЙ 000 2 03 01000 01 0000 180 Безвозмездные поступления от государственных организаций в федеральный бюджет 000 2 03 02000 02 0000 180 Безвозмездные поступления от государственных организаций в бюджеты субъектов Российской Федерации 000 2 03 03000 03 0000 180 Безвозмездные поступления от государственных организаций в бюджеты внутригородских муниципальных образований городов федерального значения Москвы и Санкт-Петербурга 000 2 03 04000 04 0000 180 Безвозмездные поступления от государственных организаций в бюджеты городских округов 000 2 03 05000 05 0000 180 Безвозмездные поступления от государственных организаций в бюджеты муниципальных районов 000 2 03 05000 10 0000 180 Безвозмездные поступления от государственных организаций в бюджеты поселений 000 2 03 06000 06 0000 180 Безвозмездные поступления от государственных организаций в Пенсионный фонд Российской Федерации 000 2 03 07000 07 0000 180 Безвозмездные поступления от государственных организаций в Фонд социального страхования Российской Федерации 000 2 03 08000 08 0000 180 Безвозмездные поступления от государственных организаций в Федеральный фонд обязательного медицинского страхования 000 2 03 09000 09 0000 180 Безвозмездные поступления от государственных организаций в территориальные фонды обязательного медицинского страхования 000 2 04 00000 00 0000 180 БЕЗВОЗМЕЗДНЫЕ ПОСТУПЛЕНИЯ ОТ НЕГОСУДАРСТВЕННЫХ ОРГАНИЗАЦИЙ 000 2 04 01000 00 0000 180 Безвозмездные перечисления государственным внебюджетным фондам от негосударственных организаций 000 2 04 01010 06 0000 180 Средства пенсионных накоплений, поступившие в Пенсионный фонд Российской Федерации из негосударственных пенсионных фондов 000 2 04 01011 06 0000 180 Средства пенсионных накоплений, поступившие от управляющих компаний для перечисления в резерв Пенсионного фонда Российской Федерации в случае отсутствия правопреемников умерших застрахованных лиц 000 2 04 01012 06 0000 180 Средства пенсионных накоплений, переданные из негосударственных пенсионных фондов для зачисления в резерв Пенсионного фонда Российской Федерации в случае отсутствия правопреемников умерших застрахованных лиц 000 2 05 00000 01 0000 152 БЕЗВОЗМЕЗДНЫЕ ПОСТУПЛЕНИЯ ОТ НАДНАЦИОНАЛЬНЫХ ОРГАНИЗАЦИЙ 000 2 07 00000 00 0000 180 ПРОЧИЕ БЕЗВОЗМЕЗДНЫЕ ПОСТУПЛЕНИЯ 000 2 07 01000 01 0000 180 Прочие безвозмездные поступления в федеральный бюджет 000 2 07 02000 02 0000 180 Прочие безвозмездные поступления в бюджеты субъектов Российской Федерации 000 2 07 03000 03 0000 180 Прочие безвозмездные поступления в бюджеты внутригородских муниципальных образований городов федерального значения Москвы и Санкт-Петербурга 000 2 07 04000 04 0000 180 Прочие безвозмездные поступления в бюджеты городских округов 000 2 07 05000 05 0000 180 Прочие безвозмездные поступления в бюджеты муниципальных районов 000 2 07 05000 10 0000 180 Прочие безвозмездные поступления в бюджеты поселений 000 3 00 00000 00 0000 000 ДОХОДЫ ОТ ПРЕДПРИНИМАТЕЛЬСКОЙ И ИНОЙ ПРИНОСЯЩЕЙ ДОХОД ДЕЯТЕЛЬНОСТИ 000 3 01 00000 00 0000 000 ДОХОДЫ ОТ СОБСТВЕННОСТИ ПО ПРЕДПРИНИМАТЕЛЬСКОЙ И ИНОЙ ПРИНОСЯЩЕЙ ДОХОД ДЕЯТЕЛЬНОСТИ 000 3 01 01000 00 0000 120 Доходы от размещения денежных средств 000 3 01 01010 01 0000 120 Доходы от размещения денежных средств, получаемых федеральными учреждениями 000 3 01 01020 02 0000 120 Доходы от размещения денежных средств, получаемых учреждениями, находящимися в ведении органов государственной власти субъектов Российской Федерации 000 3 01 01030 03 0000 120 Доходы от размещения денежных средств, получаемых муниципальными учреждениями 000 3 01 01040 04 0000 120 Доходы от размещения денежных средств, получаемых учреждениями, находящимися в ведении органов местного самоуправления городских округов 000 3 01 01050 05 0000 120 Доходы от размещения денежных средств, получаемых учреждениями, находящимися в ведении органов местного самоуправления муниципальных районов 000 3 01 01050 10 0000 120 Доходы от размещения денежных средств, получаемых учреждениями, находящимися в ведении органов местного самоуправления поселений 000 3 02 00000 00 0000 000 РЫНОЧНЫЕ ПРОДАЖИ ТОВАРОВ И УСЛУГ 000 3 02 01000 00 0000 130 Доходы от продажи услуг 000 3 02 01010 01 0000 130 Доходы от продажи услуг, оказываемых федеральными учреждениями 000 3 02 01020 02 0000 130 Доходы от продажи услуг, оказываемых учреждениями, находящимися в ведении органов государственной власти субъектов Российской Федерации 000 3 02 01030 03 0000 130 Доходы от продажи услуг, оказываемых муниципальными учреждениями 000 3 02 01040 04 0000 130 Доходы от продажи услуг, оказываемых учреждениями, находящимися в ведении органов местного самоуправления городских округов 000 3 02 01050 05 0000 130 Доходы от продажи услуг, оказываемых учреждениями, находящимися в ведении органов местного самоуправления муниципальных районов 000 3 02 01050 10 0000 130 Доходы от продажи услуг, оказываемых учреждениями, находящимися в ведении органов местного самоуправления поселений 000 3 02 02000 00 0000 440 Доходы от продажи товаров 000 3 02 02010 01 0000 440 Доходы от продажи товаров, осуществляемой федеральными учреждениями 000 3 02 02020 02 0000 440 Доходы от продажи товаров, осуществляемой учреждениями, находящимися в ведении органов государственной власти субъектов Российской Федерации 000 3 02 02030 03 0000 440 Доходы от продажи товаров, осуществляемой муниципальными учреждениями 000 3 02 02040 04 0000 440 Доходы от продажи товаров, осуществляемой учреждениями, находящимися в ведении органов местного самоуправления городских округов 000 3 02 02050 05 0000 440 Доходы от продажи товаров, осуществляемой учреждениями, находящимися в ведении органов местного самоуправления муниципальных районов 000 3 02 02050 10 0000 440 Доходы от продажи товаров, осуществляемой учреждениями, находящимися в ведении органов местного самоуправления поселений 000 3 03 00000 00 0000 000 БЕЗВОЗМЕЗДНЫЕ ПОСТУПЛЕНИЯ ОТ ПРЕДПРИНИМАТЕЛЬСКОЙ И ИНОЙ ПРИНОСЯЩЕЙ ДОХОД ДЕЯТЕЛЬНОСТИ 000 3 03 01000 00 0000 151 Безвозмездные поступления от бюджетов бюджетной системы 000 3 03 01010 01 0000 151 Безвозмездные поступления от бюджетов бюджетной системы федеральным учреждениям 000 3 03 01020 02 0000 151 Безвозмездные поступления от бюджетов бюджетной системы учреждениям, находящимся в ведении органов государственной власти субъектов Российской Федерации 000 3 03 01030 03 0000 151 Безвозмездные поступления от бюджетов бюджетной системы муниципальным учреждениям 000 3 03 01040 04 0000 151 Безвозмездные поступления от бюджетов бюджетной системы учреждениям, находящимся в ведении органов местного самоуправления городских округов 000 3 03 01050 05 0000 151 Безвозмездные поступления от бюджетов бюджетной системы учреждениям, находящимся в ведении органов местного самоуправления муниципальных районов 000 3 03 01050 10 0000 151 Безвозмездные поступления от бюджетов бюджетной системы учреждениям, находящимся в ведении органов местного самоуправления поселений 000 3 03 02000 00 0000 180 Прочие безвозмездные поступления 000 3 03 02010 01 0000 180 Прочие безвозмездные поступления федеральным учреждениям 000 3 03 02020 02 0000 180 Прочие безвозмездные поступления учреждениям, находящимся в ведении органов государственной власти субъектов Российской Федерации 000 3 03 02030 03 0000 180 Прочие безвозмездные поступления учреждениям 000 3 03 02040 04 0000 180 Прочие безвозмездные поступления муниципальным учреждениям, находящимся в ведении органов местного самоуправления городских округов 000 3 03 02050 05 0000 180 Прочие безвозмездные поступления учреждениям, находящимся в ведении органов местного самоуправления муниципальных районов 000 3 03 02050 10 0000 180 Прочие безвозмездные поступления учреждениям, находящимся в ведении органов местного самоуправления поселений 000 3 04 00000 00 0000 000 ЦЕЛЕВЫЕ ОТЧИСЛЕНИЯ ОТ ГОСУДАРСТВЕННЫХ И МУНИЦИПАЛЬНЫХ ЛОТЕРЕЙ 000 3 04 01000 01 0000 180 Целевые отчисления от всероссийских государственных лотерей 000 3 04 02000 02 0000 180 Целевые отчисления от региональных государственных лотерей 000 3 04 03000 03 0000 180 Целевые отчисления от муниципальных лотерей 000 3 04 04000 04 0000 180 Целевые отчисления от лотерей городских округов 000 3 04 05000 05 0000 180 Целевые отчисления от лотерей муниципальных районов 000 3 04 05000 10 0000 180 Целевые отчисления от лотерей поселений ________________ На указанный код зачисляется также акциз на природный газ, добытый до 1 января 2004 года."</w:t>
      </w:r>
    </w:p>
    <w:p>
      <w:r>
        <w:t>приложение 4 изложить в следующей редакции: "Приложение 4 к Федеральному закону "О бюджетной классификации Российской Федерации" (в редакции Федерального закона "О внесении изменений в Федеральный закон "О бюджетной классификации Российской Федерации") ПЕРЕЧЕНЬ ЦЕЛЕВЫХ СТАТЕЙ ФУНКЦИОНАЛЬНОЙ КЛАССИФИКАЦИИ РАСХОДОВ БЮДЖЕТОВ РОССИЙСКОЙ ФЕДЕРАЦИИ ------------------------------------------------------------------ Код | Наименование целевой статьи ------------------------------------------------------------------ 001 00 00 Руководство и управление в сфере установленных функций 020 00 00 Проведение выборов и референдумов 021 00 00 Центры информатизации и обучения избирательным технологиям 030 00 00 Международное сотрудничество 031 00 00 Реализация межгосударственных договоров в рамках Содружества Независимых Государств 032 00 00 Реализация проекта Международного термоядерного экспериментального реактора ИТЭР 034 00 00 Реализация государственной политики в отношении соотечественников за рубежом 040 00 00 Обеспечение международной экономической и гуманитарной помощи 050 00 00 Обеспечение государственного материального резерва 060 00 00 Поддержка государственных научных академий и их региональных отделений, осуществляющих фундаментальные исследования 061 00 00 Поддержка организаций, осуществляющих фундаментальные исследования 065 00 00 Процентные платежи по долговым обязательствам 070 00 00 Резервные фонды 075 00 00 Инвестиционный фонд 080 00 00 Разработка приоритетных направлений науки, технологий и техники 081 00 00 Прикладные научные исследования и разработки 090 00 00 Реализация государственной политики в области приватизации и управления государственной и муниципальной собственностью 091 00 00 Общее руководство и управление общими службами и услугами Управления делами Президента Российской Федерации 092 00 00 Реализация государственных функций, связанных с общегосударственным управлением 093 00 00 Учреждения по обеспечению хозяйственного обслуживания 094 00 00 Реформирование государственной службы Российской Федерации 100 00 00 Федеральные целевые программы 100 01 00 Федеральная целевая программа "Модернизация транспортной системы России (2002-2010 годы)" 100 01 01 Подпрограмма "Железнодорожный транспорт" 100 01 02 Подпрограмма "Автомобильные дороги" 100 01 03 Подпрограмма "Гражданская авиация" 100 01 05 Подпрограмма "Морской транспорт" 100 01 07 Подпрограмма "Внутренние водные пути" 100 01 12 Расходы общепрограммного характера по федеральной целевой программе "Модернизация транспортной системы России (2002-2010 годы)" 100 01 13 Подпрограмма "Развитие экспорта транспортных услуг России" 100 02 00 Федеральная целевая программа "Культура России (2006-2010 годы)" 100 03 00 Федеральная целевая программа "Антитеррор (2005-2007 годы)" 100 04 00 Федеральная целевая программа "Жилище" на 2002-2010 годы 100 04 06 Подпрограмма "Государственные жилищные сертификаты" на 2004-2010 годы 100 04 08 Мероприятия по реализации Федерального закона "О жилищных субсидиях гражданам, выезжающим из районов Крайнего Севера и приравненных к ним местностей" 100 05 00 Федеральная целевая программа "Мировой океан" 100 05 02 Подпрограмма "Военно-стратегические интересы России в Мировом океане" 100 05 03 Подпрограмма "Исследование природы Мирового океана" 100 05 07 Подпрограмма "Освоение и использование Арктики" 100 05 09 Подпрограмма "Изучение и исследование Антарктики" 100 05 10 Подпрограмма "Создание единой системы информации об обстановке в Мировом океане" 100 05 12 Мероприятия государственного заказчика-координатора 100 05 13 Расходы общепрограммного характера по федеральной целевой программе "Мировой океан" 100 07 00 Федеральная целевая программа "Социальная поддержка инвалидов на 2006-2010 годы" 100 07 01 Подпрограмма "Социальная поддержка и реабилитация инвалидов вследствие боевых действий и военной травмы" 100 07 02 Расходы общепрограммного характера по федеральной целевой программе "Социальная поддержка инвалидов на 2006-2010 годы" 100 09 00 Федеральная целевая программа "Экономическое и социальное развитие коренных малочисленных народов Севера до 2011 года" 100 10 00 Федеральная целевая программа "Государственная граница Российской Федерации (2003-2010 годы)" 100 11 00 Федеральная целевая программа "Социальное развитие села до 2010 года" 100 12 00 Федеральная целевая программа "Переход к комплектованию военнослужащими, проходящими военную службу по контракту, ряда соединений и воинских частей" на 2004-2007 годы 100 13 00 Федеральная целевая программа "Дети России" на 2007-2010 годы 100 13 01 Подпрограмма "Здоровое поколение" 100 13 02 Подпрограмма "Дети и семья" 100 13 03 Подпрограмма "Одаренные дети" 100 13 04 Расходы общепрограммного характера по федеральной целевой программе "Дети России" на 2007-2010 годы 100 15 00 Федеральная целевая программа развития образования на 2006-2010 годы 100 16 00 Федеральная целевая программа "Русский язык (2006-2010 годы)" 100 18 00 Федеральная целевая программа "Реформирование системы военного образования в Российской Федерации на период до 2010 года" 100 19 00 Федеральная целевая программа "Развитие уголовно-исполнительной системы (2007-2016 годы)" 100 20 00 Федеральная целевая программа "Развитие судебной системы России на 2007-2011 годы" 100 21 00 Федеральная целевая программа "Реструктуризация запасов ракет, боеприпасов и взрывчатых материалов, приведение системы их хранения и эксплуатации во взрывопожаробезопасное состояние на 2005-2010 годы" 100 23 00 Федеральная целевая программа "Предупреждение и борьба с социально значимыми заболеваниями на 2007-2011 годы" 100 23 01 Подпрограмма "Сахарный диабет" 100 23 02 Подпрограмма "Туберкулез" 100 23 03 Подпрограмма "Вакцинопрофилактика" 100 23 04 Подпрограмма "Анти-ВИЧ/СПИД" 100 23 05 Подпрограмма "Онкология" 100 23 06 Подпрограмма "Инфекции, передаваемые половым путем" 100 23 07 Подпрограмма "Вирусные гепатиты" 100 23 08 Подпрограмма "Развитие психиатрической помощи" 100 23 09 Подпрограмма "Артериальная гипертония" 100 23 10 Расходы общепрограммного характера по федеральной целевой программе "Предупреждение и борьба с социально значимыми заболеваниями на 2007-2011 годы" 100 25 00 Федеральная целевая программа "Комплексные меры противодействия злоупотреблению наркотиками и их незаконному обороту на 2005-2009 годы" 100 29 00 Федеральная целевая программа "Преодоление последствий радиационных аварий на период до 2010 года" 100 30 00 Федеральная целевая программа "Снижение рисков и смягчение последствий чрезвычайных ситуаций природного и техногенного характера в Российской Федерации до 2010 года" 100 32 00 Президентская программа "Уничтожение запасов химического оружия в Российской Федерации" 100 34 00 Федеральная космическая программа России на 2006-2015 годы 100 35 00 Федеральная целевая программа "Создание автоматизированной системы ведения государственного земельного кадастра и государственного учета объектов недвижимости (2002-2007 годы)" 100 35 01 Подпрограмма "Информационное обеспечение управления недвижимостью, реформирования и регулирования земельных и имущественных отношений" 100 35 02 Мероприятия по реализации федеральной целевой программы "Создание автоматизированной системы ведения государственного земельного кадастра и государственного учета объектов недвижимости (2002-2007 годы)" 100 35 03 Подпрограмма "Создание системы кадастра недвижимости (2006-2011 годы)" 100 35 04 Расходы общепрограммного характера по федеральной целевой программе "Создание автоматизированной системы ведения государственного земельного кадастра и государственного учета объектов недвижимости (2002-2007 годы)" 100 36 00 Федеральная целевая программа "Глобальная навигационная система" 100 36 01 Подпрограмма "Обеспечение функционирования и развития системы ГЛОНАСС" 100 36 02 Подпрограмма "Разработка и подготовка производства навигационного оборудования и аппаратуры для гражданских потребителей" 100 36 03 Подпрограмма "Внедрение и использование спутниковых навигационных систем в области транспорта" 100 36 04 Подпрограмма "Создание высокоэффективной системы геодезического обеспечения Российской Федерации" 100 36 05 Подпрограмма "Модернизация и создание перспективных средств навигации в интересах специальных потребителей" 100 36 06 Расходы общепрограммного характера по федеральной целевой программе "Глобальная навигационная система" 100 37 00 Федеральная целевая программа "Национальная технологическая база" на 2007-2011 годы 100 37 01 Подпрограмма "Развитие электронной компонентной базы" на 2007-2011 годы 100 37 02 Расходы общепрограммного характера по федеральной целевой программе "Национальная технологическая база" на 2007-2011 годы 100 38 00 Федеральная целевая программа "Развитие гражданской авиационной техники России на 2002-2010 годы и на период до 2015 года" 100 39 00 Федеральная целевая программа "Развитие оборонно-промышленного комплекса Российской Федерации на 2007-2010 годы и на период до 2015 года" 100 39 01 Подпрограмма "Создание авиационно-космических материалов и развитие специальной металлургии России с учетом восстановления производства стратегических материалов и малотоннажной химии" на 2007-2008 годы 100 39 02 Расходы общепрограммного характера по федеральной целевой программе "Развитие оборонно-промышленного комплекса Российской Федерации на 2007-2010 годы и на период до 2015 года" 100 40 00 Федеральная целевая программа "Исследования и разработки по приоритетным направлениям развития научно-технологического комплекса России на 2007-2012 годы" 100 44 00 Федеральная целевая программа "Электронная Россия (2002-2010 годы)" 100 45 00 Федеральная целевая программа развития Калининградской области на период до 2010 года 100 46 00 Федеральная целевая программа "Экономическое и социальное развитие Дальнего Востока и Забайкалья на 1996-2005 и до 2010 года" 100 47 00 Федеральная целевая программа "Социально-экономическое развитие Курильских островов (Сахалинская область) на 2007-2015 годы" 100 48 00 Федеральная целевая программа "Юг России" 100 50 00 Федеральная целевая программа "Восстановление экономики и социальной сферы Чеченской Республики (2002 год и последующие годы)" 100 52 00 Федеральная целевая программа "Социально-экономическое развитие Республики Башкортостан до 2007 года" 100 53 00 Федеральная целевая программа государственной поддержки развития муниципальных образований и создания условий для реализации конституционных полномочий местного самоуправления 100 54 00 Федеральная целевая программа "Промышленная утилизация вооружения и военной техники (2005-2010 годы)" 100 54 01 Подпрограмма "Промышленная утилизация атомных подводных лодок, надводных кораблей с ядерными энергетическими установками, судов атомного технологического обслуживания и реабилитация береговых технических баз (2005-2010 годы)" 100 54 02 Подпрограмма "Промышленная утилизация ядерных боеприпасов (2005-2010 годы)" 100 54 03 Расходы общепрограммного характера по федеральной целевой программе "Промышленная утилизация вооружения и военной техники (2005-2010 годы)" 100 56 00 Федеральная целевая программа "Создание системы базирования Черноморского флота на территории Российской Федерации в 2005-2020 годах" 100 57 00 Федеральная целевая программа "Развитие российских космодромов на 2006-2015 годы" 100 58 00 Федеральная целевая программа "Развитие физической культуры и спорта в Российской Федерации на 2006-2015 годы" 100 59 00 Федеральная целевая программа "Повышение безопасности дорожного движения в 2006-2012 годах" 100 60 00 Федеральная целевая программа "Сохранение и восстановление плодородия почв земель сельскохозяйственного назначения и агроландшафтов как национального достояния России на 2006-2010 годы" 100 61 00 Федеральная целевая программа "Совершенствование федеральной системы разведки и контроля воздушного пространства Российской Федерации (2007-2010 годы)" 100 62 00 Федеральная целевая программа "Развитие государственной статистики России в 2007-2011 годах" 100 63 00 Федеральная целевая программа "Развитие ядерного оружейного комплекса Российской Федерации на 2007-2010 годы и на период до 2015 года" 100 64 00 Федеральная целевая программа "Развитие атомного энергопромышленного комплекса России на 2007-2010 годы и на перспективу до 2015 года" 100 65 00 Федеральная целевая программа "Развитие г. Сочи как горноклиматического курорта (2006-2014 годы)" 101 00 00 Реализация мероприятий с использованием специальных методов 102 00 00 Непрограммные инвестиции в основные фонды 104 00 00 Федеральная целевая программа "Жилище" на 2002-2010 годы (второй этап) 104 10 00 Подпрограмма "Выполнение государственных обязательств по обеспечению жильем категорий граждан, установленных федеральным законодательством" 104 20 00 Подпрограмма "Обеспечение жильем молодых семей" 104 30 00 Подпрограмма "Модернизация объектов коммунальной инфраструктуры" 104 40 00 Мероприятия по обеспечению жильем отдельных категорий граждан 104 40 01 Мероприятия по обеспечению жильем федеральных государственных гражданских служащих 104 40 02 Мероприятия по обеспечению жильем молодых ученых и строительство общежитий 104 40 03 Мероприятия по обеспечению жильем прокуроров, следователей органов прокуратуры 104 40 04 Мероприятия по обеспечению жильем иных категорий граждан на основании решений Правительства Российской Федерации 104 40 05 Государственное образовательное учреждение высшего профессионального образования "Саратовский государственный медицинский университет Федерального агентства по здравоохранению и социальному развитию", общежитие, г. Саратов 104 40 06 Государственное образовательное учреждение высшего профессионального образования Брянский государственный университет имени академика И.Г.Петровского, общежитие, г. Брянск 104 40 07 Государственное образовательное учреждение высшего профессионального образования "Костромской государственный технологический университет", общежитие, г. Кострома 104 40 08 Государственное образовательное учреждение высшего профессионального образования для инвалидов с нарушением опорно-двигательной системы "Московский государственный социально-гуманитарный институт", общежитие, г. Москва 104 40 09 Государственное образовательное учреждение высшего профессионального образования Московский государственный институт стали и сплавов (технологический университет), общежитие, г. Москва 104 40 10 Государственное образовательное учреждение среднего профессионального образования Псковский индустриальный техникум, общежитие, г. Псков 104 40 11 Государственное образовательное учреждение высшего профессионального образования "Дагестанский государственный педагогический университет", общежитие, г. Махачкала, Республика Дагестан 104 40 12 Государственное образовательное учреждение высшего профессионального образования "Ингушский государственный университет", общежитие, г. Магас, Республика Ингушетия 104 40 13 Государственное образовательное учреждение высшего профессионального образования "Кабардино-Балкарский государственный университет им. Х.М.Бербекова", жилой дом, г. Нальчик, Кабардино-Балкарская Республика 104 40 14 Федеральное государственное образовательное учреждение "Всероссийский детский центр "Орленок", жилой дом, пос. Новомихайловский, Туапсинский район, Краснодарский край 104 40 15 Государственное образовательное учреждение высшего профессионального образования "Северо-Кавказский государственный технический университет", общежитие, г. Ставрополь 104 40 16 Государственное образовательное учреждение высшего профессионального образования Донской государственный технический университет, жилой дом, г. Ростов-на-Дону 104 40 17 Государственное образовательное учреждение высшего профессионального образования "Ростовский Государственный Строительный университет", общежитие, г. Ростов-на-Дону 104 40 18 Государственное образовательное учреждение высшего профессионального образования "Нижегородский государственный технический университет", общежитие, г. Нижний Новгород 104 40 19 Государственное образовательное учреждение "Профессиональное училище N 24", общежитие, р. п. Башмаково, Пензенская область 104 40 20 Государственное образовательное учреждение высшего профессионального образования "Самарский государственный аэрокосмический университет им. академика С.П.Королева", общежитие, г. Самара 104 40 21 Государственное образовательное учреждение высшего профессионального образования "Саратовский государственный технический университет", жилой дом, г. Саратов 104 40 22 Государственное образовательное учреждение Специальное профессиональное училище N 1 закрытого типа, общежитие, пос. Южный, г. Улан-Удэ, Республика Бурятия 104 40 23 Государственное образовательное учреждение высшего профессионального образования "Алтайский государственный технический университет им. И.И.Ползунова", общежитие, г. Барнаул, Алтайский край 104 40 24 Государственное образовательное учреждение высшего профессионального образования "Сибирский государственный технологический университет", общежитие, г. Красноярск 104 40 25 Государственное образовательное учреждение высшего профессионального образования "Иркутский государственный технический университет", общежитие, г. Иркутск 104 40 26 Государственное образовательное учреждение высшего профессионального образования "Бурятский государственный университет", общежитие, пос. Бохан, Усть-Ордынский Бурятский автономный округ 104 40 27 Государственное образовательное учреждение высшего профессионального образования "Дальневосточный государственный технический университет (ДВПИ имени В.В.Куйбышева)", общежитие, г. Владивосток, Приморский край 104 40 28 Финансовая академия при Правительстве Российской Федерации - государственное образовательное учреждение высшего профессионального образования федерального подчинения, общежитие (г. Москва, ул. Новопесчаная) 104 40 29 Финансовая академия при Правительстве Российской Федерации - государственное образовательное учреждение высшего профессионального образования федерального подчинения, общежитие (г. Москва, ул. Новомосковская) 104 40 30 Академия гражданской защиты МЧС России, общежитие, пос. Новогорск, Химкинский район, Московская область 104 40 31 Строительство жилого дома по ул. Дзарахохова для граждан, пострадавших во время террористической акции, г. Беслан, Республика Северная Осетия - Алания 104 40 32 Строительство жилого дома по ул. Недвижная для работников бюджетной сферы (здравоохранения, образования и социальной защиты населения), г. Беслан, Республика Северная Осетия - Алания 104 40 33 Строительство жилого дома по ул. Недвижная для пострадавших пожилых граждан (одиноких и супружеских пар, оставшихся без кормильца), г. Беслан, Республика Северная Осетия - Алания 104 40 34 Российский государственный научно-исследовательский испытательный центр подготовки космонавтов имени Ю.А.Гагарина, жилой дом, пос. Звездный, Московская область 104 50 00 Подпрограмма "Обеспечение земельных участков коммунальной инфраструктурой в целях жилищного строительства, в том числе малоэтажного" 104 60 00 Мероприятия по реализации концепции развития унифицированной системы рефинансирования ипотечных жилищных кредитов 104 70 00 Расходы общепрограммного характера по федеральной целевой программе "Жилище" на 2002-2010 годы (второй этап) 105 00 00 Совершенствование боевой готовности соединений и воинских частей, переводимых на контрактный способ комплектования 106 00 00 Строительство федеральных центров высоких медицинских технологий 106 00 01 Федеральный центр сердечно-сосудистой хирургии, г. Астрахань 106 00 02 Федеральный центр травматологии, ортопедии и эндопротезирования, г. Краснодар 106 00 03 Федеральный центр сердечно-сосудистой хирургии, г. Красноярск 106 00 04 Федеральный центр сердечно-сосудистой хирургии, г. Пенза 106 00 05 Федеральный центр нейрохирургии, г. Тюмень 106 00 06 Федеральный центр сердечно-сосудистой хирургии, г. Хабаровск 106 00 07 Федеральный центр травматологии, ортопедии и эндопротезирования, г. Чебоксары 106 00 08 Федеральный научно-клинический центр детской гематологии, онкологии и иммунологии, г. Москва 106 00 20 Другие федеральные центры высоких медицинских технологий 107 00 00 Строительство современных перинатальных центров 108 00 00 Реконструкция зданий дворцово-паркового ансамбля "Михайловская дача" в г. Санкт-Петербурге 109 00 00 Обеспечение военнослужащих служебным и постоянным жильем 109 01 00 Формирование фонда служебного жилья для обеспечения военнослужащих служебными жилыми помещениями и помещениями в общежитиях 109 02 00 Строительство и приобретение жилых помещений для постоянного проживания военнослужащих 130 00 00 Государственная программа "Обеспечение безопасности потерпевших, свидетелей и иных участников уголовного судопроизводства на 2006-2008 годы" 131 00 00 Государственная программа по оказанию содействия добровольному переселению в Российскую Федерацию соотечественников, проживающих за рубежом 200 00 00 Боевая подготовка 201 00 00 Материально-техническое обеспечение 202 00 00 Воинские формирования (органы, подразделения) 203 00 00 Закупки вооружений, военной и специальной техники, продукции производственно-технического назначения и имущества в целях обеспечения государственной программы вооружения в рамках государственного оборонного заказа 204 00 00 Закупки вооружений, военной и специальной техники, продукции производственно-технического назначения и имущества в рамках государственного оборонного заказа вне государственной программы вооружения 205 00 00 Ремонт вооружений, военной и специальной техники, продукции производственно-технического назначения и имущества в рамках государственного оборонного заказа вне государственной программы вооружения 206 00 00 Ремонт вооружений, военной и специальной техники, продукции производственно-технического назначения и имущества в целях обеспечения государственной программы вооружения в рамках государственного оборонного заказа 207 00 00 Обеспечение деятельности военных комиссариатов 208 00 00 Мобилизационная подготовка и переподготовка резервов, учебно-сборовые мероприятия 209 00 00 Реализация государственных функций по мобилизационной подготовке экономики 210 00 00 Участие в миротворческой деятельности 211 00 00 Военно-техническое сотрудничество 212 00 00 Накопительно-ипотечная система жилищного обеспечения военнослужащих 213 00 00 Утилизация и ликвидация вооружений 214 00 00 Реализация государственных функций, связанных с обеспечением национальной обороны 215 00 00 Обеспечение деятельности вневедомственной охраны 216 00 00 Содержание спецконтингента 217 00 00 Приоритетные системы защиты и охраны Государственной границы Российской Федерации 218 00 00 Мероприятия по предупреждению и ликвидации последствий чрезвычайных ситуаций и стихийных бедствий 219 00 00 Мероприятия по гражданской обороне 220 00 00 Мероприятия по обеспечению миграционной политики 221 00 00 Обеспечение деятельности учреждений по реализации миграционной политики 222 00 00 Мероприятия по выполнению требований международных договоров и обязательств о сокращении и ограничении вооружений и укреплению мер доверия в военной области 223 00 00 Обеспечение ядерной, радиационной и экологической безопасности 224 00 00 Модернизация Вооруженных Сил Российской Федерации и воинских формирований 225 00 00 Модернизация внутренних войск, войск гражданской обороны, а также правоохранительных и иных органов 246 00 00 Мероприятия по обеспечению военной реформы 247 00 00 Реализация государственных функций, связанных с обеспечением национальной безопасности и правоохранительной деятельности 248 00 00 Вопросы топливно-энергетического комплекса 249 00 00 Мероприятия в области исследования и использования космического пространства в мирных целях 250 00 00 Геологическое изучение недр 251 00 00 Территориальные фонды информации 252 00 00 Учреждения, обеспечивающие предоставление услуг, связанных с реструктуризацией угольной отрасли 253 00 00 Учреждения, обеспечивающие предоставление услуг в сфере недропользования 260 00 00 Сельскохозяйственное производство 261 00 00 Учреждения, обеспечивающие предоставление услуг в области семеноводства, сохранения плодородия почв и защиты растений 262 00 00 Вопросы регулирования продовольственного рынка и государственных семенных фондов 263 00 00 Учреждения, обеспечивающие предоставление услуг в области животноводства 264 00 00 Учреждения, обеспечивающие предоставление услуг в области охраны животного мира 265 00 00 Учреждения, обеспечивающие предоставление услуг в области охраны сельских лесов, и лесные опытные хозяйства 266 00 00 Учреждения, обеспечивающие предоставление услуг по информационно-методологическому обеспечению в области сельского хозяйства 270 00 00 Рыболовное хозяйство 271 00 00 Учреждения, обеспечивающие предоставление услуг в сфере рыбохозяйственной деятельности 280 00 00 Водохозяйственные мероприятия 281 00 00 Водоохранные и водохозяйственные учреждения 290 00 00 Охрана, восстановление и использование лесов 291 00 00 Учреждения, обеспечивающие предоставление услуг в сфере лесного хозяйства 300 00 00 Воздушный транспорт 301 00 00 Бассейновые управления водных путей и судоходства 302 00 00 Поисковые и аварийно-спасательные учреждения 305 00 00 Железнодорожный транспорт 310 00 00 Морской и речной транспорт 315 00 00 Дорожное хозяйство 316 00 00 Управление дорожным хозяйством 317 00 00 Другие виды транспорта 330 00 00 Информационные технологии и связь 331 00 00 Резерв универсального обслуживания 332 00 00 Создание технопарков в сфере высоких технологий 335 00 00 Услуги, связанные с реализацией работы разделения, содержащейся в стоимости низкообогащенного урана, полученного из высокообогащенного урана, извлеченного из ядерного оружия 336 00 00 Геодезия и картография 337 00 00 Учреждения, обеспечивающие предоставление услуг в сфере гидрометеорологии и мониторинга окружающей среды 338 00 00 Мероприятия в области строительства, архитектуры и градостроительства 339 00 00 Земельные кадастровые палаты 340 00 00 Реализация государственных функций в области национальной экономики 341 00 00 Российская антарктическая и арктическая экспедиции 342 00 00 Субсидии на содержание и использование судов атомного ледокольного флота и судов атомного технологического обслуживания 345 00 00 Малый бизнес и предпринимательство 350 00 00 Поддержка жилищного хозяйства 351 00 00 Поддержка коммунального хозяйства 400 00 00 Мероприятия по сбору и удалению твердых и жидких отходов 410 00 00 Состояние окружающей среды и природопользования 411 00 00 Природоохранные учреждения 412 00 00 Реализация государственных функций в области охраны окружающей среды 414 00 00 Природные парки 420 00 00 Детские дошкольные учреждения 421 00 00 Школы - детские сады, школы начальные, неполные средние и средние 422 00 00 Школы-интернаты 423 00 00 Учреждения по внешкольной работе с детьми 424 00 00 Детские дома 425 00 00 Профессионально-технические училища 426 00 00 Специальные профессионально-технические училища 427 00 00 Средние специальные учебные заведения 428 00 00 Институты повышения квалификации 429 00 00 Учебные заведения и курсы по переподготовке кадров 430 00 00 Высшие учебные заведения 431 00 00 Организационно-воспитательная работа с молодежью 432 00 00 Мероприятия по проведению оздоровительной кампании детей 433 00 00 Специальные (коррекционные) учреждения 435 00 00 Учреждения, обеспечивающие предоставление услуг в сфере образования 436 00 00 Мероприятия в области образования 440 00 00 Дворцы и дома культуры, другие учреждения культуры и средств массовой информации 441 00 00 Музеи и постоянные выставки 442 00 00 Библиотеки 443 00 00 Театры, цирки, концертные и другие организации исполнительских искусств 450 00 00 Мероприятия в сфере культуры, кинематографии и средств массовой информации 451 00 00 Информационные агентства 452 00 00 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 453 00 00 Телерадиокомпании 455 00 00 Издательства 456 00 00 Периодическая печать 457 00 00 Периодические издания, учрежденные органами законодательной и исполнительной власти 468 00 00 Плазмацентры 469 00 00 Учреждения, обеспечивающие предоставление услуг в сфере здравоохранения 470 00 00 Больницы, клиники, госпитали, медико-санитарные части 471 00 00 Поликлиники, амбулатории, диагностические центры 472 00 00 Станции переливания крови 473 00 00 Санатории для больных туберкулезом 474 00 00 Санатории для детей и подростков 475 00 00 Санатории, пансионаты, дома отдыха и турбазы 476 00 00 Родильные дома 477 00 00 Станции скорой и неотложной помощи 478 00 00 Фельдшерско-акушерские пункты 479 00 00 Дезинфекционные станции 480 00 00 Органы, осуществляющие государственный санитарно-эпидемиологический надзор 481 00 00 Мероприятия в области санитарно-эпидемиологического надзора 482 00 00 Центры спортивной подготовки (сборные команды) 483 00 00 Противочумные организации 484 00 00 Учреждения, обеспечивающие государственный санитарно-эпидемиологический надзор 485 00 00 Реализация государственных функций в области здравоохранения, спорта и туризма 486 00 00 Дома ребенка 490 00 00 Пенсии 500 00 00 Медико-социальная экспертная комиссия 501 00 00 Дома-интернаты для престарелых и инвалидов 502 00 00 Учреждения по обучению инвалидов 503 00 00 Стационары сложного протезирования 504 00 00 Центры занятости населения 505 00 00 Меры социальной поддержки граждан 506 00 00 Учреждения социального обслуживания населения 510 00 00 Мероприятия в области занятости населения в Российской Федерации 511 00 00 Мероприятия по борьбе с беспризорностью, по опеке и попечительству 512 00 00 Физкультурно-оздоровительная работа и спортивные мероприятия 513 00 00 Поддержка туристической деятельности 514 00 00 Реализация государственных функций в области социальной политики 515 00 00 Фонд софинансирования социальных расходов 516 00 00 Федеральный фонд финансовой поддержки субъектов Российской Федерации 517 00 00 Дотации и субвенции 518 00 00 Фонд реформирования региональных и муниципальных финансов 519 00 00 Фонд компенсаций 520 00 00 Иные безвозмездные и безвозвратные перечисления 521 00 00 Региональный фонд финансовой поддержки поселений 522 00 00 Региональные целевые программы 523 00 00 Федеральный фонд регионального развития 524 00 00 Мероприятия в области сельского хозяйства 525 00 00 Учреждения, обеспечивающие предоставление услуг по оздоровлению детей 526 00 00 Обеспечение создания государственной системы изготовления, оформления и контроля паспортно-визовых документов нового поколения 527 00 00 Региональный фонд финансовой поддержки муниципальных районов (городских округов) 528 00 00 Районные фонды финансовой поддержки поселений 529 00 00 Фонд муниципального развития субъекта Российской Федерации 530 00 00 Российский фонд федерального имущества 540 00 00 Развитие общественной инфраструктуры регионального и муниципального значения 690 00 00 Трансферты, передаваемые Фонду социального страхования Российской Федерации 691 00 00 Трансферты, передаваемые Пенсионному фонду Российской Федерации 692 00 00 Трансферты, передаваемые Федеральному фонду обязательного медицинского страхования 700 00 00 Обязательное пенсионное страхование 701 00 00 Пенсии, финансируемые за счет средств федерального бюджета 702 00 00 Выплата досрочно назначенных пенсий 703 00 00 Дополнительное пенсионное обеспечение 704 00 00 Расходы по накопительной составляющей бюджета Пенсионного фонда Российской Федерации 750 00 00 Социальное страхование 770 00 00 Обязательное медицинское страхование 771 00 00 Территориальная программа обязательного медицинского страхования 795 00 00 Целевые программы муниципальных образований"</w:t>
      </w:r>
    </w:p>
    <w:p>
      <w:r>
        <w:t>приложение 5 изложить в следующей редакции: "Приложение 5 к Федеральному закону "О бюджетной классификации Российской Федерации" (в редакции Федерального закона "О внесении изменений в Федеральный закон "О бюджетной классификации Российской Федерации") П Е Р Е Ч Е Н Ь ВИДОВ РАСХОДОВ ФУНКЦИОНАЛЬНОЙ КЛАССИФИКАЦИИ РАСХОДОВ БЮДЖЕТОВ РОССИЙСКОЙ ФЕДЕРАЦИИ ------------------------------------------------------------------- Код | Наименование вида расходов ------------------------------------------------------------------- 001 Президент Российской Федерации 002 Руководитель Администрации Президента Российской Федерации и его заместители 003 Полномочные представители Президента Российской Федерации и их заместители в федеральных округах 005 Центральный аппарат 006 Территориальные органы 007 Мероприятия в рамках административной реформы 008 Зарубежный аппарат 009 Высшее должностное лицо субъекта Российской Федерации 010 Глава муниципального образования 011 Аппараты полномочных представителей Президента Российской Федерации в федеральных округах 012 Аппарат Управления делами Президента Российской Федерации 013 Обеспечение визитов делегаций высших органов власти за рубеж 014 Обеспечение деятельности Общественной палаты Российской Федерации 015 Содержание и обслуживание казны Российской Федерации 020 Председатель Совета Федерации и его заместители 021 Члены Совета Федерации и их помощники 022 Председатель Государственной Думы и его заместители 023 Депутаты Государственной Думы и их помощники 024 Председатель законодательного (представительного) органа государственной власти субъекта Российской Федерации 025 Депутаты (члены) законодательного (представительного) органа государственной власти субъекта Российской Федерации 026 Председатель представительного органа муниципального образования 027 Депутаты представительного органа муниципального образования 040 Председатель Правительства Российской Федерации и его заместители 041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и его заместители 042 Глава местной администрации (исполнительно-распорядительного органа муниципального образования) 060 Председатель Конституционного Суда Российской Федерации и судьи Конституционного Суда Российской Федерации 061 Председатель Верховного Суда Российской Федерации и судьи Верховного Суда Российской Федерации 062 Председатель Высшего Арбитражного Суда Российской Федерации и судьи Высшего Арбитражного Суда Российской Федерации 063 Генеральный прокурор Российской Федерации 064 Судьи 065 Мировые судьи 066 Военные судьи 067 Судейское сообщество 068 Обеспечение деятельности аппаратов судов 069 Субвенции бюджетам для финансового обеспечения переданных исполнительно-распорядительным органам муниципальных образований полномочий по составлению (изменению и дополнению) списков кандидатов в присяжные заседатели федеральных судов общей юрисдикции в Российской Федерации 070 Составление (изменение и дополнение) списков кандидатов в присяжные заседатели федеральных судов общей юрисдикции в Российской Федерации 071 Средства на обеспечение граждан квалифицированной юридической помощью по назначению органов дознания, органов предварительного следствия, прокурора и суда в уголовном судопроизводстве 080 Председатель Счетной палаты Российской Федерации и его заместитель 081 Аудиторы Счетной палаты Российской Федерации 082 Руководитель контрольно-счетной палаты субъекта Российской Федерации и его заместители 083 Руководитель контрольно-счетной палаты муниципального образования и его заместители 089 Аппараты органов управления государственных внебюджетных фондов 090 Члены Центральной избирательной комиссии Российской Федерации 091 Члены избирательной комиссии субъектов Российской Федерации 092 Члены избирательной комиссии муниципального образования 093 Проведение выборов в Федеральное Собрание Российской Федерации 094 Проведение выборов Президента Российской Федерации 095 Проведение выборов в законодательные (представительные) органы государственной власти субъектов Российской Федерации 097 Проведение выборов в представительные органы муниципального образования 098 Проведение выборов главы муниципального образования 099 Проведение референдумов 100 Государственная автоматизированная информационная система "Выборы", повышение правовой культуры избирателей и организаторов выборов 101 Проведение статистических обследований и переписей 103 Субсидии федеральным государственным унитарным предприятиям, находящимся в ведении Управления делами Президента Российской Федерации 119 Исследования и разработки в части обеспечения выполнения международных договоров и обязательств о сокращении и ограничении вооружений и укрепления мер доверия в военной области 120 Взносы в международные организации 121 Реализация договоров (контрактов) с иностранными фирмами в области научного сотрудничества 122 Обеспечение реализации соглашений с правительствами иностранных государств и организациями 123 Обеспечение мероприятий, предусмотренных соглашениями с международными финансовыми организациями 124 Обеспечение мероприятий по поддержке соотечественников, проживающих за рубежом 125 Международные культурные, научные и информационные связи 126 Долевое участие в содержании координационных структур Содружества Независимых Государств 127 Обеспечение сотрудничества в рамках Содружества Независимых Государств 128 Долевой взнос в бюджет Союзного государства 129 Доставка грузов гуманитарного характера и эвакуация российских граждан 130 Гуманитарная финансовая помощь другим государствам 134 Обеспечение мероприятий по оказанию содействия добровольному переселению в Российскую Федерацию соотечественников, проживающих за рубежом 140 Формирование государственного материального резерва 145 Фундаментальные исследования в интересах национальной обороны, национальной безопасности и правоохранительной деятельности в целях обеспечения государственной программы вооружения в рамках государственного оборонного заказа 150 Процентные платежи по государственному долгу Российской Федерации 151 Процентные платежи по государственному долгу субъекта Российской Федерации 152 Процентные платежи по муниципальному долгу 153 Государственные гарантии по внешним заимствованиям 180 Резервный фонд Правительства Российской Федерации 181 Резервный фонд Президента Российской Федерации 182 Резервный фонд Правительства Российской Федерации по предупреждению и ликвидации чрезвычайных ситуаций и последствий стихийных бедствий 183 Резервные фонды органов исполнительной власти субъектов Российской Федерации 184 Резервные фонды органов местного самоуправления 187 Инвестиционный фонд 191 Обеспечение функционирования аппаратов фондов поддержки научной и (или) научно-технической деятельности 194 Научное сопровождение инновационных проектов государственного значения 195 Приоритетные направления науки и техники 196 Выполнение научно-исследовательских и опытно-конструкторских работ по государственным контрактам 197 Субсидии 198 Субвенции на гранты в области науки, культуры, искусства и средств массовой информации 200 Оценка недвижимости, признание прав и регулирование отношений по государственной и муниципальной собственности 201 Управление находящимися в государственной и муниципальной собственности акциями открытых акционерных обществ 202 Обеспечение приватизации и проведение предпродажной подготовки объектов приватизации 208 Эксплуатация зданий 209 Центральные транспортные комбинаты 210 Поддержка сохранения и пополнения Архивного фонда России 211 Обеспечение мероприятий по реформированию государственной и муниципальной службы 212 Денежные компенсации истцам в случае вынесения соответствующих решений Европейским Судом по правам человека 213 Строительство объектов для нужд отрасли 214 Строительство объектов общегражданского назначения 215 Строительство специальных и военных объектов 216 Выполнение других обязательств государства 217 Реализация мероприятий, связанных с процедурами банкротства 220 Вещевое обеспечение 221 Продовольственное обеспечение 222 Оплата и хранение специального топлива и горюче-смазочных материалов в рамках государственного оборонного заказа 223 Специальные объекты 224 Авиационная техника 225 Корабли и катера 226 Автобронетанковая техника 227 Артиллерия 228 Стрелковое и холодное оружие 229 Электронная техника и средства связи 230 Боеприпасы 231 Другие вооружения, военная и специальная техника 232 Прочая продукция производственно-технического назначения 233 Обеспечение функционирования Вооруженных Сил Российской Федерации 234 Проведение мероприятий по медицинскому освидетельствованию при постановке на первоначальный воинский учет 235 Проведение подготовки и переподготовки мобилизационного резерва и учебно-сборовые мероприятия 236 Подготовка граждан по военно-учетным специальностям 237 Мероприятия по обеспечению мобилизационной готовности экономики 238 Хранение материальных ценностей мобилизационного резерва 239 Военный персонал и сотрудники правоохранительных органов, имеющие специальные звания 240 Гражданский персонал 241 Международные обязательства в сфере военно-технического сотрудничества 242 Исследования в области разработки вооружения и военной техники в целях обеспечения государственной программы вооружения в рамках государственного оборонного заказа 243 Исследования в области разработки вооружения, военной и специальной техники и иного производственно-технического оборудования в рамках государственного оборонного заказа вне государственной программы вооружения 244 Накопительные взносы 245 Исследования в части вопросов утилизации и ликвидации вооружения и военной техники, уничтожения запасов химического оружия 246 Утилизация и ликвидация вооружения и военной техники во исполнение международных договоров 247 Утилизация и ликвидация вооружения и военной техники, за исключением международных договоров 248 Ликвидация и вывод из эксплуатации ядерных и радиационно опасных объектов, наземных стратегических ракетных комплексов и объектов хранения, производства и уничтожения химического оружия 249 Уничтожение запасов химического оружия 250 Инспекционная деятельность и другие расходы 251 Мероприятия, связанные с реализацией задач по утилизации и ликвидации вооружения, военной и специальной техники, иного производственно-технического оборудования и имущества, уничтожению запасов химического оружия 252 Мероприятия в области национальной обороны 253 Обеспечение функционирования органов в сфере национальной безопасности и правоохранительной деятельности 254 Специальные мероприятия 255 Мероприятия по обеспечению взрывопожаробезопасного состояния систем хранения и эксплуатации специальных объектов 256 Обеспечение привлекательности военной службы по контракту в соединениях и воинских частях 257 Мероприятия по патриотическому воспитанию граждан Российской Федерации 258 Субсидии бюджетам на осуществление мероприятий по обеспечению жильем граждан Российской Федерации, проживающих в сельской местности 259 Обеспечение жильем граждан Российской Федерации, проживающих в сельской местности 260 Предупреждение и ликвидация последствий чрезвычайных ситуаций и стихийных бедствий природного и техногенного характера 261 Подготовка населения и организаций к действиям в чрезвычайной ситуации в мирное и военное время 262 Мероприятия по ликвидации чрезвычайных ситуаций и стихийных бедствий, выполняемые в рамках специальных решений 263 Мероприятия по депортации (административному выдворению) 264 Иммиграционный контроль 265 Прием и содержание вынужденных переселенцев 266 Прием и содержание беженцев и лиц, ходатайствующих о признании их беженцами 267 Содержание граждан, временно покинувших территорию Чеченской Республики 268 Организация системы учета иностранных граждан 269 Субвенции бюджетам субъектов Российской Федерации на цели равного с федеральной противопожарной службой повышения денежного довольствия сотрудникам и заработной платы работникам территориальных подразделений Государственной противопожарной службы, содержащихся за счет средств бюджетов субъектов Российской Федерации (за исключением подразделений, созданных субъектами Российской Федерации в соответствии с Федеральным законом "О пожарной безопасности") 270 Организация временного трудоустройства несовершеннолетних граждан в возрасте от 14 до 18 лет 271 Организация ярмарок вакансий и учебных рабочих мест 272 Информирование населения и работодателей о положении на рынке труда 273 Организация общественных работ 274 Организация временного трудоустройства безработных граждан, испытывающих трудности в поиске работы 275 Социальная адаптация безработных граждан на рынке труда 276 Организация содействия самозанятости безработных граждан 277 Организация временного трудоустройства безработных граждан в возрасте от 18 до 20 лет из числа выпускников учреждений начального и среднего профессионального образования, ищущих работу впервые 278 Профессиональное обучение безработных граждан 279 Профессиональная ориентация 280 Организация альтернативной гражданской службы 281 Выплаты независимым экспертам 282 Осуществление расходов Российской Федерации по управлению в области занятости населения 285 Государственная поддержка в сфере образования 286 Внедрение инновационных образовательных программ 287 Внедрение современных образовательных технологий 288 Государственная поддержка талантливой молодежи 289 Начальное профессиональное образование военнослужащих, проходящих военную службу по призыву 290 Развитие сети национальных университетов и других образовательных учреждений 291 Приобретение автобусов для государственных и муниципальных школ в сельской местности 292 Оснащение общеобразовательных учреждений учебным оборудованием 293 Приобретение оборудования для быстровозводимых физкультурно-оздоровительных комплексов 299 Государственная поддержка некоммерческих неправительственных организаций, участвующих в развитии институтов гражданского общества 300 Обеспечение создания государственной системы изготовления, оформления и контроля паспортно-визовых документов нового поколения 320 Техническое регулирование и метрология 321 Исследования (испытания) и экспертиза отобранных образцов (проб) продукции 322 Мероприятия в топливно-энергетической области 323 Закупки специальной космической техники, организация запусков и управление полетами космических аппаратов 324 Государственная поддержка космической деятельности в интересах федеральных нужд 325 Взнос Российской Федерации в уставные капиталы 326 Геолого-разведочные и другие работы в области геологического изучения недр 327 Обеспечение деятельности подведомственных учреждений 328 Содержание дирекций федеральных целевых программ (подпрограмм) 329 Субсидии бюджетам на дизельное топливо, использованное на проведение сезонных сельскохозяйственных работ 330 Субсидии бюджетам на возмещение части затрат на уплату процентов по кредитам, полученным в российских кредитных организациях на развитие животноводства и промышленного рыбоводства 331 Субсидии бюджетам на 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на развитие малых форм хозяйствования в агропромышленном комплексе 332 Субвенции бюджетам на реализацию полномочий в области организации, регулирования и охраны водных биологических ресурсов 333 Компенсация части затрат на приобретение средств химизации 334 Субвенции бюджетам на реализацию полномочий в области охраны и использования объектов животного мира, отнесенных к объектам охоты 335 Животноводство 336 Элитное семеноводство 337 Производство льна и конопли 338 Завоз семян для выращивания кормовых культур в северных районах страны 339 Закладка и уход за многолетними насаждениями 340 Субсидирование процентных ставок по привлеченным кредитам в российских кредитных организациях 341 Компенсация части затрат по страхованию урожая сельскохозяйственных культур и многолетних насаждений 342 Мероприятия в области сельскохозяйственного производства 343 Мероприятия по проведению товарных интервенций продовольственного зерна 344 Мероприятия по проведению закупочных интервенций продовольственного зерна 345 Формирование и использование государственных семенных фондов 346 Мониторинг водных биологических ресурсов 347 Обеспечение деятельности аварийно-спасательного флота 348 Мероприятия в области воспроизводства и сохранения водных биологических ресурсов и прочие мероприятия 349 Мероприятия в области использования, охраны водных объектов и гидротехнических сооружений 350 Мероприятия по информационному обеспечению и другие работы в области водных ресурсов 354 Субсидии бюджетам на возмещение части затрат на уплату процентов по кредитам, полученным в российских кредитных организациях (кроме видов расходов 330, 331 и 413) 355 Субсидирование части затрат на приобретение дизельного топлива, использованного на проведение сезонных сельскохозяйственных работ 356 Субсидирование процентных ставок по кредитам, полученным в российских кредитных организациях на развитие животноводства и промышленного рыбоводства 357 Субсидирование процентных ставок по кредитам, полученным в российских кредитных организациях, и займам, полученным в сельскохозяйственных кредитных потребительских кооперативах, на развитие малых форм хозяйствования в агропромышленном комплексе 358 Организация, регулирование и охрана водных биологических ресурсов 359 Охрана и использование объектов животного мира, отнесенных к объектам охоты 360 Обеспечение авиационной безопасности 361 Отдельные мероприятия в области воздушного транспорта 362 Отдельные мероприятия в области железнодорожного транспорта 363 Безопасность морского и речного транспорта 364 Отдельные мероприятия в области морского и речного транспорта 365 Отдельные мероприятия в области дорожного хозяйства 366 Отдельные мероприятия по другим видам транспорта 367 Субсидии организациям железнодорожного транспорта на компенсацию потерь в доходах, возникающих в результате государственного регулирования тарифов на перевозку пассажиров 370 Субсидии бюджетам субъектов Российской Федерации на поддержку овцеводства 371 Субсидии бюджетам субъектов Российской Федерации на поддержку элитного семеноводства 372 Субсидии бюджетам субъектов Российской Федерации на поддержку завоза семян для выращивания кормовых культур в северных районах страны 373 Субсидии бюджетам субъектов Российской Федерации на поддержку производства льна и конопли 374 Субсидии бюджетам субъектов Российской Федерации на поддержку закладки и ухода за многолетними насаждениями 375 Субсидии бюджетам субъектов Российской Федерации на компенсацию части затрат на приобретение средств химизации 376 Субсидии бюджетам субъектов Российской Федерации на компенсацию части затрат по страхованию урожая сельскохозяйственных культур и многолетних насаждений 377 Субсидии бюджетам субъектов Российской Федерации на субсидирование процентных ставок по привлеченным кредитам в российских кредитных организациях 378 Субсидии бюджетам на осуществление капитального ремонта гидротехнических сооружений, находящихся в собственности субъектов Российской Федерации, муниципальной собственности, и бесхозяйных гидротехнических сооружений 380 Почтовая связь 381 Информатика 382 Отдельные мероприятия в сфере связи и информатики 383 Космическая связь 385 Мероприятия в области ядерно-оружейного комплекса, включая выполнение международных договоров 386 Оплата услуг организаций по переработке высокообогащенного урана, извлеченного из ядерного оружия, в низкообогащенный уран 387 Мероприятия по повышению безопасности атомной энергетики, улучшению экологии 388 Вопросы национальной экономики, отнесенные к сфере ядерно-оружейного комплекса 389 Исследования и разработки в сфере использования атомной энергии в интересах развития национальной экономики 390 Субсидии на поддержку овцеводства 395 Субсидии бюджетам субъектов Российской Федерации на государственную поддержку подготовки рабочих кадров и специалистов для высокотехнологичных производств 396 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400 Картографо-геодезические и картографические работы 405 Мероприятия в области застройки территорий 406 Мероприятия по землеустройству и землепользованию 407 Мероприятия в области гражданской промышленности 408 Мероприятия в области оборонно-промышленного комплекса 410 Мероприятия в области жилищного хозяйства 411 Мероприятия в области коммунального хозяйства 412 Мероприятия по благоустройству городских и сельских поселений 413 Субсидии бюджетам на возмещение части затрат на уплату процентов по кредитам, полученным в российских кредитных организациях на обеспечение земельных участков под жилищное строительство коммунальной инфраструктурой 414 Субсидирование процентных ставок по кредитам, полученным в российских кредитных организациях на обеспечение земельных участков коммунальной инфраструктурой 415 Субсидии бюджетам субъектов Российской Федерации на ликвидацию межтерриториального перекрестного субсидирования в электроэнергетике 416 Субсидии бюджетам на строительство и модернизацию автомобильных дорог общего пользования, в том числе дорог в поселениях (за исключением автомобильных дорог федерального значения) 417 Субсидии бюджетам на выплату компенсации части родительской платы за содержание ребенка в государственных и муниципальных образовательных учреждениях, реализующих основную общеобразовательную программу дошкольного образования 418 Субсидии бюджетам субъектов Российской Федерации на содержание ребенка в семье опекуна и приемной семье, а также на оплату труда приемному родителю 419 Субвенции бюджетам на выплату единовременных пособий при всех формах устройства детей, лишенных родительского попечения, в семью 420 Субсидии бюджетам на обеспечение автомобильными дорогами новых микрорайонов массовой малоэтажной и многоквартирной застройки 421 Компенсация части родительской платы за содержание ребенка в государственных и муниципальных образовательных учреждениях, реализующих основную общеобразовательную программу дошкольного образования 422 Материальное обеспечение приемной семьи 423 Выплаты семьям опекунов на содержание подопечных детей 424 Выплата единовременного пособия при всех формах устройства детей, лишенных родительского попечения, в семью 425 Средства федерального бюджета, передаваемые бюджету Федерального фонда обязательного медицинского страхования на проведение диспансеризации находящихся в стационарных учреждениях детей-сирот и детей, оставшихся без попечения родителей 426 Субсидии бюджетам на поддержку северного оленеводства и табунного коневодства 427 Субсидии бюджетам на поддержку племенного животноводства 428 Субсидии бюджетам на возмещение части затрат на уплату процентов по кредитам, полученным на срок до пяти лет в российских кредитных организациях на приобретение племенного скота, племенного материала рыб, техники и оборудования для животноводческих комплексов и организаций, осуществляющих промышленное рыбоводство 429 Мероприятия по воспроизводству водных биологических ресурсов 430 Субсидии бюджетам на мероприятия по организации оздоровительной кампании детей 431 Обеспечение проведения ремонта индивидуальных жилых домов, принадлежащих членам семей военнослужащих, потерявшим кормильца 432 Субсидии бюджетам на государственную поддержку внедрения комплексных мер модернизации образования 433 Субсидии бюджетам субъектов Российской Федерации на обеспечение жилыми помещениями детей-сирот, детей, оставшихся без попечения родителей, а также детей, находящихся под опекой (попечительством), не имеющих закрепленного жилого помещения 434 Государственная поддержка внедрения комплексных мер модернизации образования 435 Государственная поддержка образовательного кредитования 436 Государственная поддержка подготовки рабочих кадров и специалистов для высокотехнологичных производств 437 Материально-техническое обеспечение центров психолого-педагогической реабилитации и коррекции несовершеннолетних, злоупотребляющих наркотиками 438 Оснащение специальным оборудованием государственных наркологических дис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