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Французской Республики о сотрудничестве в уничтожении запасов химического оружия в Российской Федерации</w:t>
      </w:r>
    </w:p>
    <w:p>
      <w:r>
        <w:rPr>
          <w:b/>
        </w:rPr>
        <w:t>Статья None. Федеральный закон   от 30.12.2006 № 279-ФЗ</w:t>
      </w:r>
    </w:p>
    <w:p>
      <w:r>
        <w:t>О ратификации Соглашения между Правительством Российской Федерации и Правительством Французской Республики о сотрудничестве в уничтожении запасов химического оружия в Российской Федерации РОССИЙСКАЯ ФЕДЕРАЦИЯ ФЕДЕРАЛЬНЫЙ ЗАКОН О ратификации Соглашения между Правительством Российской Федерации и Правительством Французской Республики о сотрудничестве в уничтожении запасов химического оружия в Российской Федерации Принят Государственной Думой 22 декабря 2006 года Одобрен Советом Федерации 27 декабря 2006 года Ратифицировать Соглашение между Правительством Российской Федерации и Правительством Французской Республики о сотрудничестве в уничтожении запасов химического оружия в Российской Федерации, подписанное в городе Москве 14 февраля 2006 года. Президент Российской Федерации В.Путин Москва, Кремль 30 декабря 2006 года № 279-ФЗ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