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27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10.01.2007 № 4-ФЗ</w:t>
      </w:r>
    </w:p>
    <w:p>
      <w:r>
        <w:t>О внесении изменения в статью 27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изменения в статью 27 Федерального закона "О порядке выезда из Российской Федерации и въезда в Российскую Федерацию" Принят Государственной Думой 8 декабря 2006 года Одобрен Советом Федерации 22 декабря 2006 года Внести в часть вторую статьи 27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3420) изменение, заменив слова "подпунктами 2 и 5" словами "подпунктами 2, 3 и 7". Президент Российской Федерации В.Путин Москва, Кремль 10 января 2007 года № 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