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w:t>
      </w:r>
    </w:p>
    <w:p>
      <w:r>
        <w:rPr>
          <w:b/>
        </w:rPr>
        <w:t>Статья 1</w:t>
      </w:r>
    </w:p>
    <w:p>
      <w:r>
        <w:t>Внести в Закон Российской Федерации от 10 июля 1992 года N 3266-I "Об образовании" (в редакции Федерального закона от Российской Федерации и Верховного Совета Российской Федерации, 1992, N 30, ст. 1797; Собрание законодательства Российской Федерации, 1996, N 3, ст. 150; 2000, N 30, ст. 3120; N 33, ст. 3348; 2002, N 26, ст. 2517; 2003, N 2, ст. 163; N 28, ст. 2892; 2004, N 10, ст. 835; N 35, ст. 3607; 2006, N 1, ст. 10; N 45, ст. 4627; 2007, N 1, ст. 21; Российская газета, 2007, 10 января) следующие изменения</w:t>
      </w:r>
    </w:p>
    <w:p>
      <w:r>
        <w:t>в подпункте "б" подпункта 5 пункта 1 статьи 13 слово "порядок" заменить словом "правила"</w:t>
      </w:r>
    </w:p>
    <w:p>
      <w:r>
        <w:t>в статье 15: а) пункт 4 изложить в следующей редакции: "4. Освоение образовательных программ основного общего, среднего (полного) общего образования и профессиональных образовательных программ завершается обязательной итоговой аттестацией обучающихся. В образовательных учреждениях, имеющих государственную аккредитацию, освоение указанных образовательных программ завершается обязательной государственной (итоговой) аттестацией обучающихся. Государственная (итоговая) аттестация обучающихся, освоивших образовательные программы среднего (полного) общего образования, проводится в форме единого государственного экзамена. Иные формы проведения государственной (итоговой) аттестации могут быть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для обучающихся, освоивших образовательные программы среднего (полного) общего образования в специальных учебно-воспитательных учреждениях закрытого типа для детей и подростков с девиантным (общественно опасным) поведением, а также в учреждениях, исполняющих наказание в виде лишения свободы, или для обучающихся с отклонениями в развитии, освоивших образовательные программы среднего (полного) общего образования."; б) дополнить пунктами 4-1 - 4-6 следующего содержания: "4-1. Единый государственный экзамен представляет собой форму объективной оценки качества подготовки лиц, освоивших образовательные программы среднего (полного) общего образования, с использованием заданий стандартизированной формы (контрольных измерительных материалов), выполнение которых позволяет установить уровень освоения ими федерального компонента государственного образовательного стандарта среднего (полного) общего образования. Единый государственный экзамен проводится федеральным органом исполнительной власти, осуществляющим функции по контролю и надзору в сфере образования, совместно с органами исполнительной власти субъектов Российской Федерации, осуществляющими полномочия в сфере образования. 4-2. Результаты единого государственного экзамена признаются образовательными учреждениями, в которых реализуются образовательные программы среднего (полного) общего образования, как результаты государственной (итоговой) аттестации, а образовательными учреждениями среднего профессионального образования и образовательными учреждениями высшего профессионального образования как результаты вступительных испытаний по соответствующим общеобразовательным предметам. 4-3. Лицам, сдавшим единый государственный экзамен (далее - участники единого государственного экзамена), выдается свидетельство о результатах единого государственного экзамена. Срок действия такого свидетельства истекает 31 декабря года, следующего за годом его получения. 4-4. Лицам, освоившим образовательные программы среднего (полного) общего образования в предыдущие годы, в том числе лицам, у которых срок действия свидетельства о результатах единого государственного экзамена не истек, предоставляется право сдавать единый государственный экзамен в последующие годы в период проведения государственной (итоговой) аттестации обучающихся. 4-5. Лицам, проходившим военную службу по призыву и уволенным с военной службы, в течение года после увольнения с военной службы при поступлении в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предоставляется право использовать результаты единого государственного экзамена, сданного ими в течение года до призыва на военную службу. 4-6. Порядок проведения государственной (итоговой) аттестации в любых формах, в том числе порядок подачи и рассмотрения апелляций, форма и порядок выдачи свидетельства о результатах единого государственного экзамена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пункт 5 изложить в следующей редакции: "5. Научно-методическое обеспечение итоговых аттестаций и контроль качества подготовки выпускников, которым по завершении каждого уровня или каждой ступени образования выдаются документы государственного образца о соответствующем уровне образования и (или) квалификации, обеспечиваются федеральным органом исполнительной власти, осуществляющим функции по контролю и надзору в сфере образования, органами исполнительной власти субъектов Российской Федерации, осуществляющими полномочия в сфере образования, в соответствии с государственными образовательными стандартами."; г) дополнить пунктом 5-1 следующего содержания: "5-1. Для организации проведения единого государственного экзамена и учета его результатов формируются федеральные базы данных и базы данных субъектов Российской Федерации, в которые вводятся данные об участниках единого государственного экзамена и о результатах единого государственного экзамена. Формирование, ведение указанных баз данных и обеспечение их взаимодействия, доступ к содержащейся в них информации осуществляются в порядке, определяемом Правительством Российской Федерации. Участник единого государственного экзамена имеет право на беспрепятственный доступ к информации о себе, содержащейся в указанных базах данных."</w:t>
      </w:r>
    </w:p>
    <w:p>
      <w:r>
        <w:t>в статье 16: а) пункт 1 изложить в следующей редакции: "1. Общие требования к приему граждан в образовательные учреждения регулируются настоящим Законом и другими федеральными законами, а в государственные и муниципальные образовательные учреждения также типовыми положениями об образовательных учреждениях соответствующих типов и видов. Порядок приема граждан в государственные и муниципальные образовательные учреждения начального профессионального образования,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а также особенности проведения вступительных испытаний для граждан с отклонениями в развитии устанавливаются в порядке, определяемом Правительством Российской Федерации."; б) дополнить пунктом 1-1 следующего содержания: "1-1. Правила приема граждан в образовательное учреждение определяются учредителем образовательного учреждения в соответствии с законодательством Российской Федерации и закрепляются в уставе образовательного учреждения. Правила приема в государственные и муниципальные образовательные учреждения на ступени начального общего, основного общего, среднего (полного) общего и начального профессионального образования должны обеспечивать прием всех граждан, которые проживают на определенной территории и имеют право на получение образования соответствующего уровня."; в) пункт 3 изложить в следующей редакции: "3. Прием граждан в государственные и муниципальные образовательные учреждения для получения среднего профессионального, высшего профессионального и послевузовского профессионального образования осуществляется на конкурсной основе по заявлениям граждан. Условиями конкурса должны быть гарантированы соблюдение прав граждан на образование и зачисление граждан, наиболее способных и подготовленных к освоению образовательной программы соответствующего уровня. Конкурс в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проводится на основании результатов единого государственного экзамена по общеобразовательным предметам, соответствующим направлению подготовки (специальности), на которое осуществляется прием. При приеме в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по направлениям подготовки (специальностям), требующим наличия у поступающих лиц определенных творческих способностей, физических и (или) психологических качеств, указанные образовательные учреждения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Перечень направлений подготовки (специальностей), по которым при приеме могут проводиться дополнительные испытания творческой и (или) профессиональной направленности, утверждается в порядке, определяемом Правительством Российской Федерации. Государственным образовательным учреждениям высшего профессионального образования может быть предоставлено право проводить дополнительные вступительные испытания профильной направленности при приеме в такие образовательные учреждения по иным направлениям подготовки (специальностям). Перечень указанных образовательных учреждений, при приеме в которые могут проводиться дополнительные вступительные испытания профильной направленности, и направлений подготовки (специальностей) формируется на основании предложений государственных образовательных учреждений высшего профессионального образования. Порядок, критерии отбора и перечень указанных образовательных учреждений и направлений подготовки (специальностей), по которым могут проводиться дополнительные вступительные испытания профильной направленности, утверждаются Правительством Российской Федерации. Перечень дополнительных испытаний и условия зачисления в государственные образовательные учреждения среднего профессионального образования и государственные образовательные учреждения высшего профессионального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 Перечень дополнительных вступительных испытаний и правила их проведения в государственных и муниципальных образовательных учреждениях среднего профессионального образования и государственных и муниципальных образовательных учреждениях высшего профессионального образования объявляются такими образовательными учреждениями не позднее 1 февраля текущего года. Вне конкурса при условии успешного прохождения вступительных испытаний в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принимаются: дети-сироты и дети, оставшиеся без попечения родителей, а также лица в возрасте до 23 лет из числа детей-сирот и детей, оставшихся без попечения родителей; 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образовательных учреждениях; граждане в возрасте до 20 лет, имеющие только одного родителя - инвалида I группы, если среднедушевой доход семьи ниже величины прожиточного минимума, установленного в соответствующем субъекте Российской Федерации; граждане, которые уволены с военной службы и поступают в образовательные учреждения, реализующие военные профессиональные образовательные программы, на основании рекомендаций командиров воинских частей, а также участники боевых действий. Преимущественным правом на поступление в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пользуются граждане, уволенные с военной службы, дети военнослужащих, погибших при исполнении ими обязанностей военной службы или умерших вследствие военной травмы либо заболеваний, дети лиц, погибших или умерших вследствие военной травмы либо заболеваний, полученных ими при участии в проведении контртеррористических операций и (или) иных мероприятий по борьбе с терроризмом. Порядок определения лиц, принимавших участие в проведении контртеррористических операций и (или) иных мероприятий по борьбе с терроризмом, устанавливается в соответствии с федеральными законами.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порядке, определяемом Правительством Российской Федерации, принимаются без вступительных испытаний в государственные и муниципальные образовательные учреждения среднего профессионального образования и в государственные и муниципальные образовательные учреждения высшего профессионального образования для обучения по направлениям подготовки (специальностям), соответствующим профилю всероссийской олимпиады школьников, международной олимпиады. Победители и призеры олимпиад школьников, проводимых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принимаются в государственные и муниципальные образовательные учреждения среднего профессионального образования и в государственные и муниципальные образовательные учреждения высшего профессионального образования для обучения по направлениям подготовки (специальностям), соответствующим профилю олимпиады школьников, в порядке, установленном указанным федеральным органом исполнительной власти. Чемпионы Олимпийских игр, Параолимпийских игр и Сурдоолимпийских игр принимаются без вступительных испытаний в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для обучения по направлениям подготовки (специальностям) в области физической культуры и спорта."</w:t>
      </w:r>
    </w:p>
    <w:p>
      <w:r>
        <w:t>в статье 27: а) в пункте 2 слова "прошедшим итоговую аттестацию" заменить словами "прошедшим государственную (итоговую) аттестацию"; б) пункт 6 изложить в следующей редакции: "6. Лицам, не завершившим образования данного уровня, не прошедшим государственной (итоговой) аттестации или получившим на государственной (итоговой) аттестации неудовлетворительные результаты, выдается справка установленного образца об обучении в образовательном учреждении. Лица,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повторно не ранее чем через год государственную (итоговую) аттестацию."</w:t>
      </w:r>
    </w:p>
    <w:p>
      <w:r>
        <w:t>статью 28 дополнить подпунктами 11-1 - 11-4 следующего содержания: "11-1) установление форм и порядка проведения государственной (итоговой) аттестации обучающихся, в том числе единого государственного экзамена, порядка проверки экзаменационных работ и системы оценки результатов, а также порядка подачи и рассмотрения апелляций; 11-2) организация проведения единого государственного экзамена на территории Российской Федерации, в том числе разработка контрольных измерительных материалов для проведения единого государственного экзамена и обеспечение ими государственных экзаменационных комиссий в субъектах Российской Федерации, организация и осуществление централизованной проверки экзаменационных работ участников единого государственного экзамена, формирование и ведение федеральных баз данных об участниках единого государственного экзамена и о результатах единого государственного экзамена; 11-3) установление порядка приема в государственные и муниципальные образовательные учреждения, в том числе порядка проведения дополнительных вступительных испытаний при поступлении в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11-4) установление перечня олимпиад школьников и порядка их проведения;"</w:t>
      </w:r>
    </w:p>
    <w:p>
      <w:r>
        <w:t>статью 29 дополнить подпунктом 8-1 следующего содержания: "8-1) обеспечение и проведение государственной (итоговой) аттестации обучающихся, освоивших образовательные программы основного общего и среднего (полного) общего образования, в том числе в форме единого государственного экзамена, включая проверку экзаменационных работ участников единого государственного экзамена в установленном порядке, формирование и ведение баз данных субъектов Российской Федерации об участниках единого государственного экзамена и о результатах единого государственного экзамена;"</w:t>
      </w:r>
    </w:p>
    <w:p>
      <w:r>
        <w:t>статью 55 дополнить пунктом 6-1 следующего содержания: "6-1. За работниками, привлекаемыми по решению уполномоченных органов исполнительной власти к проведению единого государственного экзамена в рабочее время и освобожденными от основной работы на период проведения единого государственного экзамена, сохраняются гарантии, установленные трудовым законодательством и иными содержащими нормы трудового права актами. Работникам, привлекаемым к проведению единого государственного экзамена, может выплачиваться компенсация за работу по подготовке и проведению единого государственного экзамена. Размер и порядок выплаты компенсации устанавливаются субъектом Российской Федерации в пределах средств бюджета субъекта Российской Федерации, выделяемых на проведение единого государственного экзамена."</w:t>
      </w:r>
    </w:p>
    <w:p>
      <w:r>
        <w:rPr>
          <w:b/>
        </w:rPr>
        <w:t>Статья 2</w:t>
      </w:r>
    </w:p>
    <w:p>
      <w:r>
        <w:t>Внести в Федеральный закон от 22 августа 1996 года N 125-ФЗ "О высшем и послевузовском профессиональном образовании" (Собрание законодательства Российской Федерации, 1996, N 35, ст. 4135; 2002, N 26, ст. 2517; 2004, N 35, ст. 3607; 2006, N 1, ст. 10; 2007, N 1, ст. 21; Российская газета, 2007, 10 января) следующие изменения</w:t>
      </w:r>
    </w:p>
    <w:p>
      <w:r>
        <w:t>в статье 11: а) пункт 1 изложить в следующей редакции: "1. Прием в государственные и муниципальные высшие учебные заведения проводится по заявлениям лиц, имеющих среднее (полное) общее или среднее профессиональное образование, на конкурсной основе по результатам единого государственного экзамена. Условиями конкурса должны быть гарантированы соблюдение прав граждан на образование и зачисление граждан, наиболее способных и подготовленных к освоению образовательных программ соответствующих уровня и (или) ступени. При приеме в государственные и муниципальные высшие учебные заведения по направлениям подготовки (специальностям), требующим наличия у поступающих лиц определенных творческих способностей, физических и (или) психологических качеств, указанные высшие учебные заведения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Перечень направлений подготовки (специальностей), по которым при приеме могут проводиться дополнительные испытания творческой и (или) профессиональной направленности, утверждается в порядке, определяемом Правительством Российской Федерации. Государственным высшим учебным заведениям может быть предоставлено право проводить дополнительные вступительные испытания профильной направленности при приеме по иным направлениям подготовки (специальностям). Перечень указанных высших учебных заведений, при приеме в которые могут проводиться дополнительные вступительные испытания профильной направленности, и направлений подготовки (специальностей) формируется на основании предложений государственных высших учебных заведений. Порядок, критерии отбора и перечень указанных высших учебных заведений и направлений подготовки (специальностей), по которым могут проводиться дополнительные вступительные испытания профильной направленности, утверждаются Правительством Российской Федерации. Перечень дополнительных испытаний и условия зачисления в государственные высшие учебные заведения, обучение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 Перечень дополнительных вступительных испытаний и правила их проведения в государственных и муниципальных высших учебных заведениях объявляются такими высшими учебными заведениями не позднее 1 февраля текущего года. Правила приема граждан в высшие учебные заведения в части, не урегулированной настоящим Федеральным законом, другими федеральными законами, нормативными правовыми актами уполномоченных федеральных органов исполнительной власти, определяются учредителем и закрепляются в уставе высшего учебного заведения. Высшее учебное заведение вправе объявлять прием граждан только при наличии лицензии. Высшее учебное заведение обязано ознакомить абитуриента с указанной лицензией, а также со свидетельством о государственной аккредитации по каждому из направлений подготовки (специальности), дающим право на выдачу документа государственного образца о высшем профессиональном образовании. Об ознакомлении абитуриента со свидетельством о государственной аккредитации по выбранному им направлению подготовки (специальности) или об отсутствии указанного свидетельства в приемные документы вносится запись, которая заверяется личной подписью абитуриента."; б) в пункте 3: абзацы первый и второй признать утратившими силу; абзацы третий - восьмой изложить в следующей редакции: "Вне конкурса при условии успешного прохождения вступительных испытаний в государственные и муниципальные высшие учебные заведения принимаются: дети-сироты и дети, оставшиеся без попечения родителей, а также лица в возрасте до 23 лет из числа детей-сирот и детей, оставшихся без попечения родителей; 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высших учебных заведениях; граждане в возрасте до 20 лет, имеющие только одного родителя - инвалида I группы, если среднедушевой доход семьи ниже величины прожиточного минимума, установленного в соответствующем субъекте Российской Федерации; граждане, которые уволены с военной службы и поступают в образовательные учреждения, реализующие военные профессиональные образовательные программы, на основании рекомендаций командиров воинских частей, а также участники боевых действий.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порядке, определяемом Правительством Российской Федерации, принимаются без вступительных испытаний в государственные и муниципальные высшие учебные заведения для обучения по направлениям подготовки (специальностям), соответствующим профилю всероссийской олимпиады школьников, международной олимпиады. Победители и призеры олимпиад школьников, проводимых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принимаются в государственные и муниципальные высшие учебные заведения для обучения по направлениям подготовки (специальностям), соответствующим профилю олимпиады школьников, в порядке, установленном указанным федеральным органом исполнительной власти."; дополнить новым абзацем девятым следующего содержания: "Чемпионы Олимпийских игр, Параолимпийских игр и Сурдоолимпийских игр принимаются без вступительных испытаний в государственные и муниципальные высшие учебные заведения для обучения по направлениям подготовки (специальностям) в области физической культуры и спорта."; абзац девятый считать абзацем десятым и дополнить его словами ", дети военнослужащих, погибших при исполнении ими обязанностей военной службы или умерших вследствие военной травмы либо заболеваний, дети лиц, погибших или умерших вследствие военной травмы либо заболеваний, полученных ими при участии в проведении контртеррористических операций и (или) иных мероприятий по борьбе с терроризмом. Порядок определения лиц, принимавших участие в проведении контртеррористических операций и (или) иных мероприятий по борьбе с терроризмом, устанавливается в соответствии с федеральными законами"</w:t>
      </w:r>
    </w:p>
    <w:p>
      <w:r>
        <w:t>в статье 24: а) пункт 2 дополнить подпунктами 10 и 11 следующего содержания: "10) утверждение порядка и критериев отбора, а также перечня высших учебных заведений, при приеме в которые проводится дополнительное вступительное испытание профильной направленности, и направлений подготовки (специальностей)</w:t>
      </w:r>
    </w:p>
    <w:p>
      <w:r>
        <w:t>определение порядка утверждения перечня направлений подготовки (специальностей), по которым при приеме в высшие учебные заведения могут проводиться дополнительные испытания творческой и (или) профессиональной направленности."; б) подпункт 14 пункта 3 изложить в следующей редакции: "14) установление порядка приема граждан в государственные и муниципальные высшие учебные заведения, в том числе порядка проведения дополнительных вступительных испытаний при поступлении в указанные высшие учебные заведения, и порядка перевода обучающихся из одного высшего учебного заведения в другое;"</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абзаца второго подпункта "б" пункта 1 статьи 2 настоящего Федерального закона</w:t>
      </w:r>
    </w:p>
    <w:p>
      <w:r>
        <w:rPr>
          <w:b/>
        </w:rPr>
        <w:t xml:space="preserve">2. </w:t>
      </w:r>
      <w:r>
        <w:t>Абзац второй подпункта "б" пункта 1 статьи 2 настоящего Федерального закона вступает в силу с 1 января 2009 года</w:t>
      </w:r>
    </w:p>
    <w:p>
      <w:r>
        <w:rPr>
          <w:b/>
        </w:rPr>
        <w:t xml:space="preserve">3. </w:t>
      </w:r>
      <w:r>
        <w:t>При введении единого государственного экзамена устанавливается переходный период со дня официального опубликования настоящего Федерального закона до 1 января 2009 года</w:t>
      </w:r>
    </w:p>
    <w:p>
      <w:r>
        <w:rPr>
          <w:b/>
        </w:rPr>
        <w:t xml:space="preserve">4. </w:t>
      </w:r>
      <w:r>
        <w:t>В 2007 году единый государственный экзамен проводится в порядке, установленном Правительством Российской Федерации для проведения эксперимента по введению единого государственного экзамена</w:t>
      </w:r>
    </w:p>
    <w:p>
      <w:r>
        <w:rPr>
          <w:b/>
        </w:rPr>
        <w:t xml:space="preserve">5. </w:t>
      </w:r>
      <w:r>
        <w:t>В 2008 году единый государственный экзамен проводится в субъектах Российской Федерации по общеобразовательным предметам, перечень которых утверждается федеральным органом исполнительной власти, осуществляющим функции по контролю и надзору в сфере образования, на основании представлений органов исполнительной власти субъектов Российской Федерации, осуществляющих полномочия в сфере образования. Государственные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самостоятельно определяют форму вступительных испытаний по общеобразовательным предметам, по которым в субъекте Российской Федерации, на территории которого расположено данное образовательное учреждение, единый государственный экзамен не проводится. При этом результаты единого государственного экзамена учитываются такими образовательными учреждениями как результаты вступительных испытаний по общеобразовательным предметам, по которым проводится единый государственный экзамен на территории Российской Федерации. (В редакции Федерального закона от 01.12.2007 г. N 309-ФЗ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