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None. Федеральный закон   от 20.04.2007 № 62-ФЗ</w:t>
      </w:r>
    </w:p>
    <w:p>
      <w:r>
        <w:t>О внесении изменения в статью 29 Федерального закона "Об основных гарантиях избирательных прав и права на участие в референдуме граждан Российской Федерации" РОССИЙСКАЯ ФЕДЕРАЦИЯ ФЕДЕРАЛЬНЫЙ ЗАКОН О внесении изменения в статью 29 Федерального закона "Об основных гарантиях избирательных прав и права на участие в референдуме граждан Российской Федерации" Принят Государственной Думой 4 апреля 2007 года Одобрен Советом Федерации 13 апреля 2007 года Внести во второе предложение пункта 12 статьи 29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31, ст. 3427; 2007, № 10, ст. 1151) изменение, изложив его в следующей редакции: "Председатель избирательной комиссии субъекта Российской Федерации должен иметь высшее профессиональное образование.". Президент Российской Федерации В.Путин Москва, Кремль 20 апреля 2007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