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2001, № 33, ст. 3429; 2002, № 22, ст. 2026; № 28, ст. 2790; № 30, ст. 3021, 3027; 2003, № 28, ст. 2886, 2892; № 46, ст. 4443, 4444; № 50, ст. 4844; № 52, ст. 5036, 5038; 2004, № 34, ст. 3526, 3535; № 52, ст. 5278; 2005, № 1, ст. 8, 21; № 19, ст. 1756; № 27, ст. 2717; № 42, ст. 4214; № 52, ст. 5572, 5589; 2006, № 1, ст. 8, 9; № 2, ст. 171; № 6, ст. 636; № 43, ст. 4412; № 45, ст. 4627; № 50, ст. 5279; № 52, ст. 5503; 2007, № 1, ст. 28) следующие изменения</w:t>
      </w:r>
    </w:p>
    <w:p>
      <w:r>
        <w:t>в пункте 1 статьи 1: а) в абзаце втором слова "всех уровней" и слова "и бюджетов государственных внебюджетных фондов" исключить; б) в абзаце третьем слова "всех уровней" исключить, дополнить словами ", осуществления бюджетного учета, составления, рассмотрения и утверждения бюджетной отчетности"</w:t>
      </w:r>
    </w:p>
    <w:p>
      <w:r>
        <w:t>статьи 2 и 3 изложить в следующей редакции: "Статья 2. Структура бюджетного законодательства Российской Федерации Бюджетное законодательство Российской Федерации состоит из настоящего Кодекса и принятых в соответствии с ним федеральных законов о федеральном бюджете, федеральных законов о бюджетах государственных внебюджетных фондов Российской Федерации, законов субъектов Российской Федерации о бюджетах субъектов Российской Федерации, законов субъектов Российской Федерации о бюджетах территориальных государственных внебюджетных фондов, муниципальных правовых актов представительных органов муниципальных образований о местных бюджетах (далее - закон (решение) о бюджете), иных федеральных законов, законов субъектов Российской Федерации и муниципальных правовых актов представительных органов муниципальных образований, регулирующих правоотношения, указанные в статье 1 настоящего Кодекса. Федеральные законы, законы субъектов Российской Федерации, муниципальные правовые акты представительных органов муниципальных образований, предусмотренные частью первой настоящей статьи, не могут противоречить настоящему Кодексу</w:t>
      </w:r>
    </w:p>
    <w:p>
      <w:r>
        <w:rPr>
          <w:b/>
        </w:rPr>
        <w:t>Статья 3. Нормативные правовые акты, регулирующие бюджетные правоотношения</w:t>
      </w:r>
    </w:p>
    <w:p>
      <w:r>
        <w:rPr>
          <w:b/>
        </w:rPr>
        <w:t xml:space="preserve">1. </w:t>
      </w:r>
      <w:r>
        <w:t>Президент Российской Федерации издает указы, регулирующие бюджетные правоотношения, указанные в пункте 1 статьи 1 настоящего Кодекса. Указы Президента Российской Федерации не могут противоречить настоящему Кодексу и федеральным законам, указанным в статье 2 настоящего Кодекса</w:t>
      </w:r>
    </w:p>
    <w:p>
      <w:r>
        <w:rPr>
          <w:b/>
        </w:rPr>
        <w:t xml:space="preserve">2. </w:t>
      </w:r>
      <w:r>
        <w:t>На основании и во исполнение настоящего Кодекса, федеральных законов, указанных в статье 2 настоящего Кодекса, указов Президента Российской Федерации, предусмотренных пунктом 1 настоящей статьи, Правительство Российской Федерации принимает нормативные правовые акты, регулирующие бюджетные правоотношения, предусмотренные статьей 1 настоящего Кодекса</w:t>
      </w:r>
    </w:p>
    <w:p>
      <w:r>
        <w:rPr>
          <w:b/>
        </w:rPr>
        <w:t xml:space="preserve">3. </w:t>
      </w:r>
      <w:r>
        <w:t>Федеральные органы исполнительной власти принимают акты, регулирующие бюджетные правоотношения, предусмотренные статьей 1 настоящего Кодекса, в случаях и пределах, которые предусмотрены настоящим Кодексом, федеральными законами, указанными в статье 2 настоящего Кодекса, и актами, указанными в пунктах 1 и 2 настоящей статьи</w:t>
      </w:r>
    </w:p>
    <w:p>
      <w:r>
        <w:rPr>
          <w:b/>
        </w:rPr>
        <w:t xml:space="preserve">4. </w:t>
      </w:r>
      <w:r>
        <w:t>Органы государственной власти субъектов Российской Федерации принимают нормативные правовые акты, регулирующие бюджетные правоотношения, в пределах своей компетенции в соответствии с настоящим Кодексом</w:t>
      </w:r>
    </w:p>
    <w:p>
      <w:r>
        <w:rPr>
          <w:b/>
        </w:rPr>
        <w:t xml:space="preserve">5. </w:t>
      </w:r>
      <w:r>
        <w:t>Органы местного самоуправления принимают муниципальные правовые акты, регулирующие бюджетные правоотношения, в пределах своей компетенции в соответствии с настоящим Кодексом.";</w:t>
      </w:r>
    </w:p>
    <w:p>
      <w:r>
        <w:rPr>
          <w:b/>
        </w:rPr>
        <w:t xml:space="preserve">2. </w:t>
      </w:r>
      <w:r>
        <w:t>Закон о бюджете подлежит официальному опубликованию не позднее пяти дней после его подписания в установленном порядке. Решение о бюджете подлежит официальному опубликованию не позднее 10 дней после его подписания в установленном порядке</w:t>
      </w:r>
    </w:p>
    <w:p>
      <w:r>
        <w:rPr>
          <w:b/>
        </w:rPr>
        <w:t xml:space="preserve">5. </w:t>
      </w:r>
      <w:r>
        <w:t>статьи 5 и 6 изложить в следующей редакции: "Статья 5. Действие закона (решения) о бюджете во времени 1. Закон (решение) о бюджете вступает в силу с 1 января и действует по 31 декабря финансового года, если иное не предусмотрено настоящим Кодексом и (или) законом (решением) о бюджете</w:t>
      </w:r>
    </w:p>
    <w:p>
      <w:r>
        <w:rPr>
          <w:b/>
        </w:rPr>
        <w:t>Статья 6. Понятия и термины, применяемые в настоящем Кодексе</w:t>
      </w:r>
    </w:p>
    <w:p>
      <w:r>
        <w:t>В целях настоящего Кодекса применяются следующие понятия и термины: бюджет - форма образования и расходования денежных средств, предназначенных для финансового обеспечения задач и функций государства и местного самоуправления; консолидированный бюджет - свод бюджетов бюджетной системы Российской Федерации на соответствующей территории (за исключением бюджетов государственных внебюджетных фондов) без учета межбюджетных трансфертов между этими бюджетами; бюджетная система Российской Федерации - основанная на экономических отношениях и государственном устройстве Российской Федерации, регулируемая законодательством Российской Федерации совокупность федерального бюджета, бюджетов субъектов Российской Федерации, местных бюджетов и бюджетов государственных внебюджетных фондов; доходы бюджета - поступающие в бюджет денежные средства, за исключением средств, являющихся в соответствии с настоящим Кодексом источниками финансирования дефицита бюджета; расходы бюджета - выплачиваемые из бюджета денежные средства, за исключением средств, являющихся в соответствии с настоящим Кодексом источниками финансирования дефицита бюджета; дефицит бюджета - превышение расходов бюджета над его доходами; профицит бюджета - превышение доходов бюджета над его расходами; бюджетный процесс - регламентируемая законодательством Российской Федерации деятельность органов государственной власти, органов местного самоуправления и иных участников бюджетного процесса по составлению и рассмотрению проектов бюджетов, утверждению и исполнению бюджетов, контролю за их исполнением, осуществлению бюджетного учета, составлению, внешней проверке, рассмотрению и утверждению бюджетной отчетности; сводная бюджетная роспись - документ, который составляется и ведется финансовым органом (органом управления государственным внебюджетным фондом) в соответствии с настоящим Кодексом в целях организации исполнения бюджета по расходам бюджета и источникам финансирования дефицита бюджета; бюджетная роспись - документ, который составляется и ведется главным распорядителем бюджетных средств (главным администратором источников финансирования дефицита бюджета) в соответствии с настоящим Кодексом в целях исполнения бюджета по расходам (источникам финансирования дефицита бюджета); бюджетные ассигнования - предельные объемы денежных средств, предусмотренных в соответствующем финансовом году для исполнения бюджетных обязательств; бюджетный кредит - денежные средства, предоставляемые бюджетом другому бюджету бюджетной системы Российской Федерации, юридическому лицу (за исключением государственных (муниципальных) учреждений), иностранному государству, иностранному юридическому лицу на возвратной и возмездной основах; целевой иностранный кредит (заимствование) - форма финансирования проектов, включенных в программу государственных внешних заимствований Российской Федерации, которая предусматривает предоставление средств в иностранной валюте на возвратной и возмездной основах путем оплаты товаров, работ и услуг в соответствии с целями этих проектов. Целевые иностранные кредиты (заимствования) включают связанные кредиты иностранных государств, иностранных юридических лиц, а также нефинансовые кредиты международных финансовых организаций; связанные кредиты иностранных государств, иностранных юридических лиц - форма привлечения средств на возвратной и возмездной основах для закупок товаров, работ и услуг за счет средств иностранных государств, иностранных юридических лиц в основном в стране кредитора; нефинансовые кредиты международных финансовых организаций - форма привлечения средств на возвратной и возмездной основах для закупок преимущественно на конкурсной основе товаров, работ и услуг в целях осуществления инвестиционных проектов или проектов структурных реформ при участии и за счет средств международных финансовых организаций; государственный или муниципальный долг - обязательства, возникающие из государственных или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настоящим Кодексом, принятые на себя Российской Федерацией, субъектом Российской Федерации или муниципальным образованием; внешний долг - обязательства, возникающие в иностранной валюте, за исключением обязательств субъектов Российской Федерации и муниципальных образований перед Российской Федерацией, возникающих в иностранной валюте в рамках использования целевых иностранных кредитов (заимствований); внутренний долг - обязательства, возникающие в валюте Российской Федерации, а также обязательства субъектов Российской Федерации и муниципальных образований перед Российской Федерацией, возникающие в иностранной валюте в рамках использования целевых иностранных кредитов (заимствований); расходные обязательства - 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бюджетного учреждения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 бюджетные обязательства - расходные обязательства, подлежащие исполнению в соответствующем финансовом году; публичные обязательства - обусловленные законом, иным нормативным правовым актом расходные обязательства публично-правового образования перед физическим или юридическим лицом, иным публично-правовым образованием, подлежащие исполнению в установленном соответствующим законом, иным нормативным правовым актом размере или имеющие установленный указанным законом, актом порядок его определения (расчета, индексации); публичные нормативные обязательства - публичные обязательства перед физическим лицом, подлежащие исполнению в денежной форме в установленном соответствующим законом, иным нормативным правовым актом размере или имеющие установленный порядок его индексации, за исключением выплат физическому лицу, предусмотренных статусом государственных (муниципальных) служащих, а также лиц, замещающих государственные должности Российской Федерации, государственные должности субъектов Российской Федерации, муниципальные должности, работников бюджетных учреждений, военнослужащих, проходящих военную службу по призыву (обладающих статусом военнослужащих, проходящих военную службу по призыву), лиц, обучающихся (воспитанников) в государственных (муниципальных) образовательных учреждениях; 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 межбюджетные отношения - взаимоотношения между публично-правовыми образованиями по вопросам регулирования бюджетных правоотношений, организации и осуществления бюджетного процесса; межбюджетные трансферты - средства, предоставляемые одним бюджетом бюджетной системы Российской Федерации другому бюджету бюджетной системы Российской Федерации; дотации - межбюджетные трансферты, предоставляемые на безвозмездной и безвозвратной основе без установления направлений и (или) условий их использования; бюджетные полномочия - установленные настоящим Кодексом и принятыми в соответствии с ним правовыми актами, регулирующими бюджетные правоотношения, права и обязанности органов государственной власти (органов местного самоуправления) и иных участников бюджетного процесса по регулированию бюджетных правоотношений, организации и осуществлению бюджетного процесса; смета доходов и расходов населенного пункта, другой территории, не являющейся муниципальным образованием, - утвержденный органом местного самоуправления поселения план доходов и расходов распорядителя (главного распорядителя) средств местного бюджета, уполномоченного местной администрацией поселения осуществлять в данном населенном пункте (другой территории), входящем (входящей) в состав территории поселения, отдельные функции местной администрации; кассовое обслуживание исполнения бюджета - проведение и учет операций по кассовым поступлениям в бюджет и кассовым выплатам из бюджета; единый счет бюджета - счет (совокупность счетов для федерального бюджета, бюджетов государственных внебюджетных фондов Российской Федерации), открытый (открытых) Федеральному казначейству в учреждении Центрального банка Российской Федерации отдельно по каждому бюджету бюджетной системы Российской Федерации для учета средств бюджета и осуществления операций по кассовым поступлениям в бюджет и кассовым выплатам из бюджета; государственные (муниципальные) услуги физическим и юридическим лицам - услуги, оказываемые физическим и юридическим лицам в соответствии с государственным (муниципальным) заданием органами государственной власти (органами местного самоуправления), бюджетными учреждениями, иными юридическими лицами безвозмездно или по ценам (тарифам), устанавливаемым в порядке, определенном органами государственной власти (органами местного самоуправления); государственное (муниципальное) задание - документ, устанавливающий требования к составу, качеству и (или) объему, условиям, порядку и результатам оказания государственных (муниципальных) услуг; бюджетные инвестиции - бюджетные средства, направляемые на создание или увеличение за счет средств бюджета стоимости государственного (муниципального) имущества; 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субъектов Российской Федерации (финансовые органы субъектов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муниципальных образований); 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настоящим Кодексом; (В редакции Федерального закона от 01.12.2007 № 318-ФЗ) 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бюджетное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бюджетное учреждение, имеющие право на принятие и (или) исполнение бюджетных обязательств за счет средств соответствующего бюджета, если иное не установлено настоящим Кодексом; (В редакции Федерального закона от 01.12.2007 № 318-ФЗ) бюджетное учреждение - государственное (муниципальное) учреждение, финансовое обеспечение выполнения функций которого, в том числе по оказанию государственных (муниципальных) услуг физическим и юридическим лицам в соответствии с государственным (муниципальным) заданием, осуществляется за счет средств соответствующего бюджета на основе бюджетной сметы; бюджетная смета - документ, устанавливающий в соответствии с классификацией расходов бюджетов лимиты бюджетных обязательств бюджетного учреждения; ведомственная структура расходов бюджета - распределение бюджетных ассигнований, предусмотренных законом (решением) о бюджете на соответствующий финансовый год главным распорядителям бюджетных средств, по разделам, подразделам, целевым статьям и видам расходов бюджетной классификации Российской Федерации; администратор доходов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бюджетное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настоящим Кодексом; (В редакции Федерального закона от 01.12.2007 № 318-ФЗ) главный администратор доходов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настоящим Кодексом; (В редакции Федерального закона от 01.12.2007 № 318-ФЗ) 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настоящим Кодексом осуществлять операции с источниками финансирования дефицита бюджета; главный администратор источников финансирования дефицита бюджета (главный администратор источников финансирования дефицита соответствующего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 государственная или муниципальная гарантия (государственная гарантия Российской Федерации, государственная гарантия субъекта Российской Федерации, муниципальная гарантия) - вид долгового обязательства, в силу которого соответственно Российская Федерация, субъект Российской Федерации, муниципальное образование (гарант) обязаны при наступлении предусмотренного в гарантии события (гарантийного случая) уплатить лицу, в пользу которого предоставлена гарантия (бенефициару), по его письменному требованию определенную в обязательстве денежную сумму за счет средств соответствующего бюджета в соответствии с условиями даваемого гарантом обязательства отвечать за исполнение третьим лицом (принципалом) его обязательств перед бенефициаром; обоснование бюджетных ассигнований - документ, характеризующий бюджетные ассигнования в очередном финансовом году (очередном финансовом году и плановом периоде); лимит бюджетных обязательств - объем прав в денежном выражении на принятие бюджетным учреждением бюджетных обязательств и (или) их исполнение в текущем финансовом году (текущем финансовом году и плановом периоде); текущий финансовый год - год, в котором осуществляется исполнение бюджета, составление и рассмотрение проекта бюджета на очередной финансовый год (очередной финансовый год и плановый период); очередной финансовый год - год, следующий за текущим финансовым годом; плановый период - два финансовых года, следующие за очередным финансовым годом; отчетный финансовый год - год, предшествующий текущему финансовому году; временный кассовый разрыв - прогнозируемая в определенный период текущего финансового года недостаточность на едином счете бюджета денежных средств, необходимых для осуществления кассовых выплат из бюджета.";</w:t>
      </w:r>
    </w:p>
    <w:p>
      <w:r>
        <w:t>в наименовании главы 2 слова "ОРГАНОВ ГОСУДАРСТВЕННОЙ ВЛАСТИ И ОРГАНОВ МЕСТНОГО САМОУПРАВЛЕНИЯ" заменить словами "РОССИЙСКОЙ ФЕДЕРАЦИИ, СУБЪЕКТОВ РОССИЙСКОЙ ФЕДЕРАЦИИ И МУНИЦИПАЛЬНЫХ ОБРАЗОВАНИЙ"</w:t>
      </w:r>
    </w:p>
    <w:p>
      <w:r>
        <w:t>статью 7 изложить в следующей редакции: "Статья 7. Бюджетные полномочия Российской Федерации К бюджетным полномочиям Российской Федерации относятся: установление общих принципов организации и функционирования бюджетной системы Российской Федерации, основ бюджетного процесса и межбюджетных отношений; определение основ составления и рассмотрения проектов бюджетов бюджетной системы Российской Федерации, утверждения и исполнения бюджетов бюджетной системы Российской Федерации, составления, внешней проверки, рассмотрения и утверждения отчетов об их исполнении и осуществления контроля за их исполнением; установление порядка составления и рассмотрения проектов федерального бюджета и бюджетов государственных внебюджетных фондов Российской Федерации, утверждения и исполнения федерального бюджета и бюджетов государственных внебюджетных фондов Российской Федерации, осуществления контроля за их исполнением, составление, внешняя проверка, рассмотрения и утверждения отчетов об исполнении федерального бюджета и бюджетов государственных внебюджетных фондов Российской Федерации, составления отчета об исполнении консолидированного бюджета Российской Федерации; составление и рассмотрение проектов федерального бюджета и бюджетов государственных внебюджетных фондов Российской Федерации, утверждение и исполнение федерального бюджета и бюджетов государственных внебюджетных фондов Российской Федерации, осуществление контроля за их исполнением, составления, внешняя проверка, рассмотрение и утверждение отчетов об исполнении федерального бюджета и бюджетов государственных внебюджетных фондов Российской Федерации, составление отчета об исполнении консолидированного бюджета Российской Федерации; установление порядка составления и представления в федеральные органы исполнительной власти сводов утвержденных бюджетов субъектов Российской Федерации и местных бюджетов, отчетов об исполнении консолидированных бюджетов субъектов Российской Федерации и иной бюджетной отчетности; определение порядка установления расходных обязательств публично-правовых образований; определение порядка установления и исполнения расходных обязательств Российской Федерации, установление и исполнение расходных обязательств Российской Федерации; определение порядка установления и исполнения расходных обязательств субъектов Российской Федерации и муниципальных образований, подлежащих исполнению за счет субвенций из федерального бюджета; определение основ формирования доходов и осуществления расходов бюджетов бюджетной системы Российской Федерации; определение порядка установления нормативов отчислений доходов от федеральных налогов и сборов, в том числе от налогов, предусмотренных специальными налоговыми режимами, региональных и местных налогов в бюджеты бюджетной системы Российской Федерации; установление нормативов отчислений от федеральных налогов и сборов, в том числе от налогов, предусмотренных специальными налоговыми режимами, в бюджеты бюджетной системы Российской Федерации; определение общих принципов предоставления и форм межбюджетных трансфертов; определение основ кассового обслуживания исполнения бюджетов бюджетной системы Российской Федерации; осуществление кассового обслуживания исполнения бюджетов бюджетной системы Российской Федерации; установление порядка и условий предоставления межбюджетных трансфертов из федерального бюджета; предоставление межбюджетных трансфертов из федерального бюджета; определение общего порядка и принципов осуществления заимствований и предоставления гарантий Российской Федерации, субъектов Российской Федерации и муниципальных образований, погашения и обслуживания государственного (муниципального) долга; осуществление государственных заимствований Российской Федерации, предоставление государственных гарантий Российской Федерации, предоставление бюджетных кредитов, управление государственным долгом Российской Федерации и управление государственными активами Российской Федерации; установление основ бюджетной классификации Российской Федерации и общего порядка ее применения; установление, детализация и определение порядка применения бюджетной классификации Российской Федерации в части, относящейся к федеральному бюджету и государственным внебюджетным фондам Российской Федерации; установление единого порядка ведения бюджетного учета и представления отчетности для бюджетов бюджетной системы Российской Федерации и бюджетных учреждений, включая отчеты о кассовом исполнении бюджетов; установление унифицированных форм бюджетной документации и отчетности для бюджетов бюджетной системы Российской Федерации и бюджетных учреждений, установление оснований и порядка временного осуществления органами государственной власти Российской Федерации (органами государственной власти субъектов Российской Федерации) отдельных бюджетных полномочий органов государственной власти субъектов Российской Федерации (органов местного самоуправления); временное осуществление отдельных бюджетных полномочий органов государственной власти субъектов Российской Федерации; установление оснований, видов ответственности и порядка привлечения к ответственности за нарушение бюджетного законодательства Российской Федерации; установление порядка исполнения судебных актов по обращению взыскания на средства бюджетов бюджетной системы Российской Федерации; иные бюджетные полномочия, отнесенные настоящим Кодексом к бюджетным полномочиям Российской Федерации."</w:t>
      </w:r>
    </w:p>
    <w:p>
      <w:r>
        <w:t>в статье 8: а) в наименовании слова "органов государственной власти" исключить; б) в части первой: абзац первый изложить в следующей редакции: "К бюджетным полномочиям субъектов Российской Федерации относятся:"; в абзаце седьмом слова "в местные бюджеты от федеральных и (или) региональных налогов и сборов, налогов, предусмотренных специальными налоговыми режимами" заменить словами "доходов в местные бюджеты от федеральных налогов и сборов, в том числе от налогов, предусмотренных специальными налоговыми режимами, и (или) региональных налогов"; в абзаце одиннадцатом слова "субъекта Российской Федерации, управление государственным долгом субъекта Российской Федерации" заменить словами "и предоставление государственных гарантий субъекта Российской Федерации, предоставление бюджетных кредитов, управление государственным долгом и государственными активами субъекта Российской Федерации"; абзац двенадцатый изложить в следующей редакции: "установление, детализация и определение порядка применения бюджетной классификации Российской Федерации в части, относящейся к бюджету субъекта Российской Федерации и бюджетам территориальных государственных внебюджетных фондов;"; в абзаце пятнадцатом слова "и иными федеральными законами" исключить; в) часть вторую изложить в следующей редакции: "К бюджетным полномочиям субъектов Российской Федерации - городов федерального значения Москвы и Санкт-Петербурга помимо вышеперечисленных бюджетных полномочий относятся: определение законами указанных субъектов Российской Федерации источников доходов бюджетов внутригородских муниципальных образований городов федерального значения Москвы и Санкт-Петербурга. Установленные настоящим Кодексом источники доходов местных бюджетов, не отнесенные законами субъектов Российской Федерации - городов федерального значения Москвы и Санкт-Петербурга к источникам доходов бюджетов внутригородских муниципальных образований, зачисляются в бюджеты субъектов Российской Федерации - городов федерального значения Москвы и Санкт-Петербурга; установление нормативов отчислений доходов в бюджеты внутригородских муниципальных образований городов федерального значения Москвы и Санкт-Петербурга от федеральных налогов и сборов, в том числе от налогов, предусмотренных специальными налоговыми режимами, региональных и (или) местных налогов, подлежащих зачислению в бюджеты субъектов Российской Федерации - городов федерального значения Москвы и Санкт-Петербурга в соответствии с настоящим Кодексом и законодательством о налогах и сборах; определение объема и порядка предоставления межбюджетных трансфертов бюджетам внутригородских муниципальных образований, в том числе определение порядка образования в составе бюджетов субъектов Российской Федерации - городов федерального значения Москвы и Санкт-Петербурга региональных фондов финансовой поддержки муниципальных образований и порядка распределения средств указанных фондов; определение перечня и порядка исполнения расходных обязательств внутригородских муниципальных образований городов федерального значения Москвы и Санкт-Петербурга, вытекающих из полномочий по вопросам местного значения, определенных законами субъектов Российской Федерации - городов федерального значения Москвы и Санкт-Петербурга; определение порядка ведения реестра расходных обязательств внутригородских муниципальных образований городов федерального значения Москвы и Санкт-Петербурга."</w:t>
      </w:r>
    </w:p>
    <w:p>
      <w:r>
        <w:t>в статье 9: а) в наименовании слова "органов местного самоуправления" заменить словами "муниципальных образований"; б) в пункте 1: абзац первый изложить в следующей редакции: "1. К бюджетным полномочиям муниципальных образований относятся:"; абзац шестой после слова "заимствований," дополнить словами "предоставление муниципальных гарантий, предоставление бюджетных кредитов,", дополнить словами "и управление муниципальными активами"; (В редакции Федерального закона от 02.11.2007 № 247-ФЗ) абзац седьмой изложить в следующей редакции: "установление, детализация и определение порядка применения бюджетной классификации Российской Федерации в части, относящейся к местному бюджету;"; в абзаце восьмом слово "нормативных" заменить словом "муниципальных", слова "органов местного самоуправления" исключить; в абзаце девятом слова "и иными федеральными законами" исключить; в) в пункте 2: абзац первый изложить в следующей редакции: "2. К бюджетным полномочиям муниципальных районов помимо полномочий, перечисленных в пункте 1 настоящей статьи, относятся:"; абзац второй после слов "нормативов отчислений" дополнить словом "доходов", слова "федеральных, региональных и местных налогов и сборов, налогов, предусмотренных специальными налоговыми режимами" заменить словами "федеральных налогов и сборов, в том числе от налогов, предусмотренных специальными налоговыми режимами, региональных и местных налогов"; г) в пункте 3 слова "и иными федеральными законами" исключить; д) (Пункт утратил силу - Федеральный закон от 03.12.2012 № 244-ФЗ) 8) статьи 10 - 15 изложить в следующей редакции: "Статья 10. Структура бюджетной системы Российской Федерации К бюджетам бюджетной системы Российской Федерации относятся: федеральный бюджет и бюджеты государственных внебюджетных фондов Российской Федерации; бюджеты субъектов Российской Федерации и бюджеты территориальных государственных внебюджетных фондов; местные бюджеты, в том числе: бюджеты муниципальных районов, бюджеты городских округов, бюджеты внутригородских муниципальных образований городов федерального значения Москвы и Санкт-Петербурга; бюджеты городских и сельских поселений</w:t>
      </w:r>
    </w:p>
    <w:p>
      <w:r>
        <w:rPr>
          <w:b/>
        </w:rPr>
        <w:t>Статья 11. Правовая форма бюджетов</w:t>
      </w:r>
    </w:p>
    <w:p>
      <w:r>
        <w:t>Федеральный бюджет и бюджеты государственных внебюджетных фондов Российской Федерации разрабатываются и утверждаются в форме федеральных законов, бюджеты субъектов Российской Федерации и бюджеты территориальных государственных внебюджетных фондов разрабатываются и утверждаются в форме законов субъектов Российской Федерации, местные бюджеты разрабатываются и утверждаются в форме муниципальных правовых актов представительных органов муниципальных образований.</w:t>
      </w:r>
    </w:p>
    <w:p>
      <w:r>
        <w:rPr>
          <w:b/>
        </w:rPr>
        <w:t>Статья 12. Финансовый год</w:t>
      </w:r>
    </w:p>
    <w:p>
      <w:r>
        <w:t>Финансовый год соответствует календарному году и длится с 1 января по 31 декабря.</w:t>
      </w:r>
    </w:p>
    <w:p>
      <w:r>
        <w:rPr>
          <w:b/>
        </w:rPr>
        <w:t>Статья 13. Федеральный бюджет и бюджеты государственных внебюджетных фондов Российской Федерации</w:t>
      </w:r>
    </w:p>
    <w:p>
      <w:r>
        <w:t>Федеральный бюджет и бюджеты государственных внебюджетных фондов Российской Федерации предназначены для исполнения расходных обязательств Российской Федерации. Использование федеральными органами государственной власти иных форм образования и расходования денежных средств, предназначенных для исполнения расходных обязательств Российской Федерации, не допускается. Федеральный бюджет и свод консолидированных бюджетов субъектов Российской Федерации (без учета межбюджетных трансфертов между этими бюджетами) образуют консолидированный бюджет Российской Федерации.</w:t>
      </w:r>
    </w:p>
    <w:p>
      <w:r>
        <w:rPr>
          <w:b/>
        </w:rPr>
        <w:t>Статья 14. Бюджет субъекта Российской Федерации и бюджет территориального государственного внебюджетного фонда</w:t>
      </w:r>
    </w:p>
    <w:p>
      <w:r>
        <w:t>Каждый субъект Российской Федерации имеет собственный бюджет и бюджет территориального государственного внебюджетного фонда. Бюджет субъекта Российской Федерации (региональный бюджет) и бюджет территориального государственного внебюджетного фонда предназначены для исполнения расходных обязательств субъекта Российской Федерации. Использование органами государственной власти субъектов Российской Федерации иных форм образования и расходования денежных средств для исполнения расходных обязательств субъектов Российской Федерации не допускается. В бюджетах субъектов Российской Федерации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субъектов Российской Федерации, возникающих в связи с осуществлением органами государственной власти субъектов Российской Федерации полномочий по предметам ведения субъектов Российской Федерации и полномочий по предметам совместного ведения, указанных в пунктах 2 и 5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(далее -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расходных обязательств субъектов Российской Федерации, осуществляемых за счет субвенций из федерального бюджета. Бюджет субъекта Российской Федерации и свод бюджетов муниципальных образований, входящих в состав субъекта Российской Федерации (без учета межбюджетных трансфертов между этими бюджетами), образуют консолидированный бюджет субъекта Российской Федерации.</w:t>
      </w:r>
    </w:p>
    <w:p>
      <w:r>
        <w:rPr>
          <w:b/>
        </w:rPr>
        <w:t>Статья 15. Местный бюджет</w:t>
      </w:r>
    </w:p>
    <w:p>
      <w:r>
        <w:t>Каждое муниципальное образование имеет собственный бюджет. Бюджет муниципального образования (местный бюджет) предназначен для исполнения расходных обязательств муниципального образования. Использование органами местного самоуправления иных форм образования и расходования денежных средств для исполнения расходных обязательств муниципальных образований не допускается. В местных бюджетах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муниципальных образований, возникающих в связи с осуществлением органами местного самоуправления полномочий по вопросам местного значения, и расходных обязательств муниципальных образований, исполняемых за счет субвенций из других бюджетов бюджетной системы Российской Федерации для осуществления отдельных государственных полномочий. Бюджет муниципального района (районный бюджет) и свод бюджетов городских и сельских поселений, входящих в состав муниципального района (без учета межбюджетных трансфертов между этими бюджетами), образуют консолидированный бюджет муниципального района. В качестве составной части бюджетов городских и сельских поселений могут быть предусмотрены сметы доходов и расходов отдельных населенных пунктов, других территорий, не являющихся муниципальными образованиями."; 9) статьи 16 и 17 признать утратившими силу; 10) статьи 18 - 21 изложить в следующей редакции: "Статья 18. Бюджетная классификация Российской Федерации 1. Бюджетная классификация Российской Федерации является группировкой доходов, расходов и источников финансирования дефицитов бюджетов бюджетной системы Российской Федерации, используемой для составления и исполнения бюджетов, составления бюджетной отчетности, обеспечивающей сопоставимость показателей бюджетов бюджетной системы Российской Федерации.</w:t>
      </w:r>
    </w:p>
    <w:p>
      <w:r>
        <w:rPr>
          <w:b/>
        </w:rPr>
        <w:t xml:space="preserve">2. </w:t>
      </w:r>
      <w:r>
        <w:t>Определение принципов назначения, структуры кодов бюджетной классификации Российской Федерации, а также присвоение кодов составным частям бюджетной классификации Российской Федерации, которые в соответствии с настоящим Кодексом являются едиными для бюджетов бюджетной системы Российской Федерации, осуществляются Министерством финансов Российской Федерации</w:t>
      </w:r>
    </w:p>
    <w:p>
      <w:r>
        <w:rPr>
          <w:b/>
        </w:rPr>
        <w:t>Статья 19. Состав бюджетной классификации Российской Федерации</w:t>
      </w:r>
    </w:p>
    <w:p>
      <w:r>
        <w:t>Бюджетная классификация Российской Федерации включает: классификацию доходов бюджетов; классификацию расходов бюджетов; классификацию источников финансирования дефицитов бюджетов; классификацию операций публично-правовых образований (далее - классификация операций сектора государственного управления).</w:t>
      </w:r>
    </w:p>
    <w:p>
      <w:r>
        <w:rPr>
          <w:b/>
        </w:rPr>
        <w:t>Статья 20. Классификация доходов бюджетов</w:t>
      </w:r>
    </w:p>
    <w:p>
      <w:r>
        <w:rPr>
          <w:b/>
        </w:rPr>
        <w:t xml:space="preserve">1. </w:t>
      </w:r>
      <w:r>
        <w:t>Код классификации доходов бюджетов Российской Федерации состоит из</w:t>
      </w:r>
    </w:p>
    <w:p>
      <w:r>
        <w:rPr>
          <w:b/>
        </w:rPr>
        <w:t xml:space="preserve">2. </w:t>
      </w:r>
      <w:r>
        <w:t>Перечень и коды главных администраторов доходов бюджета, закрепляемые за ними виды (подвиды) доходов бюджета утверждаются законом (решением) о соответствующем бюджете</w:t>
      </w:r>
    </w:p>
    <w:p>
      <w:r>
        <w:rPr>
          <w:b/>
        </w:rPr>
        <w:t xml:space="preserve">3. </w:t>
      </w:r>
      <w:r>
        <w:t>Код вида доходов включает группу, подгруппу, статью, подстатью и элемент дохода</w:t>
      </w:r>
    </w:p>
    <w:p>
      <w:r>
        <w:rPr>
          <w:b/>
        </w:rPr>
        <w:t xml:space="preserve">4. </w:t>
      </w:r>
      <w:r>
        <w:t>Едиными для бюджетов бюджетной системы Российской Федерации группами и подгруппами доходов бюджетов являются</w:t>
      </w:r>
    </w:p>
    <w:p>
      <w:r>
        <w:rPr>
          <w:b/>
        </w:rPr>
        <w:t xml:space="preserve">5. </w:t>
      </w:r>
      <w:r>
        <w:t>Доходы, указанные в абзацах втором, третьем (в части единого социального налога, соответствующих пеней и штрафов), четвертом - десятом подпункта 1 пункта 4 настоящей статьи, являются налоговыми доходами бюджетов. Доходы, указанные в абзацах третьем (за исключением единого социального налога, соответствующих пеней и штрафов), одиннадцатом - двадцатом подпункта 1 пункта 4 настоящей статьи, являются неналоговыми доходами бюджетов</w:t>
      </w:r>
    </w:p>
    <w:p>
      <w:r>
        <w:rPr>
          <w:b/>
        </w:rPr>
        <w:t xml:space="preserve">6. </w:t>
      </w:r>
      <w:r>
        <w:t>Единый для бюджетов бюджетной системы Российской Федерации перечень статей и подстатей доходов бюджетов утверждается Министерством финансов Российской Федерации</w:t>
      </w:r>
    </w:p>
    <w:p>
      <w:r>
        <w:rPr>
          <w:b/>
        </w:rPr>
        <w:t xml:space="preserve">7. </w:t>
      </w:r>
      <w:r>
        <w:t>Код элемента доходов устанавливается в зависимости от полномочия по установлению и нормативному правовому регулированию налогов, сборов и иных обязательных платежей, других доходов бюджетов бюджетной системы Российской Федерации, а также в зависимости от наличия прав требования к плательщикам по неналоговым доходам и безвозмездным поступлениям и соответствует бюджету бюджетной системы Российской Федерации</w:t>
      </w:r>
    </w:p>
    <w:p>
      <w:r>
        <w:rPr>
          <w:b/>
        </w:rPr>
        <w:t xml:space="preserve">8. </w:t>
      </w:r>
      <w:r>
        <w:t>Едиными для бюджетов бюджетной системы Российской Федерации элементами доходов являются</w:t>
      </w:r>
    </w:p>
    <w:p>
      <w:r>
        <w:rPr>
          <w:b/>
        </w:rPr>
        <w:t xml:space="preserve">9. </w:t>
      </w:r>
      <w:r>
        <w:t>Для детализации поступлений по кодам классификации доходов применяется код подвида доходов. Министерство финансов Российской Федерации утверждает перечень кодов подвидов по видам доходов, главными администраторами которых являются органы государственной власти Российской Федерации, Центральный банк Российской Федерации, органы управления государственными внебюджетными фондами Российской Федерации и (или) находящиеся в их ведении бюджетные учреждения. Финансовый орган субъекта Российской Федерации утверждает перечень кодов подвидов по видам доходов,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бюджетные учреждения. Финансовый орган муниципального образования утверждает перечень кодов подвидов по видам доходов, главными администраторами которых являются органы местного самоуправления и (или) находящиеся в их ведении бюджетные учреждения</w:t>
      </w:r>
    </w:p>
    <w:p>
      <w:r>
        <w:rPr>
          <w:b/>
        </w:rPr>
        <w:t xml:space="preserve">1. </w:t>
      </w:r>
      <w:r>
        <w:t>кода главного администратора доходов бюджета</w:t>
      </w:r>
    </w:p>
    <w:p>
      <w:r>
        <w:rPr>
          <w:b/>
        </w:rPr>
        <w:t xml:space="preserve">1. </w:t>
      </w:r>
      <w:r>
        <w:t>кода вида доходов</w:t>
      </w:r>
    </w:p>
    <w:p>
      <w:r>
        <w:rPr>
          <w:b/>
        </w:rPr>
        <w:t xml:space="preserve">1. </w:t>
      </w:r>
      <w:r>
        <w:t>кода подвида доходов; абзац. (Утратил силу - Федеральный закон от 22.10.2014 № 311-ФЗ)</w:t>
      </w:r>
    </w:p>
    <w:p>
      <w:r>
        <w:rPr>
          <w:b/>
        </w:rPr>
        <w:t xml:space="preserve">4. </w:t>
      </w:r>
      <w:r>
        <w:t>налоговые и неналоговые доходы: налоги на прибыль, доходы; абзац; (Утратил силу - Федеральный закон от 24.07.2009 № 213-ФЗ) налоги на товары (работы, услуги), реализуемые на территории Российской Федерации; налоги на товары, ввозимые на территорию Российской Федерации; налоги на совокупный доход; налоги на имущество; налоги, сборы и регулярные платежи за пользование природными ресурсами; государственная пошлина; задолженность и перерасчеты по отмененным налогам, сборам и иным обязательным платежам; доходы от внешнеэкономической деятельности; доходы от использования имущества, находящегося в государственной и муниципальной собственности; платежи при пользовании природными ресурсами; доходы от оказания платных услуг и компенсации затрат государства; доходы от продажи материальных и нематериальных активов; административные платежи и сборы; штрафы, санкции, возмещение ущерба; абзац; (Утратил силу - Федеральный закон от 08.05.2010 № 83-ФЗ) абзац; (Утратил силу - Федеральный закон от 08.05.2010 № 83-ФЗ) прочие неналоговые доходы</w:t>
      </w:r>
    </w:p>
    <w:p>
      <w:r>
        <w:rPr>
          <w:b/>
        </w:rPr>
        <w:t xml:space="preserve">4. </w:t>
      </w:r>
      <w:r>
        <w:t>безвозмездные поступления: безвозмездные поступления от нерезидентов; безвозмездные поступления от других бюджетов бюджетной системы Российской Федерации; безвозмездные поступления от государственных (муниципальных) организаций; безвозмездные поступления от негосударственных организаций; безвозмездные поступления от наднациональных организаций; прочие безвозмездные поступления</w:t>
      </w:r>
    </w:p>
    <w:p>
      <w:r>
        <w:rPr>
          <w:b/>
        </w:rPr>
        <w:t xml:space="preserve">8. </w:t>
      </w:r>
      <w:r>
        <w:t>федеральный бюджет</w:t>
      </w:r>
    </w:p>
    <w:p>
      <w:r>
        <w:rPr>
          <w:b/>
        </w:rPr>
        <w:t xml:space="preserve">8. </w:t>
      </w:r>
      <w:r>
        <w:t>бюджеты субъектов Российской Федерации</w:t>
      </w:r>
    </w:p>
    <w:p>
      <w:r>
        <w:rPr>
          <w:b/>
        </w:rPr>
        <w:t xml:space="preserve">8. </w:t>
      </w:r>
      <w:r>
        <w:t>бюджеты муниципальных районов</w:t>
      </w:r>
    </w:p>
    <w:p>
      <w:r>
        <w:rPr>
          <w:b/>
        </w:rPr>
        <w:t xml:space="preserve">8. </w:t>
      </w:r>
      <w:r>
        <w:t>бюджеты городских округов</w:t>
      </w:r>
    </w:p>
    <w:p>
      <w:r>
        <w:rPr>
          <w:b/>
        </w:rPr>
        <w:t xml:space="preserve">8. </w:t>
      </w:r>
      <w:r>
        <w:t>бюджеты внутригородских муниципальных образований городов федерального значения Москвы и Санкт-Петербурга</w:t>
      </w:r>
    </w:p>
    <w:p>
      <w:r>
        <w:rPr>
          <w:b/>
        </w:rPr>
        <w:t xml:space="preserve">8. </w:t>
      </w:r>
      <w:r>
        <w:t>бюджеты городских и сельских поселений</w:t>
      </w:r>
    </w:p>
    <w:p>
      <w:r>
        <w:rPr>
          <w:b/>
        </w:rPr>
        <w:t xml:space="preserve">8. </w:t>
      </w:r>
      <w:r>
        <w:t>бюджет Пенсионного фонда Российской Федерации</w:t>
      </w:r>
    </w:p>
    <w:p>
      <w:r>
        <w:rPr>
          <w:b/>
        </w:rPr>
        <w:t xml:space="preserve">8. </w:t>
      </w:r>
      <w:r>
        <w:t>бюджет Фонда социального страхования Российской Федерации</w:t>
      </w:r>
    </w:p>
    <w:p>
      <w:r>
        <w:rPr>
          <w:b/>
        </w:rPr>
        <w:t xml:space="preserve">8. </w:t>
      </w:r>
      <w:r>
        <w:t>бюджет Федерального фонда обязательного медицинского страхования</w:t>
      </w:r>
    </w:p>
    <w:p>
      <w:r>
        <w:rPr>
          <w:b/>
        </w:rPr>
        <w:t xml:space="preserve">8. </w:t>
      </w:r>
      <w:r>
        <w:t>бюджеты территориальных фондов обязательного медицинского страхования</w:t>
      </w:r>
    </w:p>
    <w:p>
      <w:r>
        <w:rPr>
          <w:b/>
        </w:rPr>
        <w:t>Статья 21. Классификация расходов бюджетов</w:t>
      </w:r>
    </w:p>
    <w:p>
      <w:r>
        <w:rPr>
          <w:b/>
        </w:rPr>
        <w:t xml:space="preserve">1. </w:t>
      </w:r>
      <w:r>
        <w:t>Код классификации расходов бюджетов состоит из</w:t>
      </w:r>
    </w:p>
    <w:p>
      <w:r>
        <w:rPr>
          <w:b/>
        </w:rPr>
        <w:t xml:space="preserve">2. </w:t>
      </w:r>
      <w:r>
        <w:t>Перечень главных распорядителей средств федерального бюджета, бюджета субъекта Российской Федерации, бюджетов государственных внебюджетных фондов, местного бюджета устанавливается законом (решением) о соответствующем бюджете в составе ведомственной структуры расходов</w:t>
      </w:r>
    </w:p>
    <w:p>
      <w:r>
        <w:rPr>
          <w:b/>
        </w:rPr>
        <w:t xml:space="preserve">3. </w:t>
      </w:r>
      <w:r>
        <w:t>Едиными для бюджетов бюджетной системы Российской Федерации разделами и подразделами классификации расходов бюджетов являются</w:t>
      </w:r>
    </w:p>
    <w:p>
      <w:r>
        <w:rPr>
          <w:b/>
        </w:rPr>
        <w:t xml:space="preserve">4. </w:t>
      </w:r>
      <w:r>
        <w:t>Перечень и коды целевых статей и видов расходов бюджета утверждаются в составе ведомственной структуры расходов законом (решением) о бюджете либо в установленных настоящим Кодексом случаях сводной бюджетной росписью соответствующего бюджета. Целевые статьи и виды расходов бюджетов формируются в соответствии с расходными обязательствами, подлежащими исполнению за счет средств соответствующих бюджетов. Каждому публичному нормативному обязательству, долгосрочной целевой программе (подпрограмме), обособленной функции (сфере, направлению) деятельности органов государственной власти (органов местного самоуправления), проекту для осуществления бюджетных инвестиций, подпадающему под установленные в соответствии с настоящим Кодексом критерии, присваиваются уникальные коды целевых статей и (или) видов расходов соответствующего бюджета. Порядок формирования перечня и кодов целевых статей и видов расходов бюджетов в части, относящейся к публичным нормативным обязательствам, а также обеспечению деятельности (выполнению полномочий) органов государственной власти (государственных органов) и органов местного самоуправления устанавливается Министерством финансов Российской Федерации. Перечень и коды целевых статей и (или) видов расходов бюджетов, финансовое обеспечение которых осуществляется за счет субвенций или межбюджетных субсидий, определяются в порядке, установленном финансовым органом, осуществляющим составление и организацию исполнения бюджета, из которого предоставляются указанные субвенции и межбюджетные субсидии. Перечень и коды целевых статей и (или) видов расходов федерального бюджета в части, касающейся финансового обеспечения деятельности федеральных органов исполнительной власти, в которых законодательством Российской Федерации предусмотрено прохождение военной и правоохранительной службы, должны обеспечивать сопоставимость и соблюдение единых принципов отражения соответствующих расходов.";</w:t>
      </w:r>
    </w:p>
    <w:p>
      <w:r>
        <w:rPr>
          <w:b/>
        </w:rPr>
        <w:t xml:space="preserve">2. </w:t>
      </w:r>
      <w:r>
        <w:t>Перечень главных администраторов источников финансирования дефицитов бюджетов утверждается законом (решением) о соответствующем бюджете</w:t>
      </w:r>
    </w:p>
    <w:p>
      <w:r>
        <w:rPr>
          <w:b/>
        </w:rPr>
        <w:t xml:space="preserve">3. </w:t>
      </w:r>
      <w:r>
        <w:t>Едиными для бюджетов бюджетной системы Российской Федерации группами и подгруппами источников финансирования дефицитов бюджетов являются</w:t>
      </w:r>
    </w:p>
    <w:p>
      <w:r>
        <w:rPr>
          <w:b/>
        </w:rPr>
        <w:t xml:space="preserve">4. </w:t>
      </w:r>
      <w:r>
        <w:t>Перечень статей и видов источников финансирования дефицитов бюджетов утверждается законом (решением) о соответствующем бюджете при утверждении источников финансирования дефицита бюджета.";</w:t>
      </w:r>
    </w:p>
    <w:p>
      <w:r>
        <w:rPr>
          <w:b/>
        </w:rPr>
        <w:t xml:space="preserve">2. </w:t>
      </w:r>
      <w:r>
        <w:t>Едиными для бюджетов бюджетной системы Российской Федерации группами и статьями операций сектора государственного управления являются</w:t>
      </w:r>
    </w:p>
    <w:p>
      <w:r>
        <w:rPr>
          <w:b/>
        </w:rPr>
        <w:t xml:space="preserve">3. </w:t>
      </w:r>
      <w:r>
        <w:t>Единый для бюджетов бюджетной системы Российской Федерации перечень подстатей операций сектора государственного управления устанавливается Министерством финансов Российской Федерации</w:t>
      </w:r>
    </w:p>
    <w:p>
      <w:r>
        <w:rPr>
          <w:b/>
        </w:rPr>
        <w:t xml:space="preserve">4. </w:t>
      </w:r>
      <w:r>
        <w:t>Порядок применения классификации операций сектора государственного управления устанавливается Министерством финансов Российской Федерации.";</w:t>
      </w:r>
    </w:p>
    <w:p>
      <w:r>
        <w:rPr>
          <w:b/>
        </w:rPr>
        <w:t xml:space="preserve">1. </w:t>
      </w:r>
      <w:r>
        <w:t>кода главного распорядителя бюджетных средств</w:t>
      </w:r>
    </w:p>
    <w:p>
      <w:r>
        <w:rPr>
          <w:b/>
        </w:rPr>
        <w:t xml:space="preserve">1. </w:t>
      </w:r>
      <w:r>
        <w:t>кода раздела, подраздела, целевой статьи и вида расходов; абзац. (Утратил силу - Федеральный закон от 22.10.2014 № 311-ФЗ)</w:t>
      </w:r>
    </w:p>
    <w:p>
      <w:r>
        <w:rPr>
          <w:b/>
        </w:rPr>
        <w:t xml:space="preserve">3. </w:t>
      </w:r>
      <w:r>
        <w:t>общегосударственные вопросы: функционирование Президента Российской Федерации; функционирование высшего должностного лица субъекта Российской Федерации и муниципального образования; функционирование законодательных (представительных) органов государственной власти и представительных органов муниципальных образований;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судебная система; обеспечение деятельности финансовых, налоговых и таможенных органов и органов финансового (финансово-бюджетного) надзора; обеспечение проведения выборов и референдумов; международные отношения и международное сотрудничество; государственный материальный резерв; фундаментальные исследования; абзац; (Утратил силу - Федеральный закон от 30.09.2010 № 245-ФЗ) резервные фонды; прикладные научные исследования в области общегосударственных вопросов; другие общегосударственные вопросы</w:t>
      </w:r>
    </w:p>
    <w:p>
      <w:r>
        <w:rPr>
          <w:b/>
        </w:rPr>
        <w:t xml:space="preserve">3. </w:t>
      </w:r>
      <w:r>
        <w:t>национальная оборона: Вооруженные Силы Российской Федерации; модернизация Вооруженных Сил Российской Федерации и воинских формирований; мобилизационная и вневойсковая подготовка; мобилизационная подготовка экономики; подготовка и участие в обеспечении коллективной безопасности и миротворческой деятельности; ядерно-оружейный комплекс; реализация международных обязательств в сфере военно-технического сотрудничества; прикладные научные исследования в области национальной обороны; другие вопросы в области национальной обороны</w:t>
      </w:r>
    </w:p>
    <w:p>
      <w:r>
        <w:rPr>
          <w:b/>
        </w:rPr>
        <w:t xml:space="preserve">3. </w:t>
      </w:r>
      <w:r>
        <w:t>национальная безопасность и правоохранительная деятельность: органы прокуратуры; органы внутренних дел; внутренние войска; органы юстиции; система исполнения наказаний; органы безопасности; органы пограничной службы; органы по контролю за оборотом наркотических средств и психотропных веществ; защита населения и территории от чрезвычайных ситуаций природного и техногенного характера, гражданская оборона; обеспечение пожарной безопасности; миграционная политика; модернизация внутренних войск, войск гражданской обороны, а также правоохранительных и иных органов; прикладные научные исследования в области национальной безопасности и правоохранительной деятельности; другие вопросы в области национальной безопасности и правоохранительной деятельности</w:t>
      </w:r>
    </w:p>
    <w:p>
      <w:r>
        <w:rPr>
          <w:b/>
        </w:rPr>
        <w:t xml:space="preserve">3. </w:t>
      </w:r>
      <w:r>
        <w:t>национальная экономика: общеэкономические вопросы; топливно-энергетический комплекс; исследование и использование космического пространства; воспроизводство минерально-сырьевой базы; сельское хозяйство и рыболовство; водные ресурсы; лесное хозяйство; транспорт; дорожное хозяйство; связь и информатика; прикладные научные исследования в области национальной экономики; другие вопросы в области национальной экономики</w:t>
      </w:r>
    </w:p>
    <w:p>
      <w:r>
        <w:rPr>
          <w:b/>
        </w:rPr>
        <w:t xml:space="preserve">3. </w:t>
      </w:r>
      <w:r>
        <w:t>жилищно-коммунальное хозяйство: жилищное хозяйство; коммунальное хозяйство; благоустройство; прикладные научные исследования в области жилищно-коммунального хозяйства; другие вопросы в области жилищно-коммунального хозяйства</w:t>
      </w:r>
    </w:p>
    <w:p>
      <w:r>
        <w:rPr>
          <w:b/>
        </w:rPr>
        <w:t xml:space="preserve">3. </w:t>
      </w:r>
      <w:r>
        <w:t>охрана окружающей среды: экологический контроль; сбор, удаление отходов и очистка сточных вод; охрана объектов растительного и животного мира и среды их обитания; прикладные научные исследования в области охраны окружающей среды; другие вопросы в области охраны окружающей среды</w:t>
      </w:r>
    </w:p>
    <w:p>
      <w:r>
        <w:rPr>
          <w:b/>
        </w:rPr>
        <w:t xml:space="preserve">3. </w:t>
      </w:r>
      <w:r>
        <w:t>образование: дошкольное образование; общее образование; начальное профессиональное образование; среднее профессиональное образование; профессиональная подготовка, переподготовка и повышение квалификации; высшее и послевузовское профессиональное образование; молодежная политика и оздоровление детей; прикладные научные исследования в области образования; другие вопросы в области образования</w:t>
      </w:r>
    </w:p>
    <w:p>
      <w:r>
        <w:rPr>
          <w:b/>
        </w:rPr>
        <w:t xml:space="preserve">3. </w:t>
      </w:r>
      <w:r>
        <w:t>культура, кинематография, средства массовой информации: культура; кинематография; абзац; (Утратил силу - Федеральный закон от 30.09.2010 № 245-ФЗ) абзац; (Утратил силу - Федеральный закон от 30.09.2010 № 245-ФЗ) прикладные научные исследования в области культуры, кинематографии, средств массовой информации; другие вопросы в области культуры, кинематографии, средств массовой информации</w:t>
      </w:r>
    </w:p>
    <w:p>
      <w:r>
        <w:rPr>
          <w:b/>
        </w:rPr>
        <w:t xml:space="preserve">3. </w:t>
      </w:r>
      <w:r>
        <w:t>здравоохранение, физическая культура и спорт: стационарная медицинская помощь; амбулаторная помощь; медицинская помощь в дневных стационарах всех типов; скорая медицинская помощь; санаторно-оздоровительная помощь; заготовка, переработка, хранение и обеспечение безопасности донорской крови и ее компонентов; санитарно-эпидемиологическое благополучие; абзац; (Утратил силу - Федеральный закон от 30.09.2010 № 245-ФЗ) прикладные научные исследования в области здравоохранения, физической культуры и спорта; другие вопросы в области здравоохранения, физической культуры и спорта</w:t>
      </w:r>
    </w:p>
    <w:p>
      <w:r>
        <w:rPr>
          <w:b/>
        </w:rPr>
        <w:t xml:space="preserve">3. </w:t>
      </w:r>
      <w:r>
        <w:t>социальная политика: пенсионное обеспечение; социальное обслуживание населения; социальное обеспечение населения; охрана семьи и детства; прикладные научные исследования в области социальной политики; другие вопросы в области социальной политики</w:t>
      </w:r>
    </w:p>
    <w:p>
      <w:r>
        <w:rPr>
          <w:b/>
        </w:rPr>
        <w:t xml:space="preserve">3. </w:t>
      </w:r>
      <w:r>
        <w:t>межбюджетные трансферты: дотации бюджетам субъектов Российской Федерации и муниципальных образований; субсидии бюджетам субъектов Российской Федерации и муниципальных образований (межбюджетные субсидии); субвенции бюджетам субъектов Российской Федерации и муниципальных образований; иные межбюджетные трансферты; межбюджетные трансферты бюджетам государственных внебюджетных фондов</w:t>
      </w:r>
    </w:p>
    <w:p>
      <w:r>
        <w:rPr>
          <w:b/>
        </w:rPr>
        <w:t xml:space="preserve">4. </w:t>
      </w:r>
      <w:r>
        <w:t>статью 22 признать утратившей силу</w:t>
      </w:r>
    </w:p>
    <w:p>
      <w:r>
        <w:rPr>
          <w:b/>
        </w:rPr>
        <w:t xml:space="preserve">4. </w:t>
      </w:r>
      <w:r>
        <w:t>статью 23 изложить в следующей редакции: "Статья 23. Классификация источников финансирования дефицитов бюджетов 1. Код классификации источников финансирования дефицитов бюджетов состоит из:</w:t>
      </w:r>
    </w:p>
    <w:p>
      <w:r>
        <w:rPr>
          <w:b/>
        </w:rPr>
        <w:t xml:space="preserve">4. </w:t>
      </w:r>
      <w:r>
        <w:t>кода главного администратора источников финансирования дефицитов бюджетов</w:t>
      </w:r>
    </w:p>
    <w:p>
      <w:r>
        <w:rPr>
          <w:b/>
        </w:rPr>
        <w:t xml:space="preserve">4. </w:t>
      </w:r>
      <w:r>
        <w:t>кода группы, подгруппы, статьи и вида источника финансирования дефицитов бюджетов; абзац. (Утратил силу - Федеральный закон от 22.10.2014 № 311-ФЗ)</w:t>
      </w:r>
    </w:p>
    <w:p>
      <w:r>
        <w:rPr>
          <w:b/>
        </w:rPr>
        <w:t xml:space="preserve">3. </w:t>
      </w:r>
      <w:r>
        <w:t>источники внутреннего финансирования дефицитов бюджетов: государственные (муниципальные) ценные бумаги, номинальная стоимость которых указана в валюте Российской Федерации; кредиты кредитных организаций в валюте Российской Федерации; бюджетные кредиты от других бюджетов бюджетной системы Российской Федерации; кредиты международных финансовых организаций в валюте Российской Федерации; изменение остатков средств на счетах по учету средств бюджета; иные источники внутреннего финансирования дефицитов бюджетов</w:t>
      </w:r>
    </w:p>
    <w:p>
      <w:r>
        <w:rPr>
          <w:b/>
        </w:rPr>
        <w:t xml:space="preserve">3. </w:t>
      </w:r>
      <w:r>
        <w:t>источники внешнего финансирования дефицитов бюджетов: государственные ценные бумаги, номинальная стоимость которых указана в иностранной валюте; кредиты иностранных государств, включая целевые иностранные кредиты (заимствования), международных финансовых организаций, иных субъектов международного права, иностранных юридических лиц в иностранной валюте; кредиты кредитных организаций в иностранной валюте; иные источники внешнего финансирования дефицитов бюджетов</w:t>
      </w:r>
    </w:p>
    <w:p>
      <w:r>
        <w:rPr>
          <w:b/>
        </w:rPr>
        <w:t xml:space="preserve">4. </w:t>
      </w:r>
      <w:r>
        <w:t>дополнить статьей 231 следующего содержания: "Статья 231. Классификация операций сектора государственного управления 1. Код классификации операций сектора государственного управления состоит из кода группы, статьи и подстатьи операций сектора государственного управления</w:t>
      </w:r>
    </w:p>
    <w:p>
      <w:r>
        <w:rPr>
          <w:b/>
        </w:rPr>
        <w:t xml:space="preserve">2. </w:t>
      </w:r>
      <w:r>
        <w:t>доходы: налоговые доходы; доходы от собственности; доходы от оказания платных услуг; суммы принудительного изъятия; безвозмездные поступления от бюджетов; взносы на социальные нужды; доходы от операций с активами; прочие доходы</w:t>
      </w:r>
    </w:p>
    <w:p>
      <w:r>
        <w:rPr>
          <w:b/>
        </w:rPr>
        <w:t xml:space="preserve">2. </w:t>
      </w:r>
      <w:r>
        <w:t>расходы: оплата труда и начисления на выплаты по оплате труда; оплата работ, услуг; обслуживание государственного (муниципального) долга; безвозмездные перечисления организациям; безвозмездные перечисления бюджетам; социальное обеспечение; расходы по операциям с активами; прочие расходы</w:t>
      </w:r>
    </w:p>
    <w:p>
      <w:r>
        <w:rPr>
          <w:b/>
        </w:rPr>
        <w:t xml:space="preserve">2. </w:t>
      </w:r>
      <w:r>
        <w:t>поступление нефинансовых активов: увеличение стоимости основных средств; увеличение стоимости нематериальных активов; увеличение стоимости непроизведенных активов; увеличение стоимости материальных запасов</w:t>
      </w:r>
    </w:p>
    <w:p>
      <w:r>
        <w:rPr>
          <w:b/>
        </w:rPr>
        <w:t xml:space="preserve">2. </w:t>
      </w:r>
      <w:r>
        <w:t>выбытие нефинансовых активов: уменьшение стоимости основных средств; уменьшение стоимости нематериальных активов; уменьшение стоимости непроизведенных активов; уменьшение стоимости материальных запасов</w:t>
      </w:r>
    </w:p>
    <w:p>
      <w:r>
        <w:rPr>
          <w:b/>
        </w:rPr>
        <w:t xml:space="preserve">2. </w:t>
      </w:r>
      <w:r>
        <w:t>поступление финансовых активов: поступление на счета бюджетов; увеличение стоимости ценных бумаг, кроме акций и иных форм участия в капитале; увеличение стоимости акций и иных форм участия в капитале; увеличение задолженности по бюджетным кредитам; увеличение стоимости иных финансовых активов; увеличение прочей дебиторской задолженности</w:t>
      </w:r>
    </w:p>
    <w:p>
      <w:r>
        <w:rPr>
          <w:b/>
        </w:rPr>
        <w:t xml:space="preserve">2. </w:t>
      </w:r>
      <w:r>
        <w:t>выбытие финансовых активов: выбытие со счетов бюджетов; уменьшение стоимости ценных бумаг, кроме акций и иных форм участия в капитале; уменьшение стоимости акций и иных форм участия в капитале; уменьшение задолженности по бюджетным ссудам и кредитам; уменьшение стоимости иных финансовых активов; уменьшение прочей дебиторской задолженности</w:t>
      </w:r>
    </w:p>
    <w:p>
      <w:r>
        <w:rPr>
          <w:b/>
        </w:rPr>
        <w:t xml:space="preserve">2. </w:t>
      </w:r>
      <w:r>
        <w:t>увеличение обязательств: увеличение задолженности по внутреннему государственному (муниципальному) долгу; увеличение задолженности по внешнему государственному долгу; увеличение прочей кредиторской задолженности</w:t>
      </w:r>
    </w:p>
    <w:p>
      <w:r>
        <w:rPr>
          <w:b/>
        </w:rPr>
        <w:t xml:space="preserve">2. </w:t>
      </w:r>
      <w:r>
        <w:t>уменьшение обязательств: уменьшение задолженности по внутреннему государственному (муниципальному) долгу; уменьшение задолженности по внешнему государственному долгу; уменьшение прочей кредиторской задолженности</w:t>
      </w:r>
    </w:p>
    <w:p>
      <w:r>
        <w:rPr>
          <w:b/>
        </w:rPr>
        <w:t xml:space="preserve">4. </w:t>
      </w:r>
      <w:r>
        <w:t>статьи 24 - 27 признать утратившими силу</w:t>
      </w:r>
    </w:p>
    <w:p>
      <w:r>
        <w:rPr>
          <w:b/>
        </w:rPr>
        <w:t xml:space="preserve">4. </w:t>
      </w:r>
      <w:r>
        <w:t>в статье 28:</w:t>
      </w:r>
    </w:p>
    <w:p>
      <w:r>
        <w:rPr>
          <w:b/>
        </w:rPr>
        <w:t xml:space="preserve">4. </w:t>
      </w:r>
      <w:r>
        <w:t>в статье 29 слова "документации и отчетности" заменить словами "документации и бюджетной отчетности", слова "отчетности бюджетов" заменить словами "составления бюджетной отчетности бюджетов"</w:t>
      </w:r>
    </w:p>
    <w:p>
      <w:r>
        <w:rPr>
          <w:b/>
        </w:rPr>
        <w:t xml:space="preserve">4. </w:t>
      </w:r>
      <w:r>
        <w:t>статьи 30, 31, 311 и 32 изложить в следующей редакции: "Статья 30. Принцип разграничения доходов, расходов и источников финансирования дефицитов бюджетов между бюджетами бюджетной системы Российской Федерации Принцип разграничения доходов, расходов и источников финансирования дефицитов бюджетов между бюджетами бюджетной системы Российской Федерации означает закрепление в соответствии с законодательством Российской Федерации доходов, расходов и источников финансирования дефицитов бюджетов за бюджетами бюджетной системы Российской Федерации, а также определение полномочий органов государственной власти (органов местного самоуправления) и органов управления государственными внебюджетными фондами по формированию доходов бюджетов, источников финансирования дефицитов бюджетов и установлению и исполнению расходных обязательств публично-правовых образований. Органы государственной власти (органы местного самоуправления) и органы управления государственными внебюджетными фондами не вправе налагать на юридические и физические лица не предусмотренные законодательством Российской Федерации финансовые и иные обязательства по обеспечению выполнения своих полномочий</w:t>
      </w:r>
    </w:p>
    <w:p>
      <w:r>
        <w:rPr>
          <w:b/>
        </w:rPr>
        <w:t xml:space="preserve">4. </w:t>
      </w:r>
      <w:r>
        <w:t>в абзаце третьем слова "и расходов между уровнями" заменить словами ", расходов и источников финансирования дефицитов бюджетов между бюджетами"</w:t>
      </w:r>
    </w:p>
    <w:p>
      <w:r>
        <w:rPr>
          <w:b/>
        </w:rPr>
        <w:t xml:space="preserve">4. </w:t>
      </w:r>
      <w:r>
        <w:t>абзац шестой изложить в следующей редакции: "полноты отражения доходов, расходов и источников финансирования дефицитов бюджетов;"</w:t>
      </w:r>
    </w:p>
    <w:p>
      <w:r>
        <w:rPr>
          <w:b/>
        </w:rPr>
        <w:t xml:space="preserve">4. </w:t>
      </w:r>
      <w:r>
        <w:t>абзац восьмой изложить в следующей редакции: "результативности и эффективности использования бюджетных средств;"</w:t>
      </w:r>
    </w:p>
    <w:p>
      <w:r>
        <w:rPr>
          <w:b/>
        </w:rPr>
        <w:t xml:space="preserve">4. </w:t>
      </w:r>
      <w:r>
        <w:t>абзац десятый изложить в следующей редакции: "прозрачности (открытости);"</w:t>
      </w:r>
    </w:p>
    <w:p>
      <w:r>
        <w:rPr>
          <w:b/>
        </w:rPr>
        <w:t xml:space="preserve">4. </w:t>
      </w:r>
      <w:r>
        <w:t>дополнить абзацами следующего содержания: "подведомственности расходов бюджетов; единства кассы."</w:t>
      </w:r>
    </w:p>
    <w:p>
      <w:r>
        <w:rPr>
          <w:b/>
        </w:rPr>
        <w:t>Статья 31. Принцип самостоятельности бюджетов</w:t>
      </w:r>
    </w:p>
    <w:p>
      <w:r>
        <w:t>Принцип самостоятельности бюджетов означает: право и обязанность органов государственной власти и органов местного самоуправления самостоятельно обеспечивать сбалансированность соответствующих бюджетов и эффективность использования бюджетных средств; право и обязанность органов государственной власти и органов местного самоуправления самостоятельно осуществлять бюджетный процесс, за исключением случаев, предусмотренных настоящим Кодексом; право органов государственной власти и органов местного самоуправления устанавливать в соответствии с законодательством Российской Федерации о налогах и сборах налоги и сборы, доходы от которых подлежат зачислению в соответствующие бюджеты бюджетной системы Российской Федерации; право органов государственной власти и органов местного самоуправления в соответствии с настоящим Кодексом самостоятельно определять формы и направления расходования средств бюджетов (за исключением расходов, финансовое обеспечение которых осуществляется за счет межбюджетных субсидий и субвенций из других бюджетов бюджетной системы Российской Федерации); недопустимость установления расходных обязательств, подлежащих исполнению за счет доходов и источников финансирования дефицитов других бюджетов бюджетной системы Российской Федерации, а также расходных обязательств, подлежащих исполнению одновременно за счет средств двух и более бюджетов бюджетной системы Российской Федерации, за счет средств консолидированных бюджетов или без определения бюджета, за счет средств которого должно осуществляться исполнение соответствующих расходных обязательств; право органов государственной власти и органов местного самоуправления предоставлять средства из бюджета на исполнение расходных обязательств, устанавливаемых иными органами государственной власти и органами местного самоуправления, исключительно в форме межбюджетных трансфертов; недопустимость введения в действие в течение текущего финансового года органами государственной власти и органами местного самоуправления изменений бюджетного законодательства Российской Федерации и (или) законодательства о налогах и сборах, законодательства о других обязательных платежах, приводящих к увеличению расходов и (или) снижению доходов других бюджетов бюджетной системы Российской Федерации без внесения изменений в законы (решения) о соответствующих бюджетах, предусматривающих компенсацию увеличения расходов, снижения доходов; недопустимость изъятия дополнительных доходов, экономии по расходам бюджетов, полученных в результате эффективного исполнения бюджетов.</w:t>
      </w:r>
    </w:p>
    <w:p>
      <w:r>
        <w:rPr>
          <w:b/>
        </w:rPr>
        <w:t>Статья 311. Принцип равенства бюджетных прав субъектов Российской Федерации, муниципальных образований</w:t>
      </w:r>
    </w:p>
    <w:p>
      <w:r>
        <w:t>Принцип равенства бюджетных прав субъектов Российской Федерации, муниципальных образований означает определение бюджетных полномочий органов государственной власти субъектов Российской Федерации и органов местного самоуправления, установление и исполнение расходных обязательств, формирование налоговых и неналоговых доходов бюджетов субъектов Российской Федерации и местных бюджетов, определение объема, форм и порядка предоставления межбюджетных трансфертов в соответствии с едиными принципами и требованиями, установленными настоящим Кодексом. Договоры и соглашения между органами государственной власти Российской Федерации и органами государственной власти субъектов Российской Федерации, органами государственной власти и органами местного самоуправления, не соответствующие настоящему Кодексу, являются недействительными.</w:t>
      </w:r>
    </w:p>
    <w:p>
      <w:r>
        <w:rPr>
          <w:b/>
        </w:rPr>
        <w:t>Статья 32. Принцип полноты отражения доходов, расходов и источников финансирования дефицитов бюджетов</w:t>
      </w:r>
    </w:p>
    <w:p>
      <w:r>
        <w:t>Принцип полноты отражения доходов, расходов и источников финансирования дефицитов бюджетов означает, что все доходы, расходы и источники финансирования дефицитов бюджетов в обязательном порядке и в полном объеме отражаются в соответствующих бюджетах.";</w:t>
      </w:r>
    </w:p>
    <w:p>
      <w:r>
        <w:t>в части первой статьи 33 слова "из источников" заменить словом "источников", дополнить словами ", уменьшенных на суммы выплат из бюджета, связанных с источниками финансирования дефицита бюджета и изменением остатков на счетах по учету средств бюджетов"</w:t>
      </w:r>
    </w:p>
    <w:p>
      <w:r>
        <w:t>в статье 34 слова "эффективности и экономности" заменить словами "результативности и эффективности", слова "уполномоченные органы и получатели бюджетных средств" заменить словами "участники бюджетного процесса в рамках установленных им бюджетных полномочий"</w:t>
      </w:r>
    </w:p>
    <w:p>
      <w:r>
        <w:t>статьи 35 и 36 изложить в следующей редакции: "Статья 35. Принцип общего (совокупного) покрытия расходов бюджетов Принцип общего (совокупного) покрытия расходов бюджетов означает, что расходы бюджета не могут быть увязаны с определенными доходами бюджета и источниками финансирования дефицита бюджета, если иное не предусмотрено законом (решением) о бюджете в части, касающейся: субвенций и субсидий, полученных из других бюджетов бюджетной системы Российской Федерации; средств целевых иностранных кредитов (заимствований); добровольных взносов, пожертвований, средств самообложения граждан; расходов бюджета, осуществляемых в соответствии с международными договорами (соглашениями) с участием Российской Федерации; расходов бюджета, осуществляемых за пределами территории Российской Федерации; отдельных видов неналоговых доходов, предлагаемых к введению (отражению в бюджете) начиная с очередного финансового года</w:t>
      </w:r>
    </w:p>
    <w:p>
      <w:r>
        <w:rPr>
          <w:b/>
        </w:rPr>
        <w:t>Статья 36. Принцип прозрачности (открытости)</w:t>
      </w:r>
    </w:p>
    <w:p>
      <w:r>
        <w:t>Принцип прозрачности (открытости) означает: обязательное опубликование в средствах массовой информации утвержденных бюджетов и отчетов об их исполнении, полноту представления информации о ходе исполнения бюджетов, а также доступность иных сведений о бюджетах по решению законодательных (представительных) органов государственной власти, представительных органов муниципальных образований; обязательную открытость для общества и средств массовой информации проектов бюджетов, внесенных в законодательные (представительные) органы государственной власти (представительные органы муниципальных образований), процедур рассмотрения и принятия решений по проектам бюджетов, в том числе по вопросам, вызывающим разногласия либо внутри законодательного (представительного) органа государственной власти (представительного органа муниципального образования), либо между законодательным (представительным) органом государственной власти (представительным органом муниципального образования) и исполнительным органом государственной власти (местной администрацией); стабильность и (или) преемственность бюджетной классификации Российской Федерации, а также обеспечение сопоставимости показателей бюджета отчетного, текущего и очередного финансового года (очередного финансового года и планового периода). Секретные статьи могут утверждаться только в составе федерального бюджета.";</w:t>
      </w:r>
    </w:p>
    <w:p>
      <w:r>
        <w:t>статью 38 изложить в следующей редакции: "Статья 38. Принцип адресности и целевого характера бюджетных средств Принцип адресности и целевого характера бюджетных средств означает, что бюджетные ассигнования и лимиты бюджетных обязательств доводятся до конкретных получателей бюджетных средств с указанием цели их использования."</w:t>
      </w:r>
    </w:p>
    <w:p>
      <w:r>
        <w:t>главу 5 дополнить статьями 381 и 382 следующего содержания: "Статья 381. Принцип подведомственности расходов бюджетов Принцип подведомственности расходов бюджетов означает, что получатели бюджетных средств вправе получать бюджетные ассигнования и лимиты бюджетных обязательств только от главного распорядителя (распорядителя) бюджетных средств, в ведении которого они находятся. Главные распорядители (распорядители) бюджетных средств не вправе распределять бюджетные ассигнования и лимиты бюджетных обязательств распорядителям и получателям бюджетных средств, не включенным в перечень подведомственных им распорядителей и получателей бюджетных средств в соответствии со статьей 158 настоящего Кодекса. Распорядитель и получатель бюджетных средств могут быть включены в перечень подведомственных распорядителей и получателей бюджетных средств только одного главного распорядителя бюджетных средств. Подведомственность получателя бюджетных средств главному распорядителю (распорядителю) бюджетных средств возникает в силу закона, нормативного правового акта Президента Российской Федерации, Правительства Российской Федерации, высшего исполнительного органа государственной власти субъекта Российской Федерации, местной администрации, а также в силу создания организации - получателя бюджетных средств как учреждения главным распорядителем бюджетных средств от имени соответственно Российской Федерации, субъекта Российской Федерации, муниципального образования</w:t>
      </w:r>
    </w:p>
    <w:p>
      <w:r>
        <w:rPr>
          <w:b/>
        </w:rPr>
        <w:t>Статья 382. Принцип единства кассы</w:t>
      </w:r>
    </w:p>
    <w:p>
      <w:r>
        <w:t>Принцип единства кассы означает зачисление всех кассовых поступлений и осуществление всех кассовых выплат с единого счета бюджета, за исключением операций по исполнению бюджетов, осуществляемых в соответствии с нормативными правовыми актами органов государственной власти Российской Федерации, органов государственной власти субъектов Российской Федерации, муниципальными правовыми актами органов местного самоуправления за пределами территории соответственно Российской Федерации, субъекта Российской Федерации, муниципального образования, а также операций, осуществляемых в соответствии с валютным законодательством Российской Федерации.";</w:t>
      </w:r>
    </w:p>
    <w:p>
      <w:r>
        <w:t>статьи 39 - 42 изложить в следующей редакции: "Статья 39. Формирование доходов бюджетов Доходы бюджетов формируются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
        <w:rPr>
          <w:b/>
        </w:rPr>
        <w:t>Статья 40. Зачисление доходов в бюджет</w:t>
      </w:r>
    </w:p>
    <w:p>
      <w:r>
        <w:rPr>
          <w:b/>
        </w:rPr>
        <w:t xml:space="preserve">1. </w:t>
      </w:r>
      <w:r>
        <w:t>Доходы от федеральных налогов и сборов, региональных и местных налогов, иных обязательных платежей, других поступлений, являющихся источниками формирования доходов бюджетов бюджетной системы Российской Федерации, зачисляются на счета органов Федерального казначейства для их распределения этими органами в соответствии с нормативами, установленными настоящим Кодексом, законом (решением) о бюджете и иными законами субъектов Российской Федерации и муниципальными правовыми актами, принятыми в соответствии с положениями настоящего Кодекса, между федеральным бюджетом, бюджетами субъектов Российской Федерации, местными бюджетами, а также бюджетами государственных внебюджетных фондов в случаях, предусмотренных законодательством Российской Федерации. Органы Федерального казначейства осуществляют в установленном Министерством финансов Российской Федерации порядке учет доходов, поступивших в бюджетную систему Российской Федерации, и их распределение между бюджетами в соответствии с кодом бюджетной классификации Российской Федерации, указанным в расчетном документе на зачисление средств на счет, указанный в абзаце первом настоящего пункта, а в случае возврата (зачета, уточнения) платежа соответствующим администратором доходов бюджета - согласно представленному им поручению (уведомлению). Органы Федерального казначейства не позднее следующего рабочего дня после дня получения от учреждения Центрального банка Российской Федерации выписки со своих счетов, указанных в абзаце первом настоящего пункта, осуществляют перечисление указанных доходов на единые счета соответствующих бюджетов</w:t>
      </w:r>
    </w:p>
    <w:p>
      <w:r>
        <w:rPr>
          <w:b/>
        </w:rPr>
        <w:t xml:space="preserve">2. </w:t>
      </w:r>
      <w:r>
        <w:t>Денежные средства считаются поступившими в доходы соответствующего бюджета бюджетной системы Российской Федерации с момента их зачисления на единый счет этого бюджета</w:t>
      </w:r>
    </w:p>
    <w:p>
      <w:r>
        <w:rPr>
          <w:b/>
        </w:rPr>
        <w:t>Статья 41. Виды доходов бюджетов</w:t>
      </w:r>
    </w:p>
    <w:p>
      <w:r>
        <w:rPr>
          <w:b/>
        </w:rPr>
        <w:t xml:space="preserve">1. </w:t>
      </w:r>
      <w:r>
        <w:t>К доходам бюджетов относятся налоговые доходы, неналоговые доходы и безвозмездные поступления</w:t>
      </w:r>
    </w:p>
    <w:p>
      <w:r>
        <w:rPr>
          <w:b/>
        </w:rPr>
        <w:t xml:space="preserve">2. </w:t>
      </w:r>
      <w:r>
        <w:t>К налоговым доходам бюджетов относятся доходы от предусмотренных законодательством Российской Федерации о налогах и сборах федеральных налогов и сборов, в том числе от налогов, предусмотренных специальными налоговыми режимами, региональных и местных налогов, а также пеней и штрафов по ним</w:t>
      </w:r>
    </w:p>
    <w:p>
      <w:r>
        <w:rPr>
          <w:b/>
        </w:rPr>
        <w:t xml:space="preserve">3. </w:t>
      </w:r>
      <w:r>
        <w:t>К неналоговым доходам бюджетов относятся: доходы от использования имущества, находящегося в государственной или муниципальной собственности, после уплаты налогов и сборов, предусмотренных законодательством о налогах и сборах, за исключением имущества автономных учреждений, а также имущества государственных и муниципальных унитарных предприятий, в том числе казенных; доходы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или муниципальной собственности, после уплаты налогов и сборов, предусмотренных законодательством о налогах и сборах, за исключением имущества автономных учреждений, а также имущества государственных и муниципальных унитарных предприятий, в том числе казенных; доходы от платных услуг, оказываемых бюджетными учреждениями, после уплаты налогов и сборов, предусмотренных законодательством о налогах и сборах; средства, полученные в результате применения мер гражданско-правовой, административной и уголовной ответственности, в том числе штрафы, конфискации, компенсации, а также средства, полученные в возмещение вреда, причиненного Российской Федерации, субъектам Российской Федерации, муниципальным образованиям, и иные суммы принудительного изъятия; средства самообложения граждан; иные неналоговые доходы</w:t>
      </w:r>
    </w:p>
    <w:p>
      <w:r>
        <w:rPr>
          <w:b/>
        </w:rPr>
        <w:t xml:space="preserve">4. </w:t>
      </w:r>
      <w:r>
        <w:t>К безвозмездным поступлениям относятся: дотации из других бюджетов бюджетной системы Российской Федерации; субсидии из других бюджетов бюджетной системы Российской Федерации (межбюджетные субсидии); субвенции из федерального бюджета и (или) из бюджетов субъектов Российской Федерации; иные межбюджетные трансферты из других бюджетов бюджетной системы Российской Федерации; безвозмездные поступления от физических и юридических лиц, международных организаций и правительств иностранных государств, в том числе добровольные пожертвования</w:t>
      </w:r>
    </w:p>
    <w:p>
      <w:r>
        <w:rPr>
          <w:b/>
        </w:rPr>
        <w:t xml:space="preserve">5. </w:t>
      </w:r>
      <w:r>
        <w:t>Доходы от использования имущества, находящегося в государственной или муниципальной собственности, и платных услуг, оказываемых бюджетными учреждениями, средства безвозмездных поступлений и иной приносящей доход деятельности при составлении, утверждении, исполнении бюджета и составлении отчетности о его исполнении включаются в состав доходов бюджета с учетом положений пункта 3 настоящей статьи</w:t>
      </w:r>
    </w:p>
    <w:p>
      <w:r>
        <w:rPr>
          <w:b/>
        </w:rPr>
        <w:t>Статья 42. Доходы от использования имущества, находящегося в государственной или муниципальной собственности</w:t>
      </w:r>
    </w:p>
    <w:p>
      <w:r>
        <w:t>К доходам бюджетов от использования имущества, находящегося в государственной или муниципальной собственности, относятся: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муниципальных унитарных предприятий, в том числе казенных; средства, получаемые в виде процентов по остаткам бюджетных средств на счетах в Центральном банке Российской Федерации и в кредитных организациях; средства, получаемые от передачи имущества, находящегося в государственной или муниципальной собственности (за исключением имущества автономных учреждений, а также имущества государственных и муниципальных унитарных предприятий, в том числе казенных), в залог, в доверительное управление; плата за пользование бюджетными кредитами; 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 часть прибыли государственных и муниципальных унитарных предприятий, остающаяся после уплаты налогов и иных обязательных платежей; другие предусмотренные законодательством Российской Федерации доходы от использования имущества, находящегося в государственной или муниципальной собственности, за исключением имущества автономных учреждений, а также имущества государственных и муниципальных унитарных предприятий, в том числе казенных."; 24) статью 43 признать утратившей силу; 25) статью 46 изложить в следующей редакции: "Статья 46. Штрафы и иные суммы принудительного изъятия 1. Суммы денежных взысканий (штрафов) за нарушение законодательства Российской Федерации подлежат зачислению в бюджеты бюджетной системы Российской Федерации в следующем порядке: 1) за нарушение законодательства Российской Федерации об основах конституционного строя Российской Федерации, о государственных символах Российской Федерации, государственных наградах, гражданстве Российской Федерации, о государственной власти Российской Федерации, о государственной службе Российской Федерации, о выборах и референдумах Российской Федерации, об Уполномоченном по правам человека в Российской Федерации, о внешней политике и международных отношениях, о военном и чрезвычайном положении, об обороне и безопасности государства, о воинской обязанности и военной службе, о Государственной границе Российской Федерации, о государственном оборонном заказе, о государственном материальном резерве, об экспортном контроле, об использовании атомной энергии, о противодействии легализации (отмыванию) доходов, полученных преступным путем, и финансированию терроризма, об обороте наркотических и психотропных средств, о внутренних морских водах, территориальном море, континентальном шельфе, об исключительной экономической зоне Российской Федерации, о техническом регулировании, об обеспечении единства измерений, о государственном контроле за осуществлением международных автомобильных перевозок, о государственном регулировании цен (тарифов), о банках и банковской деятельности, о рынке ценных бумаг, о товарных биржах и биржевой торговле, о естественных монополиях, о защите конкуренции, антимонопольного законодательства Российской Федерации, трудового, валютного, таможенного, бюджетного (в части федерального бюджета), уголовного (в части преступлений против основ конституционного строя и безопасности государства, государственной власти Российской Федерации, интересов государственной службы Российской Федерации, правосудия, порядка управления, военной службы, мира и безопасности человечества), уголовно-процессуального и уголовно-исполнительного законодательства Российской Федерации, а также законодательства Российской Федерации о судоустройстве, об исполнительном производстве и судебные штрафы - в федеральный бюджет по нормативу 100 процентов; 2) за нарушение законодательства Российской Федерации о рекламе и неисполнение предписаний антимонопольного органа: в федеральный бюджет - по нормативу 40 процентов; в бюджет субъекта Российской Федерации, на территории которого зарегистрированы юридические лица или индивидуальные предприниматели, допустившие нарушение законодательства Российской Федерации о рекламе, - по нормативу 60 процентов; 3)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в том числе в части бюджетов государственных внебюджетных фондов, - в бюджеты соответствующих государственных внебюджетных фондов по нормативу 100 процентов; 4) за нарушение лесного законодательства, установленное на лесных участках, находящихся в федеральной собственности, в собственности субъектов Российской Федерации, в муниципальной собственности, - соответственно в федеральный бюджет, бюджет субъекта Российской Федерации, местный бюджет по нормативу 100 процентов; 5) за нарушение водного законодательства, установленное на водных объектах, находящихся в федеральной собственности, собственности субъектов Российской Федерации, муниципальной собственности, - соответственно в федеральный бюджет, бюджет субъекта Российской Федерации, местный бюджет - по нормативу 100 процентов; 6) за нарушение законодательства Российской Федерации о размещении заказов на поставки товаров, выполнение работ, оказание услуг для нужд Российской Федерации, субъектов Российской Федерации, поселений, муниципальных районов, городских округов, внутригородских муниципальных образований городов федерального значения Москвы и Санкт-Петербурга, государственных внебюджетных фондов Российской Федерации, территориальных государственных внебюджетных фондов - соответственно в федеральный бюджет, бюджеты субъектов Российской Федерации, бюджеты поселений, бюджеты муниципальных районов, бюджеты городских округов, бюджеты внутригородских муниципальных образований городов федерального значения Москвы и Санкт-Петербурга, бюджеты государственных внебюджетных фондов Российской Федерации, бюджеты территориальных государственных внебюджетных фондов по нормативу 100 процентов; 7) за нарушение законодательства Российской Федерации, не предусмотренного настоящим пунктом и пунктами 2 и 3 настоящей статьи, - в бюджеты муниципальных районов, городских округов, городов федерального значения Москвы и Санкт-Петербурга по месту нахождения органа или должностного лица, принявшего решение о наложении денежного взыскания (штрафа), по нормативу 100 процентов.</w:t>
      </w:r>
    </w:p>
    <w:p>
      <w:r>
        <w:rPr>
          <w:b/>
        </w:rPr>
        <w:t xml:space="preserve">2. </w:t>
      </w:r>
      <w:r>
        <w:t>Суммы денежных взысканий (штрафов) за нарушение законодательства о налогах и сборах подлежат зачислению в бюджеты бюджетной системы Российской Федерации в следующем порядке</w:t>
      </w:r>
    </w:p>
    <w:p>
      <w:r>
        <w:rPr>
          <w:b/>
        </w:rPr>
        <w:t xml:space="preserve">3. </w:t>
      </w:r>
      <w:r>
        <w:t>Суммы денежных взысканий (штрафов) за административные правонарушения в области налогов и сборов, предусмотренных Кодексом Российской Федерации об административных правонарушениях, подлежат зачислению в бюджеты бюджетной системы Российской Федерации в следующем порядке: в федеральный бюджет - по нормативу 50 процентов; в бюджеты муниципальных районов, городских округов, городов федерального значения Москвы и Санкт-Петербурга по месту нахождения органа или должностного лица, принявшего решение о наложении денежного взыскания (штрафа), - по нормативу 50 процентов</w:t>
      </w:r>
    </w:p>
    <w:p>
      <w:r>
        <w:rPr>
          <w:b/>
        </w:rPr>
        <w:t xml:space="preserve">4. </w:t>
      </w:r>
      <w:r>
        <w:t>Суммы денежных взысканий (штрафов) за нарушение бюджетного законодательства Российской Федерации (в части бюджетов субъектов Российской Федерации), а также денежных взысканий (штрафов), установленных законами субъектов Российской Федерации, подлежат зачислению в бюджеты соответствующих субъектов Российской Федерации по нормативу 100 процентов</w:t>
      </w:r>
    </w:p>
    <w:p>
      <w:r>
        <w:rPr>
          <w:b/>
        </w:rPr>
        <w:t xml:space="preserve">5. </w:t>
      </w:r>
      <w:r>
        <w:t>Суммы денежных взысканий (штрафов) за нарушение бюджетного законодательства Российской Федерации (в части бюджетов поселений, бюджетов муниципальных районов, бюджетов городских округов, бюджетов внутригородских муниципальных образований городов федерального значения Москвы и Санкт-Петербурга), а также денежных взысканий (штрафов), установленных правовыми актами органов местного самоуправления поселений, муниципальных районов, городских округов, внутригородских муниципальных образований городов федерального значения Москвы и Санкт-Петербурга, подлежат зачислению соответственно в бюджеты поселений, бюджеты муниципальных районов, бюджеты городских округов, бюджеты внутригородских муниципальных образований городов федерального значения Москвы и Санкт-Петербурга по нормативу 100 процентов</w:t>
      </w:r>
    </w:p>
    <w:p>
      <w:r>
        <w:rPr>
          <w:b/>
        </w:rPr>
        <w:t xml:space="preserve">6. </w:t>
      </w:r>
      <w:r>
        <w:t>Суммы конфискаций, компенсаций и иные средства, в принудительном порядке изымаемые в доход Российской Федерации, субъектов Российской Федерации, поселений, муниципальных районов, городских округов, внутригородских муниципальных образований городов федерального значения Москвы и Санкт-Петербурга, государственных внебюджетных фондов Российской Федерации, территориальных государственных внебюджетных фондов в соответствии с законодательством Российской Федерации и решениями судов, подлежат зачислению в соответствующие бюджеты бюджетной системы Российской Федерации по нормативу 100 процентов. Суммы от реализации конфискованных в установленном порядке орудий охоты, рыболовства и продукции незаконного природопользования, а также по искам о возмещении вреда, причиненного окружающей среде, подлежат зачислению в бюджеты муниципальных районов, городских округов, городов федерального значения Москвы и Санкт-Петербурга по месту причинения вреда окружающей среде по нормативу 100 процентов.";</w:t>
      </w:r>
    </w:p>
    <w:p>
      <w:r>
        <w:rPr>
          <w:b/>
        </w:rPr>
        <w:t xml:space="preserve">2. </w:t>
      </w:r>
      <w:r>
        <w:t>Федеральные законы о внесении изменений в законодательство Российской Федерации о налогах и сборах, федеральные законы, регулирующие бюджетные правоотношения, приводящие к изменению доходов бюджетов бюджетной системы Российской Федерации и вступающие в силу в очередном финансовом году и в плановом периоде, должны быть приняты не позднее одного месяца до дня внесения в Государственную Думу проекта федерального закона о федеральном бюджете на очередной финансовый год и плановый период</w:t>
      </w:r>
    </w:p>
    <w:p>
      <w:r>
        <w:rPr>
          <w:b/>
        </w:rPr>
        <w:t xml:space="preserve">3. </w:t>
      </w:r>
      <w:r>
        <w:t>Внесение изменений в законодательство Российской Федерации о федеральных налогах и сборах, предполагающих их вступление в силу в течение текущего финансового года и приводящих к изменению доходов бюджетов бюджетной системы Российской Федерации, допускается только в случае внесения соответствующих изменений в федеральный закон о федеральном бюджете на текущий финансовый год и плановый период.";</w:t>
      </w:r>
    </w:p>
    <w:p>
      <w:r>
        <w:rPr>
          <w:b/>
        </w:rPr>
        <w:t xml:space="preserve">2. </w:t>
      </w:r>
      <w:r>
        <w:t>Законы субъекта Российской Федерации о внесении изменений в законодательство субъекта Российской Федерации о налогах и сборах, законы субъекта Российской Федерации, регулирующие бюджетные правоотношения, приводящие к изменению доходов бюджетов бюджетной системы Российской Федерации, вступающие в силу в очередном финансовом году (очередном финансовом году и плановом периоде), должны быть приняты до внесения проекта закона субъекта Российской Федерации о бюджете на очередной финансовый год (очередной финансовый год и плановый период) в законодательный (представительный) орган государственной власти субъекта Российской Федерации в сроки, установленные законом субъекта Российской Федерации</w:t>
      </w:r>
    </w:p>
    <w:p>
      <w:r>
        <w:rPr>
          <w:b/>
        </w:rPr>
        <w:t xml:space="preserve">3. </w:t>
      </w:r>
      <w:r>
        <w:t>Внесение изменений в законодательство субъектов Российской Федерации о налогах и сборах, предполагающих их вступление в силу в течение текущего финансового года, допускается только в случае внесения соответствующих изменений в законы субъектов Российской Федерации о бюджете на текущий финансовый год (текущий финансовый год и плановый период).";</w:t>
      </w:r>
    </w:p>
    <w:p>
      <w:r>
        <w:rPr>
          <w:b/>
        </w:rPr>
        <w:t xml:space="preserve">2. </w:t>
      </w:r>
      <w:r>
        <w:t>Муниципальные правовые акты представительного органа муниципального образования о внесении изменений в муниципальные правовые акты о местных налогах, муниципальные правовые акты представительного органа муниципального образования, регулирующие бюджетные правоотношения, приводящие к изменению доходов бюджетов бюджетной системы Российской Федерации, вступающие в силу в очередном финансовом году (очередном финансовом году и плановом периоде), должны быть приняты до дня внесения в представительный орган муниципального образования проекта решения о местном бюджете на очередной финансовый год (очередной финансовый год и плановый период) в сроки, установленные муниципальным правовым актом представительного органа муниципального образования</w:t>
      </w:r>
    </w:p>
    <w:p>
      <w:r>
        <w:rPr>
          <w:b/>
        </w:rPr>
        <w:t xml:space="preserve">3. </w:t>
      </w:r>
      <w:r>
        <w:t>Внесение изменений в муниципальные правовые акты представительных органов муниципальных образований о местных налогах, предполагающих их вступление в силу в течение текущего финансового года, допускается только в случае внесения соответствующих изменений в решение представительного органа муниципального образования о местном бюджете на текущий финансовый год (текущий финансовый год и плановый период)."; в) пункт 5 признать утратившим силу;</w:t>
      </w:r>
    </w:p>
    <w:p>
      <w:r>
        <w:rPr>
          <w:b/>
        </w:rPr>
        <w:t xml:space="preserve">2. </w:t>
      </w:r>
      <w:r>
        <w:t>суммы денежных взысканий (штрафов), исчисляемых исходя из сумм налогов (сборов), предусмотренных законодательством Российской Федерации о налогах и сборах, - в бюджеты бюджетной системы Российской Федерации по нормативам отчислений, установленным бюджетным законодательством Российской Федерации применительно к соответствующим налогам (сборам)</w:t>
      </w:r>
    </w:p>
    <w:p>
      <w:r>
        <w:rPr>
          <w:b/>
        </w:rPr>
        <w:t xml:space="preserve">2. </w:t>
      </w:r>
      <w:r>
        <w:t>суммы денежных взысканий (штрафов), предусмотренных статьями 116, 117 и 118, пунктами 1 и 2 статьи 120, статьями 125, 126, 128, 129, 1291, 132, 133, 134, 135, 1351 Налогового кодекса Российской Федерации: в федеральный бюджет - по нормативу 50 процентов; в бюджеты муниципальных районов, городских округов, городов федерального значения Москвы и Санкт-Петербурга по месту нахождения органа или должностного лица, принявшего решение о наложении денежного взыскания (штрафа), - по нормативу 50 процентов</w:t>
      </w:r>
    </w:p>
    <w:p>
      <w:r>
        <w:rPr>
          <w:b/>
        </w:rPr>
        <w:t xml:space="preserve">2. </w:t>
      </w:r>
      <w:r>
        <w:t>суммы денежных взысканий (штрафов), предусмотренных статьей 1292 Налогового кодекса Российской Федерации, - в бюджеты субъектов Российской Федерации, если иное не предусмотрено законами субъектов Российской Федерации, по нормативу 100 процентов</w:t>
      </w:r>
    </w:p>
    <w:p>
      <w:r>
        <w:rPr>
          <w:b/>
        </w:rPr>
        <w:t xml:space="preserve">6. </w:t>
      </w:r>
      <w:r>
        <w:t>в статье 47:</w:t>
      </w:r>
    </w:p>
    <w:p>
      <w:r>
        <w:rPr>
          <w:b/>
        </w:rPr>
        <w:t xml:space="preserve">6. </w:t>
      </w:r>
      <w:r>
        <w:t>в статье 51:</w:t>
      </w:r>
    </w:p>
    <w:p>
      <w:r>
        <w:rPr>
          <w:b/>
        </w:rPr>
        <w:t xml:space="preserve">6. </w:t>
      </w:r>
      <w:r>
        <w:t>статью 53 изложить в следующей редакции: "Статья 53. Полномочия Российской Федерации по формированию доходов бюджетов 1. Установление новых видов налогов, их отмена или изменение возможны только в соответствии с законодательством Российской Федерации о налогах и сборах</w:t>
      </w:r>
    </w:p>
    <w:p>
      <w:r>
        <w:rPr>
          <w:b/>
        </w:rPr>
        <w:t xml:space="preserve">6. </w:t>
      </w:r>
      <w:r>
        <w:t>абзац третий дополнить словами ", законами субъектов Российской Федерации и муниципальными правовыми актами представительных органов муниципальных образований"</w:t>
      </w:r>
    </w:p>
    <w:p>
      <w:r>
        <w:rPr>
          <w:b/>
        </w:rPr>
        <w:t xml:space="preserve">6. </w:t>
      </w:r>
      <w:r>
        <w:t>в абзаце четвертом слова "и безвозвратных перечислений" заменить словом "поступлений", слова "из Федерального фонда компенсаций и (или) региональных фондов компенсаций" исключить</w:t>
      </w:r>
    </w:p>
    <w:p>
      <w:r>
        <w:rPr>
          <w:b/>
        </w:rPr>
        <w:t xml:space="preserve">6. </w:t>
      </w:r>
      <w:r>
        <w:t>в пункте 1: в абзаце первом цифры "41 - 46" заменить словами "41, 42 и 46"; абзац второй изложить в следующей редакции: "доходов от использования имущества, находящегося в государственной собственности Российской Федерации (за исключением имущества федеральных автономных учреждений, а также имущества федеральных государственных унитарных предприятий, в том числе казенных), доходов от платных услуг, оказываемых федеральными бюджетными учреждениями, находящимися в ведении органов государственной власти Российской Федерации, - по нормативу 100 процентов;"; дополнить новым абзацем четвертым следующего содержания: "доходов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собственности Российской Федерации, за исключением имущества федеральных автономных учреждений, а также имущества федеральных государственных унитарных предприятий, в том числе казенных, - по нормативу 100 процентов;"; абзацы четвертый - девятый считать соответственно абзацами пятым - десятым; абзац десятый считать абзацем одиннадцатым и его после слов "водными объектами" дополнить словами ", находящимися в федеральной собственности,"; абзацы одиннадцатый - четырнадцатый считать соответственно абзацами двенадцатым - пятнадцатым; абзац пятнадцатый считать абзацем шестнадцатым и изложить его в следующей редакции: "платы за предоставление информации о зарегистрированных правах на недвижимое имущество и сделок с ним, выдачу копий договоров и иных документов, выражающих содержание односторонних сделок, совершенных в простой письменной форме, - по нормативу 100 процентов."</w:t>
      </w:r>
    </w:p>
    <w:p>
      <w:r>
        <w:rPr>
          <w:b/>
        </w:rPr>
        <w:t xml:space="preserve">6. </w:t>
      </w:r>
      <w:r>
        <w:t>в абзаце втором пункта 2 слова "Банка России, остающейся" заменить словами "Центрального банка Российской Федерации, остающаяся"</w:t>
      </w:r>
    </w:p>
    <w:p>
      <w:r>
        <w:rPr>
          <w:b/>
        </w:rPr>
        <w:t xml:space="preserve">3. </w:t>
      </w:r>
      <w:r>
        <w:t>статью 54 признать утратившей силу</w:t>
      </w:r>
    </w:p>
    <w:p>
      <w:r>
        <w:rPr>
          <w:b/>
        </w:rPr>
        <w:t xml:space="preserve">3. </w:t>
      </w:r>
      <w:r>
        <w:t>в статье 56:</w:t>
      </w:r>
    </w:p>
    <w:p>
      <w:r>
        <w:rPr>
          <w:b/>
        </w:rPr>
        <w:t xml:space="preserve">3. </w:t>
      </w:r>
      <w:r>
        <w:t>в статье 57:</w:t>
      </w:r>
    </w:p>
    <w:p>
      <w:r>
        <w:rPr>
          <w:b/>
        </w:rPr>
        <w:t xml:space="preserve">3. </w:t>
      </w:r>
      <w:r>
        <w:t>в статье 58:</w:t>
      </w:r>
    </w:p>
    <w:p>
      <w:r>
        <w:rPr>
          <w:b/>
        </w:rPr>
        <w:t xml:space="preserve">3. </w:t>
      </w:r>
      <w:r>
        <w:t>статью 59 изложить в следующей редакции: "Статья 59. Полномочия субъектов Российской Федерации по формированию доходов бюджетов субъектов Российской Федерации 1. Законодательством субъекта Российской Федерации о налогах и сборах вводятся региональные налоги, устанавливаются налоговые ставки и предоставляются налоговые льготы по региональным налогам в соответствии с законодательством Российской Федерации о налогах и сборах</w:t>
      </w:r>
    </w:p>
    <w:p>
      <w:r>
        <w:rPr>
          <w:b/>
        </w:rPr>
        <w:t xml:space="preserve">3. </w:t>
      </w:r>
      <w:r>
        <w:t>(Пункт исключен - Федеральный закон от 08.11.2007 № 257-ФЗ)</w:t>
      </w:r>
    </w:p>
    <w:p>
      <w:r>
        <w:rPr>
          <w:b/>
        </w:rPr>
        <w:t xml:space="preserve">3. </w:t>
      </w:r>
      <w:r>
        <w:t>абзац второй пункта 4 после слов "не установлено" дополнить словами "федеральным законом о федеральном бюджете и"</w:t>
      </w:r>
    </w:p>
    <w:p>
      <w:r>
        <w:rPr>
          <w:b/>
        </w:rPr>
        <w:t xml:space="preserve">3. </w:t>
      </w:r>
      <w:r>
        <w:t>в части первой: в абзаце первом цифры "41 - 43, 46" заменить цифрами "41, 42, 46"; дополнить новыми абзацами вторым - четвертым следующего содержания: "доходов от использования имущества, находящегося в государственной собственности субъектов Российской Федерации, за исключением имущества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 по нормативу 100 процентов; доходов от продажи имущества (кроме акций и иных форм участия в капитале), находящегося в государственной собственности субъектов Российской Федерации, за исключением имущества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 по нормативу 100 процентов; доходов от платных услуг, оказываемых бюджетными учреждениями субъектов Российской Федерации;"; абзац второй считать абзацем пятым и в нем слово "устанавливаемых" заменить словами "определяемых в порядке, установленном"; абзац третий считать абзацем шестым; абзац четвертый считать абзацем седьмым и его после слов "лесных насаждений," дополнить словами "а также платы по договору купли-продажи лесных насаждений для собственных нужд"; абзац пятый считать абзацем восьмым и признать его утратившим силу; абзац шестой считать абзацем девятым; дополнить абзацами следующего содержания: абзац; (Утратил силу - Федеральный закон от 27.12.2009 № 374-ФЗ) абзац; (Утратил силу - Федеральный закон от 03.12.2012 № 244-ФЗ) абзац; (Утратил силу - Федеральный закон от 03.12.2012 № 244-ФЗ) платы за пользование водными объектами, находящимися в собственности субъектов Российской Федерации, - по нормативу 100 процентов; разовых платежей за пользование недрами при наступлении определенных событий, оговоренных в лицензии (бонусы), по участкам недр, содержащих месторождения природных алмазов, - по нормативу 100 процентов."</w:t>
      </w:r>
    </w:p>
    <w:p>
      <w:r>
        <w:rPr>
          <w:b/>
        </w:rPr>
        <w:t xml:space="preserve">3. </w:t>
      </w:r>
      <w:r>
        <w:t>часть вторую изложить в следующей редакции: "В бюджеты субъектов Российской Федерации - городов федерального значения Москвы и Санкт-Петербурга подлежат зачислению: плата за негативное воздействие на окружающую среду - по нормативу 80 процентов; доходы от передачи в аренду земельных участков, государственная собственность на которые не разграничена и которые расположены в границах городов федерального значения Москвы и Санкт-Петербурга, а также средства от продажи права на заключение договоров аренды указанных земельных участков - по нормативу 100 процентов, если законодательством соответствующего субъекта Российской Федерации не установлено иное; доходы от продажи земельных участков, государственная собственность на которые не разграничена и которые расположены в границах городов федерального значения Москвы и Санкт-Петербурга, - по нормативу 100 процентов, если законодательством соответствующего субъекта Российской Федерации не установлено иное."</w:t>
      </w:r>
    </w:p>
    <w:p>
      <w:r>
        <w:rPr>
          <w:b/>
        </w:rPr>
        <w:t xml:space="preserve">3. </w:t>
      </w:r>
      <w:r>
        <w:t>наименование изложить в следующей редакции: "Статья 58. Полномочия субъектов Российской Федерации по установлению нормативов отчислений от федеральных и региональных налогов и сборов в местные бюджеты"</w:t>
      </w:r>
    </w:p>
    <w:p>
      <w:r>
        <w:rPr>
          <w:b/>
        </w:rPr>
        <w:t xml:space="preserve">3. </w:t>
      </w:r>
      <w:r>
        <w:t>в абзаце первом пункта 1 слова "на очередной финансовый год" исключить</w:t>
      </w:r>
    </w:p>
    <w:p>
      <w:r>
        <w:rPr>
          <w:b/>
        </w:rPr>
        <w:t xml:space="preserve">3. </w:t>
      </w:r>
      <w:r>
        <w:t>в абзаце первом пункта 2 слова "на очередной финансовый год" исключить</w:t>
      </w:r>
    </w:p>
    <w:p>
      <w:r>
        <w:rPr>
          <w:b/>
        </w:rPr>
        <w:t xml:space="preserve">3. </w:t>
      </w:r>
      <w:r>
        <w:t>в статье 61:</w:t>
      </w:r>
    </w:p>
    <w:p>
      <w:r>
        <w:rPr>
          <w:b/>
        </w:rPr>
        <w:t xml:space="preserve">3. </w:t>
      </w:r>
      <w:r>
        <w:t>в статье 611:</w:t>
      </w:r>
    </w:p>
    <w:p>
      <w:r>
        <w:rPr>
          <w:b/>
        </w:rPr>
        <w:t xml:space="preserve">3. </w:t>
      </w:r>
      <w:r>
        <w:t>в статье 612:</w:t>
      </w:r>
    </w:p>
    <w:p>
      <w:r>
        <w:rPr>
          <w:b/>
        </w:rPr>
        <w:t xml:space="preserve">3. </w:t>
      </w:r>
      <w:r>
        <w:t>статью 62 изложить в следующей редакции: "Статья 62. Неналоговые доходы местных бюджетов Неналоговые доходы местных бюджетов формируются в соответствии со статьями 41, 42 и 46 настоящего Кодекса, в том числе за счет: доходов от использования имущества, находящегося в муниципальной собственности, за исключением имущества муниципальных автономных учреждений, а также имущества муниципальных унитарных предприятий, в том числе казенных, - по нормативу 100 процентов; доходов от продажи имущества (кроме акций и иных форм участия в капитале), находящегося в муниципальной собственности, за исключением имущества муниципальных автономных учреждений, а также имущества муниципальных унитарных предприятий, в том числе казенных, - по нормативу 100 процентов; доходов от платных услуг, оказываемых муниципальными бюджетными учреждениями; части прибыли муниципальных унитарных предприятий, остающейся после уплаты налогов и иных обязательных платежей, в размерах, определяемых в порядке, установленном муниципальными правовыми актами представительных органов муниципальных образований. В бюджеты муниципальных районов и бюджеты городских округов подлежит зачислению плата за негативное воздействие на окружающую среду по нормативу 40 процентов. Абзац. (Утратил силу - Федеральный закон от 27.12.2009 № 374-ФЗ) В бюджеты городских округов до разграничения государственной собственности на землю поступают: доходы от передачи в аренду земельных участков,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 по нормативу 80 процентов; доходы от продажи земельных участков, государственная собственность на которые не разграничена и которые расположены в границах городских округов, - по нормативу 80 процентов. В бюджеты муниципальных районов до разграничения государственной собственности на землю поступают: доходы от передачи в аренду земельных участков,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 - по нормативу 50 процентов; доходы от продажи земельных участков, государственная собственность на которые не разграничена и которые расположены в границах межселенных территорий муниципальных районов, - по нормативу 100 процентов; доходы от продажи земельных участков, государственная собственность на которые не разграничена и которые расположены в границах поселений, - по нормативу 50 процентов; доходы от передачи в аренду земельных участков, государственная собственность на которые не разграничена и которые расположены в границах межселенных территорий муниципальных районов, а также средства от продажи права на заключение договоров аренды указанных земельных участков - по нормативу 100 процентов. В бюджеты поселений до разграничения государственной собственности на землю поступают: доходы от передачи в аренду земельных участков,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 - по нормативу 50 процентов; доходы от продажи земельных участков, государственная собственность на которые не разграничена и которые расположены в границах поселений, - по нормативу 50 процентов. В бюджеты поселений, муниципальных районов, городских округов подлежит зачислению плата за пользование водными объектами в зависимости от права собственности на водные объекты по нормативу 100 процентов."</w:t>
      </w:r>
    </w:p>
    <w:p>
      <w:r>
        <w:rPr>
          <w:b/>
        </w:rPr>
        <w:t xml:space="preserve">3. </w:t>
      </w:r>
      <w:r>
        <w:t>в статье 63:</w:t>
      </w:r>
    </w:p>
    <w:p>
      <w:r>
        <w:rPr>
          <w:b/>
        </w:rPr>
        <w:t xml:space="preserve">3. </w:t>
      </w:r>
      <w:r>
        <w:t>в статье 64:</w:t>
      </w:r>
    </w:p>
    <w:p>
      <w:r>
        <w:rPr>
          <w:b/>
        </w:rPr>
        <w:t xml:space="preserve">3. </w:t>
      </w:r>
      <w:r>
        <w:t>пункт 2: абзац первый после слов "федеральных налогов и сборов," дополнить словами "в том числе"; абзац; (Исключен - Федеральный закон от 08.11.2007 № 257-ФЗ) абзац; (Исключен - Федеральный закон от 08.11.2007 № 257-ФЗ)</w:t>
      </w:r>
    </w:p>
    <w:p>
      <w:r>
        <w:rPr>
          <w:b/>
        </w:rPr>
        <w:t xml:space="preserve">3. </w:t>
      </w:r>
      <w:r>
        <w:t>в пункте 3 слова "и (или) региональных налогов и сборов, налогов, предусмотренных специальными налоговыми режимами," заменить словами "налогов и сборов, в том числе налогов, предусмотренных специальными налоговыми режимами, и (или) региональных налогов"</w:t>
      </w:r>
    </w:p>
    <w:p>
      <w:r>
        <w:rPr>
          <w:b/>
        </w:rPr>
        <w:t xml:space="preserve">3. </w:t>
      </w:r>
      <w:r>
        <w:t>в пункте 4 слова ", региональных и (или) местных налогов и сборов, налогов, предусмотренных специальными налоговыми режимами," заменить словами "налогов и сборов, в том числе налогов, предусмотренных специальными налоговыми режимами, региональных и (или) местных налогов"</w:t>
      </w:r>
    </w:p>
    <w:p>
      <w:r>
        <w:rPr>
          <w:b/>
        </w:rPr>
        <w:t xml:space="preserve">3. </w:t>
      </w:r>
      <w:r>
        <w:t>в пункте 2: абзац первый после слов "федеральных налогов и сборов," дополнить словами "в том числе"; дополнить абзацем третьим следующего содержания: "налога на доходы физических лиц, взимаемого на межселенных территориях, - по нормативу 30 процентов;"; абзацы третий и четвертый считать соответственно абзацами четвертым и пятым; дополнить новым абзацем шестым следующего содержания: "единого сельскохозяйственного налога, взимаемого на межселенных территориях, - по нормативу 60 процентов;"; абзац пятый считать абзацем седьмым и в нем слово "регистрации" заменить словами "государственной регистрации"; абзац шестой считать абзацем восьмым и его после слов "общей юрисдикции" дополнить словами ", мировыми судьями", слова ", за исключением случаев, когда в суды общей юрисдикции обращаются прокуроры, органы государственной власти и органы местного самоуправления по делам в защиту государственных и общественных интересов" исключить; абзац седьмой считать абзацем девятым и признать его утратившим силу; абзац восьмой считать абзацем десятым и признать его утратившим силу; абзац девятый считать абзацем одиннадцатым и признать его утратившим силу</w:t>
      </w:r>
    </w:p>
    <w:p>
      <w:r>
        <w:rPr>
          <w:b/>
        </w:rPr>
        <w:t xml:space="preserve">3. </w:t>
      </w:r>
      <w:r>
        <w:t>в пункте 3 слова "и (или) региональных налогов и сборов, налогов, предусмотренных специальными налоговыми режимами," заменить словами "налогов и сборов, в том числе налогов, предусмотренных специальными налоговыми режимами, и (или) региональных налогов"</w:t>
      </w:r>
    </w:p>
    <w:p>
      <w:r>
        <w:rPr>
          <w:b/>
        </w:rPr>
        <w:t xml:space="preserve">3. </w:t>
      </w:r>
      <w:r>
        <w:t>абзац первый пункта 2 после слов "федеральных налогов и сборов," дополнить словами "в том числе"</w:t>
      </w:r>
    </w:p>
    <w:p>
      <w:r>
        <w:rPr>
          <w:b/>
        </w:rPr>
        <w:t xml:space="preserve">3. </w:t>
      </w:r>
      <w:r>
        <w:t>в пункте 3 слова "и (или) региональных налогов и сборов, налогов, предусмотренных специальными налоговыми режимами," заменить словами "налогов и сборов, в том числе налогов, предусмотренных специальными налоговыми режимами, и (или) региональных налогов"</w:t>
      </w:r>
    </w:p>
    <w:p>
      <w:r>
        <w:rPr>
          <w:b/>
        </w:rPr>
        <w:t xml:space="preserve">3. </w:t>
      </w:r>
      <w:r>
        <w:t>в наименовании слова "Порядок установления органами местного самоуправления муниципальных районов" заменить словами "Полномочия муниципального района по установлению"</w:t>
      </w:r>
    </w:p>
    <w:p>
      <w:r>
        <w:rPr>
          <w:b/>
        </w:rPr>
        <w:t xml:space="preserve">3. </w:t>
      </w:r>
      <w:r>
        <w:t>слово "Нормативным" заменить словом "Муниципальным", слова "на очередной финансовый год" исключить, слова ", региональных и (или) местных налогов и сборов, налогов, предусмотренных специальными налоговыми режимами" заменить словами "налогов и сборов, в том числе налогов, предусмотренных специальными налоговыми режимами, региональных и (или) местных налогов"</w:t>
      </w:r>
    </w:p>
    <w:p>
      <w:r>
        <w:rPr>
          <w:b/>
        </w:rPr>
        <w:t xml:space="preserve">3. </w:t>
      </w:r>
      <w:r>
        <w:t>в наименовании слова "органов местного самоуправления" заменить словами "муниципальных образований"</w:t>
      </w:r>
    </w:p>
    <w:p>
      <w:r>
        <w:rPr>
          <w:b/>
        </w:rPr>
        <w:t xml:space="preserve">3. </w:t>
      </w:r>
      <w:r>
        <w:t>пункты 1 - 3 изложить в следующей редакции: "1. Муниципальными правовыми актами представительного органа муниципального образования вводятся местные налоги, устанавливаются налоговые ставки по ним и предоставляются налоговые льготы по местным налогам в пределах прав, предоставленных представительному органу муниципального образования законодательством Российской Федерации о налогах и сборах</w:t>
      </w:r>
    </w:p>
    <w:p>
      <w:r>
        <w:rPr>
          <w:b/>
        </w:rPr>
        <w:t xml:space="preserve">3. </w:t>
      </w:r>
      <w:r>
        <w:t>в статье 65 слова "всех уровней" исключить, после слов "в очередном финансовом году" дополнить словами "(очередном финансовом году и плановом периоде)"</w:t>
      </w:r>
    </w:p>
    <w:p>
      <w:r>
        <w:rPr>
          <w:b/>
        </w:rPr>
        <w:t xml:space="preserve">3. </w:t>
      </w:r>
      <w:r>
        <w:t>статьи 66, 67 и 68 признать утратившими силу</w:t>
      </w:r>
    </w:p>
    <w:p>
      <w:r>
        <w:rPr>
          <w:b/>
        </w:rPr>
        <w:t xml:space="preserve">3. </w:t>
      </w:r>
      <w:r>
        <w:t>статью 69 изложить в следующей редакции: "Статья 69. Бюджетные ассигнования К бюджетным ассигнованиям относятся ассигнования на: оказание государственных (муниципальных) услуг, в том числе ассигнования на оплату государственных (муниципальных) контрактов на поставку товаров, выполнение работ, оказание услуг для государственных (муниципальных) нужд; социальное обеспечение населения; предоставление бюджетных инвестиций юридическим лицам, не являющимся государственными (муниципальными) учреждениями;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предоставление межбюджетных трансфертов; предоставление платежей, взносов, безвозмездных перечислений субъектам международного права; обслуживание государственного (муниципального) долга; исполнение судебных актов по искам к Российской Федерации, субъектам Российской Федерации, муниципальным образованиям о возмещении вреда, причиненного гражданину или юридическому лицу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w:t>
      </w:r>
    </w:p>
    <w:p>
      <w:r>
        <w:rPr>
          <w:b/>
        </w:rPr>
        <w:t xml:space="preserve">3. </w:t>
      </w:r>
      <w:r>
        <w:t>дополнить статьями 691 и 692 следующего содержания: "Статья 691. Бюджетные ассигнования на оказание государственных (муниципальных) услуг К бюджетным ассигнованиям на оказание государственных (муниципальных) услуг относятся ассигнования на: обеспечение выполнения функций бюджетных учреждений; предоставление субсидий автономным учреждениям, включая субсидии на возмещение нормативных затрат по оказанию ими государственных (муниципальных) услуг физическим и (или) юридическим лицам; предоставление субсидий некоммерческим организациям, не являющимся бюджетными и автономными учреждениями, в том числе в соответствии с договорами (соглашениями) на оказание указанными организациями государственных (муниципальных) услуг физическим и (или) юридическим лицам; закупку товаров, работ и услуг для государственных (муниципальных) нужд (за исключением бюджетных ассигнований для обеспечения выполнения функций бюджетного учреждения), в том числе в целях: оказания государственных (муниципальных) услуг физическим и юридическим лицам; абзац; (Утратил силу - Федеральный закон от 08.05.2010 № 83-ФЗ) разработки, закупки и ремонта вооружений, военной и специальной техники, продукции производственно-технического назначения и имущества в рамках государственного оборонного заказа; закупки товаров в государственный материальный резерв</w:t>
      </w:r>
    </w:p>
    <w:p>
      <w:r>
        <w:rPr>
          <w:b/>
        </w:rPr>
        <w:t>Статья 692. Государственное (муниципальное) задание</w:t>
      </w:r>
    </w:p>
    <w:p>
      <w:r>
        <w:rPr>
          <w:b/>
        </w:rPr>
        <w:t xml:space="preserve">1. </w:t>
      </w:r>
      <w:r>
        <w:t>Государственное (муниципальное) задание должно содержать: абзац; (Утратил силу - Федеральный закон от 08.05.2010 № 83-ФЗ) определение категорий физических и (или) юридических лиц, являющихся потребителями соответствующих услуг; показатели, характеризующие качество и (или) объем (состав) оказываемых физическим и (или) юридическим лицам государственных (муниципальных) услуг; порядок оказания государственных (муниципальных) услуг физическим и (или) юридическим лицам; предельные цены (тарифы) на оплату государственных (муниципальных) услуг физическими или юридическими лицами в случаях, если законодательством Российской Федерации предусмотрено оказание соответствующих услуг на платной основе, либо порядок их установления; порядок контроля за исполнением государственного (муниципального) задания, в том числе условия и порядок его досрочного прекращения; требования к отчетности об исполнении государственного (муниципального) задания</w:t>
      </w:r>
    </w:p>
    <w:p>
      <w:r>
        <w:rPr>
          <w:b/>
        </w:rPr>
        <w:t xml:space="preserve">2. </w:t>
      </w:r>
      <w:r>
        <w:t>Государственное (муниципальное) задание используется при составлении проектов бюджетов для планирования бюджетных ассигнований на оказание государственными (муниципальными) учреждениями и иными некоммерческими организациями государственных (муниципальных) услуг физическим и (или) юридическим лицам</w:t>
      </w:r>
    </w:p>
    <w:p>
      <w:r>
        <w:rPr>
          <w:b/>
        </w:rPr>
        <w:t xml:space="preserve">3. </w:t>
      </w:r>
      <w:r>
        <w:t>Государственное (муниципальное) задание формируется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на срок до одного года в случае утверждения бюджета на очередной финансовый год и на срок до трех лет в случае утверждения бюджета на очередной финансовый год и плановый период (с возможным уточнением при составлении проекта бюджета)</w:t>
      </w:r>
    </w:p>
    <w:p>
      <w:r>
        <w:rPr>
          <w:b/>
        </w:rPr>
        <w:t xml:space="preserve">4. </w:t>
      </w:r>
      <w:r>
        <w:t>Финансовое обеспечение выполнения государственных (муниципальных) заданий осуществляется за счет средств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
        <w:rPr>
          <w:b/>
        </w:rPr>
        <w:t xml:space="preserve">2. </w:t>
      </w:r>
      <w:r>
        <w:t>Государственные (муниципальные) контракты заключаются и оплачиваются в пределах лимитов бюджетных обязательств, кроме случаев, установленных пунктом 3 настоящей статьи</w:t>
      </w:r>
    </w:p>
    <w:p>
      <w:r>
        <w:rPr>
          <w:b/>
        </w:rPr>
        <w:t xml:space="preserve">3. </w:t>
      </w:r>
      <w:r>
        <w:t>В случае, если предметами государственного (муниципального) контракта являются поставка товаров в соответствии с государственной программой вооружения, утверждаемой Президентом Российской Федерации, а также выполнение работ, оказание услуг, длительность производственного цикла выполнения, оказания которых составляет более трех лет (одного года - в случае утверждения закона субъекта Российской Федерации о бюджете субъекта Российской Федерации (решения о местном бюджете) на очередной финансовый год), такие государственные (муниципальные) контракты могут заключаться в пределах средств, установленных на соответствующие цели долгосрочными целевыми программами (проектами) и государственной программой вооружения, утверждаемой Президентом Российской Федерации, на срок реализации указанных программ (проектов), а также в соответствии с решениями Правительства Российской Федерации, высшего исполнительного органа государственной власти субъекта Российской Федерации, местной администрации, принимаемыми в порядке, определяемом Правительством Российской Федерации.";</w:t>
      </w:r>
    </w:p>
    <w:p>
      <w:r>
        <w:rPr>
          <w:b/>
        </w:rPr>
        <w:t xml:space="preserve">2. </w:t>
      </w:r>
      <w:r>
        <w:t>Контроль за соблюдением указанных в пункте 1 настоящей статьи условий осуществляется главным распорядителем бюджетных средств.";</w:t>
      </w:r>
    </w:p>
    <w:p>
      <w:r>
        <w:rPr>
          <w:b/>
        </w:rPr>
        <w:t xml:space="preserve">2. </w:t>
      </w:r>
      <w:r>
        <w:t>Социальное обеспечение населения может осуществляться посредством принятия публичных нормативных обязательств. Бюджетные ассигнования на исполнение указанных публичных нормативных обязательств предусматриваются отдельно по каждому виду обязательств в виде пенсий, пособий, компенсаций и других социальных выплат, а также осуществления мер социальной поддержки населения.";</w:t>
      </w:r>
    </w:p>
    <w:p>
      <w:r>
        <w:rPr>
          <w:b/>
        </w:rPr>
        <w:t xml:space="preserve">2. </w:t>
      </w:r>
      <w:r>
        <w:t>Субсидии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предоставляются</w:t>
      </w:r>
    </w:p>
    <w:p>
      <w:r>
        <w:rPr>
          <w:b/>
        </w:rPr>
        <w:t xml:space="preserve">3. </w:t>
      </w:r>
      <w:r>
        <w:t>Нормативные правовые акты, муниципальные правовые акты, регулирующие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должны определять</w:t>
      </w:r>
    </w:p>
    <w:p>
      <w:r>
        <w:rPr>
          <w:b/>
        </w:rPr>
        <w:t xml:space="preserve">2. </w:t>
      </w:r>
      <w:r>
        <w:t>В федеральном законе о федеральном бюджете могут предусматриваться субсидии иным некоммерческим организациям, не являющимся автономными и бюджетными учреждениями, в том числе в виде имущественного взноса в государственные корпорации. (В редакции Федерального закона от 02.11.2007 № 247-ФЗ) Порядок определения объема и предоставления указанных субсидий из федерального бюджета устанавливается Правительством Российской Федерации, а также федеральными законами, предусматривающими создание государственных корпораций."; (В редакции Федерального закона от 02.11.2007 № 247-ФЗ) 54) статью 79 изложить в следующей редакции: "Статья 79. Бюджетные инвестиции в объекты государственной и муниципальной собственности 1. Бюджетные ассигнования на осуществление бюджетных инвестиций в объекты капитального строительства государственной собственности Российской Федерации, государственной собственности субъектов Российской Федерации и муниципальной собственности в форме капитальных вложений в основные средства государственных (муниципальных) учреждений и государственных (муниципальных) унитарных предприятий предусматриваются в соответствии с долгосрочными целевыми программами, а также нормативными правовыми актами соответственно Правительства Российской Федерации, высшего исполнительного органа государственной власти субъекта Российской Федерации, местной администрации либо в установленном указанными органами порядке решениями главных распорядителей бюджетных средств соответствующих бюджетов</w:t>
      </w:r>
    </w:p>
    <w:p>
      <w:r>
        <w:rPr>
          <w:b/>
        </w:rPr>
        <w:t xml:space="preserve">2. </w:t>
      </w:r>
      <w:r>
        <w:t>Решения о подготовке и реализации бюджетных инвестиций в объекты капитального строительства государственной собственности Российской Федерации в форме капитальных вложений в основные средства федеральных государственных учреждений сметной стоимостью более 600 миллионов рублей и в объекты капитального строительства федеральных государственных унитарных предприятий независимо от их сметной стоимости, не включенные в долгосрочные целевые программы, принимаются Правительством Российской Федерации. (В редакции Федерального закона от 02.11.2007 № 247-ФЗ) Решения о подготовке и реализации бюджетных инвестиций в объекты капитального строительства государственной собственности Российской Федерации сметной стоимостью менее 600 миллионов рублей, не включенные в долгосрочные целевые программы, принимаются главным распорядителем средств федерального бюджета (субъектом бюджетного планирования) в порядке, определяемом Правительством Российской Федерации. (В редакции Федерального закона от 02.11.2007 № 247-ФЗ) Решения о подготовке и реализации бюджетных инвестиций в объекты капитального строительства государственной собственности субъектов Российской Федерации и муниципальной собственности принимаются соответственно высшим исполнительным органом государственной власти субъекта Российской Федерации, местной администрацией муниципального образования. Абзац. (Утратил силу - Федеральный закон от 30.12.2008 № 310-ФЗ) Абзац. (Утратил силу - Федеральный закон от 30.12.2008 № 310-ФЗ) Абзац. (Утратил силу - Федеральный закон от 30.12.2008 № 310-ФЗ) Абзац. (Утратил силу - Федеральный закон от 30.12.2008 № 310-ФЗ)</w:t>
      </w:r>
    </w:p>
    <w:p>
      <w:r>
        <w:rPr>
          <w:b/>
        </w:rPr>
        <w:t xml:space="preserve">4. </w:t>
      </w:r>
      <w:r>
        <w:t>Порядок отражения бюджетных ассигнований на осуществление бюджетных инвестиций в объекты капитального строительства государственной собственности субъекта Российской Федерации и объекты муниципальной собственности в законе (решении) о бюджете и (или) в сводной бюджетной росписи устанавливается соответственно законом субъекта Российской Федерации или муниципальным правовым актом муниципального образования. Бюджетные ассигнования на осуществление бюджетных инвестиций в объекты капитального строительства государственной собственности субъектов Российской Федерации и объекты капитального строительства муниципальной собственности в соответствии с инвестиционными проектами, софинансирование которых осуществляется за счет межбюджетных субсидий, подлежат утверждению соответственно законом субъекта Российской Федерации о бюджете субъекта Российской Федерации, решением представительного органа местного самоуправления о местном бюджете в составе ведомственной структуры расходов раздельно по каждому инвестиционному проекту и соответствующему ему виду расходов</w:t>
      </w:r>
    </w:p>
    <w:p>
      <w:r>
        <w:rPr>
          <w:b/>
        </w:rPr>
        <w:t xml:space="preserve">5. </w:t>
      </w:r>
      <w:r>
        <w:t>Предоставление бюджетных инвестиций государственному (муниципальному) унитарному предприятию влечет соответствующие увеличения уставного фонда государственного (муниципального) унитарного предприятия в порядке, установленном законодательством о государственных (муниципальных) унитарных предприятиях</w:t>
      </w:r>
    </w:p>
    <w:p>
      <w:r>
        <w:rPr>
          <w:b/>
        </w:rPr>
        <w:t xml:space="preserve">6. </w:t>
      </w:r>
      <w:r>
        <w:t>Бюджетные инвестиции в объекты капитального строительства государственной (муниципальной) собственности в форме капитальных вложений в основные средства могут осуществляться в соответствии с концессионными соглашениями</w:t>
      </w:r>
    </w:p>
    <w:p>
      <w:r>
        <w:rPr>
          <w:b/>
        </w:rPr>
        <w:t xml:space="preserve">7. </w:t>
      </w:r>
      <w:r>
        <w:t>Осуществление бюджетных инвестиций из федерального бюджета, бюджета субъекта Российской Федерации, местного бюджета в объекты капитального строительства государственной и муниципальной собственности, которые не относятся (не могут быть отнесены) соответственно к государственной собственности Российской Федерации, государственной собственности субъекта Российской Федерации, муниципальной собственности, не допускается. Федеральным законом о федеральном бюджете может предусматриваться предоставление субсидий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бюджетные инвестиции в которые осуществляются из бюджетов субъектов Российской Федерации, или на предоставление соответствующих субсидий из бюджетов субъектов Российской Федерации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Законом о бюджете субъекта Российской Федерации может быть предусмотрено предоставление субсидий местным бюджетам на софинансирование объектов капитального строительства муниципальной собственности, бюджетные инвестиции в которые осуществляются из местных бюджетов. Предоставление указанных субсидий бюджетам субъектов Российской Федерации (местным бюджетам) осуществляется в соответствии со статьей 179 настоящего Кодекса, за исключением субсидий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и муниципальной собственности за счет бюджетных ассигнований Инвестиционного фонда Российской Федерации в соответствии со статьей 1792 настоящего Кодекса."; (В редакции Федерального закона от 02.11.2007 № 247-ФЗ) 55) статью 80 изложить в следующей редакции: "Статья 80. Предоставление бюджетных инвестиций юридическим лицам, не являющимся государственными и муниципальными учреждениями и государственными или муниципальными унитарными предприятиями 1. Предоставление бюджетных инвестиций юридическим лицам, не являющимся государственными и муниципальными учреждениями и государственными или муниципальными унитарными предприятиями, влечет возникновение права государственной или муниципальной собственности на эквивалентную часть уставных (складочных) капиталов указанных юридических лиц, которое оформляется участием Российской Федерации, субъектов Российской Федерации и муниципальных образований в уставных (складочных) капиталах таких юридических лиц в соответствии с гражданским законодательством Российской Федерации. Оформление доли Российской Федерации, субъекта Российской Федерации, муниципального образования в уставном (складочном) капитале, принадлежащей Российской Федерации, субъекту Российской Федерации, муниципальному образованию, осуществляется в порядке и по ценам, которые определяются в соответствии с законодательством Российской Федерации</w:t>
      </w:r>
    </w:p>
    <w:p>
      <w:r>
        <w:rPr>
          <w:b/>
        </w:rPr>
        <w:t xml:space="preserve">2. </w:t>
      </w:r>
      <w:r>
        <w:t>Бюджетные инвестиции, планируемые к предоставлению юридическим лицам, указанным в пункте 1 настоящей статьи, утверждаются законом (решением) о бюджете путем включения в закон (решение) о бюджете текстовой статьи с указанием юридического лица, объема и цели выделенных бюджетных ассигнований</w:t>
      </w:r>
    </w:p>
    <w:p>
      <w:r>
        <w:rPr>
          <w:b/>
        </w:rPr>
        <w:t xml:space="preserve">3. </w:t>
      </w:r>
      <w:r>
        <w:t>Договор между Правительством Российской Федерации, высшим исполнительным органом государственной власти субъекта Российской Федерации или уполномоченными ими федеральными органами исполнительной власти, исполнительными органами государственной власти субъекта Российской Федерации, а также местной администрацией муниципального образования и юридическим лицом, указанным в пункте 1 настоящей статьи, об участии соответственно Российской Федерации, субъекта Российской Федерации или муниципального образования в собственности субъекта инвестиций оформляется в течение трех месяцев после дня вступления в силу закона (решения) о бюджете. Отсутствие оформленных в установленном порядке договоров служит основанием для непредоставления бюджетных инвестиций.";</w:t>
      </w:r>
    </w:p>
    <w:p>
      <w:r>
        <w:rPr>
          <w:b/>
        </w:rPr>
        <w:t xml:space="preserve">1. </w:t>
      </w:r>
      <w:r>
        <w:t>В расходной части бюджетов бюджетной системы Российской Федерации (за исключением бюджетов государственных внебюджетных фондов) предусматривается создание резервных фондов исполнительных органов государственной власти (местных администраций) - резервного фонда Правительства Российской Федерации, резервных фондов высших исполнительных органов государственной власти субъектов Российской Федерации, резервных фондов местных администраций</w:t>
      </w:r>
    </w:p>
    <w:p>
      <w:r>
        <w:rPr>
          <w:b/>
        </w:rPr>
        <w:t xml:space="preserve">2. </w:t>
      </w:r>
      <w:r>
        <w:t>В расходной части бюджетов бюджетной системы Российской Федерации запрещается создание резервных фондов законодательных (представительных) органов и депутатов законодательных (представительных) органов</w:t>
      </w:r>
    </w:p>
    <w:p>
      <w:r>
        <w:rPr>
          <w:b/>
        </w:rPr>
        <w:t xml:space="preserve">3. </w:t>
      </w:r>
      <w:r>
        <w:t>Размер резервных фондов исполнительных органов государственной власти (местных администраций) устанавливается законами (решениями) о соответствующих бюджетах и не может превышать 3 процента утвержденного указанными законами (решениями) общего объема расходов</w:t>
      </w:r>
    </w:p>
    <w:p>
      <w:r>
        <w:rPr>
          <w:b/>
        </w:rPr>
        <w:t xml:space="preserve">4. </w:t>
      </w:r>
      <w:r>
        <w:t>Средства резервных фондов исполнительных органов государственной власти (местных администраций)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
        <w:rPr>
          <w:b/>
        </w:rPr>
        <w:t xml:space="preserve">5. </w:t>
      </w:r>
      <w:r>
        <w:t>Бюджетные ассигнования резервного фонда Правительства Российской Федерации, резервного фонда высшего исполнительного органа государственной власти субъекта Российской Федерации, резервного фонда местной администрации, предусмотренные в составе федерального бюджета, бюджета субъекта Российской Федерации, местного бюджета, используются по решению соответственно Правительства Российской Федерации, высшего исполнительного органа государственной власти субъекта Российской Федерации, местной администрации</w:t>
      </w:r>
    </w:p>
    <w:p>
      <w:r>
        <w:rPr>
          <w:b/>
        </w:rPr>
        <w:t xml:space="preserve">6. </w:t>
      </w:r>
      <w:r>
        <w:t>Порядок использования бюджетных ассигнований резервного фонда Правительства Российской Федерации, резервного фонда высшего исполнительного органа государственной власти субъекта Российской Федерации, резервного фонда местной администрации, предусмотренных в составе федерального бюджета, бюджета субъекта Российской Федерации, местного бюджета, устанавливается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
        <w:rPr>
          <w:b/>
        </w:rPr>
        <w:t xml:space="preserve">7. </w:t>
      </w:r>
      <w:r>
        <w:t>Отчет об использовании бюджетных ассигнований резервных фондов исполнительных органов государственной власти (местных администраций) прилагается к ежеквартальному и годовому отчетам об исполнении соответствующего бюджета.";</w:t>
      </w:r>
    </w:p>
    <w:p>
      <w:r>
        <w:rPr>
          <w:b/>
        </w:rPr>
        <w:t xml:space="preserve">2. </w:t>
      </w:r>
      <w:r>
        <w:t>Выделение бюджетных ассигнований на принятие новых видов расходных обязательств или увеличение бюджетных ассигнований на исполнение существующих видов расходных обязательств может осуществляться только с начала очередного финансового года при условии включения соответствующих бюджетных ассигнований в закон (решение) о бюджете либо в текущем финансовом году после внесения соответствующих изменений в закон (решение) о бюджете при наличии соответствующих источников дополнительных поступлений в бюджет и (или) при сокращении бюджетных ассигнований по отдельным статьям расходов бюджета.";</w:t>
      </w:r>
    </w:p>
    <w:p>
      <w:r>
        <w:rPr>
          <w:b/>
        </w:rPr>
        <w:t xml:space="preserve">2. </w:t>
      </w:r>
      <w:r>
        <w:t>Кредиты Центрального банка Российской Федерации, а также приобретение Центральным банком Российской Федерации государственных ценных бумаг Российской Федерации при их размещении не могут быть источниками финансирования дефицита федерального бюджета.";</w:t>
      </w:r>
    </w:p>
    <w:p>
      <w:r>
        <w:rPr>
          <w:b/>
        </w:rPr>
        <w:t xml:space="preserve">2. </w:t>
      </w:r>
      <w:r>
        <w:t>Дефицит бюджета субъекта Российской Федерации не должен превышать 15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 Для субъекта Российской Федерации, в отношении которого осуществляются меры, предусмотренные пунктом 4 статьи 130 настоящего Кодекса, дефицит бюджета не должен превышать 10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 В случае утверждения законом субъекта Российской Федерации о бюджете в составе источников финансирования дефицита бюджета субъекта Российской Федерации поступлений от продажи акций и иных форм участия в капитале, находящихся в собственности субъекта Российской Федерации, и снижения остатков средств на счетах по учету средств бюджета субъекта Российской Федерации дефицит бюджета субъекта Российской Федерации может превысить ограничения, установленные настоящим пунктом, в пределах суммы указанных поступлений и снижения остатков средств на счетах по учету средств бюджета субъекта Российской Федерации</w:t>
      </w:r>
    </w:p>
    <w:p>
      <w:r>
        <w:rPr>
          <w:b/>
        </w:rPr>
        <w:t xml:space="preserve">3. </w:t>
      </w:r>
      <w:r>
        <w:t>Дефицит местного бюджета не должен превышать 10 процентов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 Для муниципального образования, в отношении которого осуществляются меры, предусмотренные пунктом 4 статьи 136 настоящего Кодекса, дефицит бюджета не должен превышать 5 процентов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 В случае утверждения муниципальным правовым актом представительного органа муниципального образования о бюджете в составе источников финансирования дефицита местного бюджета поступлений от продажи акций и иных форм участия в капитале, находящихся в собственности муниципального образования, и снижения остатков средств на счетах по учету средств местного бюджета дефицит местного бюджета может превысить ограничения, установленные настоящим пунктом, в пределах суммы указанных поступлений и снижения остатков средств на счетах по учету средств местного бюджета</w:t>
      </w:r>
    </w:p>
    <w:p>
      <w:r>
        <w:rPr>
          <w:b/>
        </w:rPr>
        <w:t xml:space="preserve">4. </w:t>
      </w:r>
      <w:r>
        <w:t>Дефицит бюджета субъекта Российской Федерации, дефицит местного бюджета, сложившийся по данным годового отчета об исполнении соответствующего бюджета, должен соответствовать ограничениям, установленным пунктами 2 и 3 настоящей статьи. Превышение по данным годового отчета об исполнении соответствующего бюджета установленных настоящей статьей ограничений является нарушением бюджетного законодательства Российской Федерации и влечет применение предусмотренных настоящим Кодексом мер принуждения за нарушение бюджетного законодательства Российской Федерации</w:t>
      </w:r>
    </w:p>
    <w:p>
      <w:r>
        <w:rPr>
          <w:b/>
        </w:rPr>
        <w:t xml:space="preserve">5. </w:t>
      </w:r>
      <w:r>
        <w:t>Кредиты Центрального банка Российской Федерации, а также приобретение Центральным банком Российской Федерации государственных ценных бумаг субъектов Российской Федерации, муниципальных ценных бумаг при их размещении не могут быть источниками финансирования дефицита соответствующего бюджета.";</w:t>
      </w:r>
    </w:p>
    <w:p>
      <w:r>
        <w:rPr>
          <w:b/>
        </w:rPr>
        <w:t xml:space="preserve">2. </w:t>
      </w:r>
      <w:r>
        <w:t>Бюджетный кредит предоставляется на условиях возмездности, если иное не предусмотрено настоящим Кодексом или соответствующими законами (решениями) о бюджете, и возвратности. При утверждении бюджета устанавливаются цели, на которые может быть предоставлен бюджетный кредит, условия и порядок предоставления бюджетных кредитов, бюджетные ассигнования для их предоставления на срок в пределах финансового года и на срок, выходящий за пределы финансового года, а также ограничения по получателям (заемщикам) бюджетных кредитов. Заемщики обязаны вернуть бюджетный кредит и уплатить проценты за пользование им в порядке и сроки, установленные условиями предоставления кредита и (или) договором</w:t>
      </w:r>
    </w:p>
    <w:p>
      <w:r>
        <w:rPr>
          <w:b/>
        </w:rPr>
        <w:t xml:space="preserve">3. </w:t>
      </w:r>
      <w:r>
        <w:t>Бюджетный кредит может быть предоставлен только при условии предоставления заемщиком обеспечения исполнения своего обязательства по возврату указанного кредита, уплате процентных и иных платежей, предусмотренных соответствующим договором (соглашением), за исключением случаев, когда заемщиком является Российская Федерация или субъект Российской Федерации. (В редакции Федерального закона от 02.11.2007 № 247-ФЗ) Способами обеспечения исполнения обязательств юридического лица, муниципального образования по возврату бюджетного кредита, уплате процентных и иных платежей, предусмотренных законом и (или) договором, могут быть только банковские гарантии, поручительства, государственные или муниципальные гарантии, залог имущества в размере не менее 100 процентов предоставляемого кредита. Обеспечение исполнения обязательств должно иметь высокую степень ликвидности. Не допускается принятие в качестве обеспечения исполнения обязательств юридического лица, муниципального образования государственных или муниципальных гарантий публично-правовых образований, поручительств и гарантий юридических лиц, имеющих просроченную задолженность по обязательным платежам или по денежным обязательствам перед соответствующим бюджетом (публично-правовым образованием), а также поручительств и гарантий юридических лиц, величина чистых активов которых меньше величины, равной трехкратной сумме предоставляемого кредита. Оценка имущества, предоставляемого в залог, осуществляется в соответствии с законодательством Российской Федерации. Оценка надежности (ликвидности) банковской гарантии, поручительства осуществляется соответственно Министерством финансов Российской Федерации, финансовым органом субъекта Российской Федерации, финансовым органом муниципального образования в установленном ими порядке. При неспособности заемщика (юридического лица, муниципального образования) обеспечить исполнение обязательств по возврату бюджетного кредита, уплате процентных и иных платежей, предусмотренных соответствующим договором (соглашением), способами, предусмотренными настоящим пунктом, бюджетный кредит не предоставляется. (В редакции Федерального закона от 02.11.2007 № 247-ФЗ) В случаях, установленных бюджетным законодательством Российской Федерации, бюджетный кредит может быть предоставлен муниципальному образованию без предоставления им обеспечения исполнения своего обязательства по возврату указанного кредита, уплате процентных и иных платежей, предусмотренных соответствующим договором (соглашением). (В редакции Федерального закона от 02.11.2007 № 247-ФЗ)</w:t>
      </w:r>
    </w:p>
    <w:p>
      <w:r>
        <w:rPr>
          <w:b/>
        </w:rPr>
        <w:t xml:space="preserve">4. </w:t>
      </w:r>
      <w:r>
        <w:t>Уполномоченные в соответствии с федеральными законами, нормативными правовыми актами Президента Российской Федерации и Правительства Российской Федерации, нормативными актами субъектов Российской Федерации, нормативными актами муниципальных образований органы государственной власти, органы местного самоуправления представляют соответственно Российскую Федерацию, субъект Российской Федерации, муниципальное образование в договоре о предоставлении бюджетного кредита, а также в правоотношениях, возникающих в связи с его заключением. (В редакции Федерального закона от 02.11.2007 № 247-ФЗ)</w:t>
      </w:r>
    </w:p>
    <w:p>
      <w:r>
        <w:rPr>
          <w:b/>
        </w:rPr>
        <w:t xml:space="preserve">5. </w:t>
      </w:r>
      <w:r>
        <w:t>Обязательным условием предоставления бюджетного кредита юридическому лицу является проведение предварительной проверки финансового состояния юридического лица - получателя бюджетного кредита, его гаранта или поручителя органами, указанными в пункте 4 настоящей статьи, или по их поручению уполномоченным лицом (далее - уполномоченное лицо)</w:t>
      </w:r>
    </w:p>
    <w:p>
      <w:r>
        <w:rPr>
          <w:b/>
        </w:rPr>
        <w:t xml:space="preserve">6. </w:t>
      </w:r>
      <w:r>
        <w:t>До полного исполнения обязательств по бюджетному кредиту органы, указанные в пункте 4 настоящей статьи, или по их поручению уполномоченные лица ведут учет основных и обеспечительных обязательств, а также в соответствии с условиями заключенных договоров (соглашений) осуществляют проверку финансового состояния заемщиков, гарантов, поручителей, достаточности суммы предоставленного обеспечения. Проверка целевого использования бюджетного кредита осуществляется органами государственной власти и местного самоуправления, обладающими соответствующими полномочиями. При выявлении недостаточности имеющегося обеспечения исполнения обязательств или существенного ухудшения финансового состояния гаранта или поручителя обеспечение исполнения обязательств заемщика подлежит полной или частичной замене в целях приведения его в соответствие установленным требованиям. При неспособности заемщика представить иное или дополнительное обеспечение исполнения своих обязательств, а также в случае нецелевого использования средств бюджетного кредита он подлежит досрочному возврату</w:t>
      </w:r>
    </w:p>
    <w:p>
      <w:r>
        <w:rPr>
          <w:b/>
        </w:rPr>
        <w:t xml:space="preserve">7. </w:t>
      </w:r>
      <w:r>
        <w:t>При невыполнении заемщиком, гарантом или поручителем своих обязательств по возврату бюджетного кредита, уплате процентов и (или) иных платежей, предусмотренных заключенным с ним договором, органы, указанные в пункте 4 настоящей статьи, или по их поручению уполномоченное лицо принимают меры по принудительному взысканию с заемщика, гаранта или поручителя просроченной задолженности, в том числе по обращению взыскания на предмет залога</w:t>
      </w:r>
    </w:p>
    <w:p>
      <w:r>
        <w:rPr>
          <w:b/>
        </w:rPr>
        <w:t xml:space="preserve">8. </w:t>
      </w:r>
      <w:r>
        <w:t>Заемщики, гаранты, поручители и залогодатели обязаны предоставлять информацию и документы, запрашиваемые уполномоченными органами (лицами) в целях реализации ими своих функций и полномочий, установленных настоящим Кодексом и иными правовыми актами</w:t>
      </w:r>
    </w:p>
    <w:p>
      <w:r>
        <w:rPr>
          <w:b/>
        </w:rPr>
        <w:t xml:space="preserve">9. </w:t>
      </w:r>
      <w:r>
        <w:t>Если иное не установлено договором, обязанность по возврату бюджетных кредитов, а также по внесению платы за пользование ими считается исполненной с момента совершения Центральным банком Российской Федерации операции по зачислению (учету) денежных средств на счет, указанный в пункте 1 статьи 40 настоящего Кодекса</w:t>
      </w:r>
    </w:p>
    <w:p>
      <w:r>
        <w:rPr>
          <w:b/>
        </w:rPr>
        <w:t xml:space="preserve">10. </w:t>
      </w:r>
      <w:r>
        <w:t>Под реструктуризацией обязательств (задолженности) по бюджетному кредиту понимается основанное на соглашении предоставление отсрочек, рассрочек исполнения обязательств, а также прекращение первоначального обязательства с заменой его другим обязательством между теми же лицами, предусматривающими иной предмет или способ исполнения. Условия реструктуризации обязательств (задолженности) по бюджетному кредиту устанавливаются соответствующими законами (решениями) о бюджете и принятыми в соответствии с ними актами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соответственно, которыми также определяется порядок проведения реструктуризации обязательств (задолженности) по бюджетному кредиту. (Дополнение абзацем - Федеральный закон от 02.11.2007 № 247-ФЗ)</w:t>
      </w:r>
    </w:p>
    <w:p>
      <w:r>
        <w:rPr>
          <w:b/>
        </w:rPr>
        <w:t xml:space="preserve">11. </w:t>
      </w:r>
      <w:r>
        <w:t>В порядке и случаях, предусмотренных законодательством Российской Федерации о судопроизводстве, об исполнительном производстве и о несостоятельности (банкротстве), финансовые органы вправе принимать решения о заключении мировых соглашений, устанавливая условия урегулирования задолженности должников по денежным обязательствам перед соответствующим публично-правовым образованием способами, предусмотренными законом (решением) о бюджете.";</w:t>
      </w:r>
    </w:p>
    <w:p>
      <w:r>
        <w:rPr>
          <w:b/>
        </w:rPr>
        <w:t xml:space="preserve">2. </w:t>
      </w:r>
      <w:r>
        <w:t>Местным бюджетам из бюджета субъекта Российской Федерации могут предоставляться бюджетные кредиты на срок до одного года. Основания, условия предоставления, использования и возврата указанных кредитов устанавливаются законами субъектов Российской Федерации о бюджетах субъектов Российской Федерации и принимаемыми в соответствии с ними нормативными правовыми актами высших исполнительных органов государственной власти субъектов Российской Федерации. В случае, если предоставленные местным бюджетам из бюджета субъекта Российской Федерации бюджетные кредиты не погашены в установленные сроки, остаток непогашенного кредита, включая проценты, штрафы и пени, взыскивается за счет дотаций местному бюджету из бюджета субъекта Российской Федерации, а также за счет отчислений от федеральных и региональных налогов и сборов, налогов, предусмотренных специальными налоговыми режимами, подлежащих зачислению в местный бюджет</w:t>
      </w:r>
    </w:p>
    <w:p>
      <w:r>
        <w:rPr>
          <w:b/>
        </w:rPr>
        <w:t xml:space="preserve">3. </w:t>
      </w:r>
      <w:r>
        <w:t>Бюджетам поселений из бюджетов муниципальных районов могут предоставляться бюджетные кредиты на срок до одного года. Основания, условия предоставления, использования и возврата бюджетных кредитов устанавливаются муниципальными правовыми актами представительного органа муниципального района и принимаемыми в соответствии с ними муниципальными правовыми актами местной администрации муниципального района. В случае, если предоставленные бюджетам поселений из бюджетов муниципальных районов бюджетные кредиты не погашены в установленные сроки, остаток непогашенного кредита, включая проценты, штрафы и пени, взыскивается за счет дотаций бюджетам поселений из бюджета муниципального района (в случае передачи муниципальному району полномочия субъекта Российской Федерации на выравнивание бюджетной обеспеченности поселений), а также за счет доходов от федеральных налогов и сборов, налогов, предусмотренных специальными налоговыми режимами, региональных налогов, подлежащих зачислению в бюджеты поселений</w:t>
      </w:r>
    </w:p>
    <w:p>
      <w:r>
        <w:rPr>
          <w:b/>
        </w:rPr>
        <w:t xml:space="preserve">4. </w:t>
      </w:r>
      <w:r>
        <w:t>Финансовые органы субъектов Российской Федерации и муниципальных районов устанавливают в соответствии с общими требованиями, определяемыми Министерством финансов Российской Федерации, порядок взыскания остатков непогашенных кредитов, включая проценты, штрафы и пени.";</w:t>
      </w:r>
    </w:p>
    <w:p>
      <w:r>
        <w:rPr>
          <w:b/>
        </w:rPr>
        <w:t xml:space="preserve">2. </w:t>
      </w:r>
      <w:r>
        <w:t>При нарушении сроков возврата и (или) использовании не по целевому назначению средств федерального бюджета, предоставленных на возвратной основе бюджетам субъектов Российской Федерации и местным бюджетам, а также при нарушении сроков исполнения обязательств по предоставленным Российской Федерации государственным (муниципальным) гарантиям и поручительствам суммы средств, подлежащие перечислению (взысканию) в федеральный бюджет: удерживаются за счет доходов, подлежащих зачислению в бюджеты субъектов Российской Федерации и местные бюджеты, в порядке, установленном Министерством финансов Российской Федерации; взыскиваются путем обращения взыскания на средства, предусмотренные для перечисления в бюджеты субъектов Российской Федерации и местные бюджеты (за исключением субвенций бюджетам субъектов Российской Федерации и местным бюджетам), в порядке, установленном Министерством финансов Российской Федерации</w:t>
      </w:r>
    </w:p>
    <w:p>
      <w:r>
        <w:rPr>
          <w:b/>
        </w:rPr>
        <w:t xml:space="preserve">3. </w:t>
      </w:r>
      <w:r>
        <w:t>Министерству финансов Российской Федерации предоставляется право требования от имени Российской Федерации возврата (погашения) задолженности юридических лиц, субъектов Российской Федерации и муниципальных образований по денежным обязательствам перед Российской Федерацией, в том числе задолженности по средствам целевого финансирования юридических лиц, условием предоставления которых являлась передача акций в собственность Российской Федерации. Министерство финансов Российской Федерации вправе осуществлять работу по возврату указанных в абзаце первом настоящего пункта видов задолженности с участием агентов Правительства Российской Федерации</w:t>
      </w:r>
    </w:p>
    <w:p>
      <w:r>
        <w:rPr>
          <w:b/>
        </w:rPr>
        <w:t xml:space="preserve">4. </w:t>
      </w:r>
      <w:r>
        <w:t>Исковая давность, установленная гражданским законодательством Российской Федерации, не распространяется на требования Российской Федерации, возникшие: в связи с предоставлением на возвратной и (или) возмездной основе бюджетных денежных средств, в том числе бюджетных кредитов за счет средств целевых иностранных кредитов (заимствований) и иных бюджетных кредитов (ссуд), включая требования по уплате процентов и (или) иных платежей, предусмотренных законом и (или) договором (соглашением), в том числе требования о неосновательном обогащении и возмещении убытков; (В редакции Федерального закона от 02.11.2007 № 247-ФЗ) в связи с предоставлением и (или) исполнением Российской Федерацией государственных гарантий Российской Федерации; по обязательствам целевого финансирования юридических лиц, условием предоставления которого являлась передача акций в собственность Российской Федерации; из договоров и иных сделок об обеспечении исполнения указанных в настоящем пункте обязательств.";</w:t>
      </w:r>
    </w:p>
    <w:p>
      <w:r>
        <w:rPr>
          <w:b/>
        </w:rPr>
        <w:t xml:space="preserve">1. </w:t>
      </w:r>
      <w:r>
        <w:t>Бюджетные кредиты за счет средств целевых иностранных кредитов (заимствований) могут предоставляться Российской Федерацией субъектам Российской Федерации, муниципальным образованиям и юридическим лицам. (В редакции Федерального закона от 02.11.2007 № 247-ФЗ)</w:t>
      </w:r>
    </w:p>
    <w:p>
      <w:r>
        <w:rPr>
          <w:b/>
        </w:rPr>
        <w:t xml:space="preserve">2. </w:t>
      </w:r>
      <w:r>
        <w:t>Предоставление бюджетных кредитов, указанных в пункте 1 настоящей статьи, осуществляется в соответствии с программой государственных внешних заимствований Российской Федерации, в которой отражаются цели предоставления бюджетного кредита, сумма предоставляемого бюджетного кредита, срок кредитования, конечный получатель бюджетного кредита</w:t>
      </w:r>
    </w:p>
    <w:p>
      <w:r>
        <w:rPr>
          <w:b/>
        </w:rPr>
        <w:t xml:space="preserve">3. </w:t>
      </w:r>
      <w:r>
        <w:t>Основания, порядок предоставления, использования и возврата бюджетных кредитов за счет средств целевых иностранных кредитов (заимствований) устанавливаются условиями соответствующих договоров.";</w:t>
      </w:r>
    </w:p>
    <w:p>
      <w:r>
        <w:rPr>
          <w:b/>
        </w:rPr>
        <w:t xml:space="preserve">2. </w:t>
      </w:r>
      <w:r>
        <w:t>В состав источников внешнего финансирования дефицита федерального бюджета включаются: разница между средствами, поступившими от размещения государственных займов, которые осуществляются путем выпуска государственных ценных бумаг от имени Российской Федерации и номинальная стоимость которых указана в иностранной валюте, и средствами, направленными на их погашение; разница между полученными и погашенными Российской Федерацией в иностранной валюте кредитами иностранных государств, включая целевые иностранные кредиты (заимствования),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 разница между полученными и погашенными Российской Федерацией в иностранной валюте кредитами кредитных организаций. В состав иных источников внешнего финансирования дефицита федерального бюджета включаются: объем средств, направляемых на исполнение государственных гарантий Российской Федерации в иностранной валюте,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 (В редакции Федерального закона от 02.11.2007 № 247-ФЗ) разница между средствами, поступившими в федеральный бюджет в погашение основного долга иностранных государств и (или) иностранных юридических лиц перед Российской Федерацией, и средствами, направленными на предоставление государственных финансовых и государственных экспортных кредитов; прочие источники внешнего финансирования дефицита федерального бюджета</w:t>
      </w:r>
    </w:p>
    <w:p>
      <w:r>
        <w:rPr>
          <w:b/>
        </w:rPr>
        <w:t xml:space="preserve">3. </w:t>
      </w:r>
      <w:r>
        <w:t>Утвержденный федеральным законом о федеральном бюджете на очередной финансовый год и плановый период общий объем источников финансирования дефицита федерального бюджета, не связанных с использованием средств Резервного фонда и Фонда национального благосостояния, не может превышать 1 процент прогнозируемого валового внутреннего продукта, указанного в федеральном законе о федеральном бюджете на очередной финансовый год и плановый период. (В редакции Федерального закона от 02.11.2007 № 247-ФЗ) Указанное ограничение может быть превышено на сумму бюджетных ассигнований Инвестиционного фонда Российской Федерации, не использованных в отчетном финансовом году</w:t>
      </w:r>
    </w:p>
    <w:p>
      <w:r>
        <w:rPr>
          <w:b/>
        </w:rPr>
        <w:t xml:space="preserve">4. </w:t>
      </w:r>
      <w:r>
        <w:t>Остатки средств федерального бюджета на начало текущего финансового года: в объеме поступлений нефтегазовых доходов федерального бюджета в декабре отчетного года используются в соответствии со статьей 9612 настоящего Кодекса; в объеме неполного использования бюджетных ассигнований Инвестиционного фонда Российской Федерации отчетного финансового года направляются на реализацию в текущем финансовом году проектов за счет средств Инвестиционного фонда Российской Федерации; в объеме не более одной двенадцатой общего объема расходов федерального бюджета текущего финансового года направляются на покрытие временных кассовых разрывов, возникающих в ходе исполнения федерального бюджета в текущем финансовом году. Иные остатки средств федерального бюджета на начало текущего финансового года могут быть использованы на: осуществление выплат, сокращающих долговые обязательства; сокращение заимствований</w:t>
      </w:r>
    </w:p>
    <w:p>
      <w:r>
        <w:rPr>
          <w:b/>
        </w:rPr>
        <w:t xml:space="preserve">4. </w:t>
      </w:r>
      <w:r>
        <w:t>статью 70 изложить в следующей редакции: "Статья 70. Обеспечение выполнения функций бюджетных учреждений Обеспечение выполнения функций бюджетных учреждений включает: оплату труда работников бюджетных учреждений, денежное содержание (денежное вознаграждение, денежное довольствие, заработную плату) работников органов государственной власти (государственных органов), органов местного самоуправления, лиц, замещающих государственные должности Российской Федерации, государственные должности субъектов Российской Федерации и муниципальные должности, государственных и муниципальных служащих, иных категорий работников, командировочные и иные выплаты в соответствии с 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муниципальными правовыми актами; оплату поставок товаров, выполнения работ, оказания услуг для государственных (муниципальных) нужд; уплату налогов, сборов и иных обязательных платежей в бюджетную систему Российской Федерации; возмещение вреда, причиненного бюджетным учреждением при осуществлении его деятельности."</w:t>
      </w:r>
    </w:p>
    <w:p>
      <w:r>
        <w:rPr>
          <w:b/>
        </w:rPr>
        <w:t xml:space="preserve">4. </w:t>
      </w:r>
      <w:r>
        <w:t>статью 71 признать утратившей силу</w:t>
      </w:r>
    </w:p>
    <w:p>
      <w:r>
        <w:rPr>
          <w:b/>
        </w:rPr>
        <w:t xml:space="preserve">4. </w:t>
      </w:r>
      <w:r>
        <w:t>статью 72 изложить в следующей редакции: "Статья 72. Размещение заказов на поставки товаров, выполнение работ, оказание услуг для государственных или муниципальных нужд 1. Размещение заказов на поставки товаров, выполнение работ, оказание услуг для государственных или муниципальных нужд производится в соответствии с законодательством Российской Федерации о размещении заказов для государственных и муниципальных нужд</w:t>
      </w:r>
    </w:p>
    <w:p>
      <w:r>
        <w:rPr>
          <w:b/>
        </w:rPr>
        <w:t xml:space="preserve">3. </w:t>
      </w:r>
      <w:r>
        <w:t>статью 74 изложить в следующей редакции: "Статья 74. Предоставление средств из бюджетов при выполнении условий 1. В законе (решении) о бюджете могут устанавливаться условия предоставления средств из бюджета, в соответствии с которыми предоставление таких средств осуществляется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Порядок доведения указанных бюджетных ассигнований и (или) лимитов бюджетных обязательств до главных распорядителей бюджетных средств устанавливается финансовым органом. До утверждения указанного порядка доведение соответствующих бюджетных ассигнований и (или) лимитов бюджетных обязательств до главных распорядителей (распорядителей) или получателей бюджетных средств не допускается</w:t>
      </w:r>
    </w:p>
    <w:p>
      <w:r>
        <w:rPr>
          <w:b/>
        </w:rPr>
        <w:t xml:space="preserve">2. </w:t>
      </w:r>
      <w:r>
        <w:t>дополнить статьей 741 следующего содержания: "Статья 741. Бюджетные ассигнования на социальное обеспечение населения 1. К бюджетным ассигнованиям на социальное обеспечение населения относятся бюджетные ассигнования на предоставление социальных выплат гражданам либо на приобретение товаров, работ, услуг в пользу граждан для обеспечения их нужд в целях реализации мер социальной поддержки населения</w:t>
      </w:r>
    </w:p>
    <w:p>
      <w:r>
        <w:rPr>
          <w:b/>
        </w:rPr>
        <w:t xml:space="preserve">2. </w:t>
      </w:r>
      <w:r>
        <w:t>статью 75 признать утратившей силу</w:t>
      </w:r>
    </w:p>
    <w:p>
      <w:r>
        <w:rPr>
          <w:b/>
        </w:rPr>
        <w:t xml:space="preserve">2. </w:t>
      </w:r>
      <w:r>
        <w:t>статью 76 признать утратившей силу</w:t>
      </w:r>
    </w:p>
    <w:p>
      <w:r>
        <w:rPr>
          <w:b/>
        </w:rPr>
        <w:t xml:space="preserve">2. </w:t>
      </w:r>
      <w:r>
        <w:t>статью 77 признать утратившей силу</w:t>
      </w:r>
    </w:p>
    <w:p>
      <w:r>
        <w:rPr>
          <w:b/>
        </w:rPr>
        <w:t xml:space="preserve">2. </w:t>
      </w:r>
      <w:r>
        <w:t>статью 78 изложить в следующей редакции: "Статья 78.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1. Субсидии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предоставляются на безвозмездной и безвозвратной основе в целях возмещения затрат или недополученных доходов в связи с производством (реализацией) товаров, выполнением работ, оказанием услуг</w:t>
      </w:r>
    </w:p>
    <w:p>
      <w:r>
        <w:rPr>
          <w:b/>
        </w:rPr>
        <w:t xml:space="preserve">2. </w:t>
      </w:r>
      <w:r>
        <w:t>из федерального бюджета и бюджетов государственных внебюджетных фондов Российской Федерации - в случаях и порядке, предусмотренных федеральным законом о федеральном бюджете, федеральными законами о бюджетах государственных внебюджетных фондов Российской Федерации и принимаемыми в соответствии с ними нормативными правовыми актами Правительства Российской Федерации</w:t>
      </w:r>
    </w:p>
    <w:p>
      <w:r>
        <w:rPr>
          <w:b/>
        </w:rPr>
        <w:t xml:space="preserve">2. </w:t>
      </w:r>
      <w:r>
        <w:t>из бюджета субъекта Российской Федерации и бюджетов территориальных государственных внебюджетных фондов - в случаях и порядке, предусмотренных законом субъекта Российской Федерации о бюджете субъекта Российской Федерации, законами субъектов Российской Федерации о бюджетах территориальных государственных внебюджетных фондов и принимаемыми в соответствии с ними нормативными правовыми актами высшего исполнительного органа государственной власти субъекта Российской Федерации</w:t>
      </w:r>
    </w:p>
    <w:p>
      <w:r>
        <w:rPr>
          <w:b/>
        </w:rPr>
        <w:t xml:space="preserve">2. </w:t>
      </w:r>
      <w:r>
        <w:t>из местного бюджета - в случаях и порядке, предусмотренных решением представительного органа муниципального образования о местном бюджете и принимаемыми в соответствии с ним муниципальными правовыми актами местной администрации</w:t>
      </w:r>
    </w:p>
    <w:p>
      <w:r>
        <w:rPr>
          <w:b/>
        </w:rPr>
        <w:t xml:space="preserve">3. </w:t>
      </w:r>
      <w:r>
        <w:t>категории и (или) критерии отбора юридических лиц (за исключением государственных (муниципальных) учреждений), индивидуальных предпринимателей, физических лиц - производителей товаров, работ, услуг, имеющих право на получение субсидий</w:t>
      </w:r>
    </w:p>
    <w:p>
      <w:r>
        <w:rPr>
          <w:b/>
        </w:rPr>
        <w:t xml:space="preserve">3. </w:t>
      </w:r>
      <w:r>
        <w:t>цели, условия и порядок предоставления субсидий</w:t>
      </w:r>
    </w:p>
    <w:p>
      <w:r>
        <w:rPr>
          <w:b/>
        </w:rPr>
        <w:t xml:space="preserve">3. </w:t>
      </w:r>
      <w:r>
        <w:t>порядок возврата субсидий в случае нарушения условий, установленных при их предоставлении."</w:t>
      </w:r>
    </w:p>
    <w:p>
      <w:r>
        <w:rPr>
          <w:b/>
        </w:rPr>
        <w:t xml:space="preserve">3. </w:t>
      </w:r>
      <w:r>
        <w:t>дополнить статьей 781 следующего содержания: "Статья 781. Предоставление субсидий некоммерческим организациям, не являющимся бюджетными учреждениями 1. В бюджетах бюджетной системы Российской Федерации могут предусматриваться субсидии автономным учреждениям, включая субсидии на возмещение нормативных затрат на оказание ими в соответствии с государственным (муниципальным) заданием государственных (муниципальных) услуг. Порядок определения объема и предоставления указанных субсидий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устанавливается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
        <w:rPr>
          <w:b/>
        </w:rPr>
        <w:t xml:space="preserve">3. </w:t>
      </w:r>
      <w:r>
        <w:t>статью 81 изложить в следующей редакции: "Статья 81. Резервные фонды исполнительных органов государственной власти (местных администраций)</w:t>
      </w:r>
    </w:p>
    <w:p>
      <w:r>
        <w:rPr>
          <w:b/>
        </w:rPr>
        <w:t xml:space="preserve">7. </w:t>
      </w:r>
      <w:r>
        <w:t>в статье 82:</w:t>
      </w:r>
    </w:p>
    <w:p>
      <w:r>
        <w:rPr>
          <w:b/>
        </w:rPr>
        <w:t xml:space="preserve">7. </w:t>
      </w:r>
      <w:r>
        <w:t>статью 83 изложить в следующей редакции: "Статья 83. Осуществление расходов, не предусмотренных бюджетом 1. Если принимается закон либо другой нормативный правовой акт, предусматривающий увеличение расходных обязательств по существующим видам расходных обязательств или введение новых видов расходных обязательств, которые до его принятия не исполнялись ни одним публично-правовым образованием, указанный нормативный правовой акт должен содержать нормы, определяющие источники и порядок исполнения новых видов расходных обязательств, в том числе в случае необходимости порядок передачи финансовых ресурсов на новые виды расходных обязательств в соответствующие бюджеты бюджетной системы Российской Федерации</w:t>
      </w:r>
    </w:p>
    <w:p>
      <w:r>
        <w:rPr>
          <w:b/>
        </w:rPr>
        <w:t xml:space="preserve">7. </w:t>
      </w:r>
      <w:r>
        <w:t>пункт 1 после слов "на очередной финансовый год" дополнить словами "и плановый период"</w:t>
      </w:r>
    </w:p>
    <w:p>
      <w:r>
        <w:rPr>
          <w:b/>
        </w:rPr>
        <w:t xml:space="preserve">7. </w:t>
      </w:r>
      <w:r>
        <w:t>в пункте 2 слова "расходуются на финансирование" заменить словами "используются на финансовое обеспечение", слова ", а также дополнительных расходов, предусмотренных указами Президента Российской Федерации" исключить</w:t>
      </w:r>
    </w:p>
    <w:p>
      <w:r>
        <w:rPr>
          <w:b/>
        </w:rPr>
        <w:t xml:space="preserve">7. </w:t>
      </w:r>
      <w:r>
        <w:t>пункт 3 изложить в следующей редакции: "3. Использование бюджетных ассигнований резервного фонда Президента Российской Федерации осуществляется на основании указов и распоряжений Президента Российской Федерации."</w:t>
      </w:r>
    </w:p>
    <w:p>
      <w:r>
        <w:rPr>
          <w:b/>
        </w:rPr>
        <w:t xml:space="preserve">7. </w:t>
      </w:r>
      <w:r>
        <w:t>в пункте 4 слова "Расходование средств" заменить словами "Использование бюджетных ассигнований"</w:t>
      </w:r>
    </w:p>
    <w:p>
      <w:r>
        <w:rPr>
          <w:b/>
        </w:rPr>
        <w:t xml:space="preserve">2. </w:t>
      </w:r>
      <w:r>
        <w:t>в наименовании главы 11 слова "РАЗГРАНИЧЕНИЕ РАСХОДНЫХ ОБЯЗАТЕЛЬСТВ" заменить словами "РАСХОДНЫЕ ОБЯЗАТЕЛЬСТВА"</w:t>
      </w:r>
    </w:p>
    <w:p>
      <w:r>
        <w:rPr>
          <w:b/>
        </w:rPr>
        <w:t xml:space="preserve">2. </w:t>
      </w:r>
      <w:r>
        <w:t>в статье 84:</w:t>
      </w:r>
    </w:p>
    <w:p>
      <w:r>
        <w:rPr>
          <w:b/>
        </w:rPr>
        <w:t xml:space="preserve">2. </w:t>
      </w:r>
      <w:r>
        <w:t>в статье 85:</w:t>
      </w:r>
    </w:p>
    <w:p>
      <w:r>
        <w:rPr>
          <w:b/>
        </w:rPr>
        <w:t xml:space="preserve">2. </w:t>
      </w:r>
      <w:r>
        <w:t>в статье 86:</w:t>
      </w:r>
    </w:p>
    <w:p>
      <w:r>
        <w:rPr>
          <w:b/>
        </w:rPr>
        <w:t xml:space="preserve">2. </w:t>
      </w:r>
      <w:r>
        <w:t>в статье 87:</w:t>
      </w:r>
    </w:p>
    <w:p>
      <w:r>
        <w:rPr>
          <w:b/>
        </w:rPr>
        <w:t xml:space="preserve">2. </w:t>
      </w:r>
      <w:r>
        <w:t>в наименовании главы 13 слово "ПОКРЫТИЯ" заменить словом "ФИНАНСИРОВАНИЯ"</w:t>
      </w:r>
    </w:p>
    <w:p>
      <w:r>
        <w:rPr>
          <w:b/>
        </w:rPr>
        <w:t xml:space="preserve">2. </w:t>
      </w:r>
      <w:r>
        <w:t>статьи 89 и 90 признать утратившими силу</w:t>
      </w:r>
    </w:p>
    <w:p>
      <w:r>
        <w:rPr>
          <w:b/>
        </w:rPr>
        <w:t xml:space="preserve">2. </w:t>
      </w:r>
      <w:r>
        <w:t>статью 92 изложить в следующей редакции: "Статья 92. Дефицит федерального бюджета 1. Дефицит федерального бюджета, утвержденный федеральным законом о федеральном бюджете на очередной финансовый год и плановый период, не может превышать размер ненефтегазового дефицита федерального бюджета</w:t>
      </w:r>
    </w:p>
    <w:p>
      <w:r>
        <w:rPr>
          <w:b/>
        </w:rPr>
        <w:t xml:space="preserve">2. </w:t>
      </w:r>
      <w:r>
        <w:t>пункт 1 изложить в следующей редакции: "1. Расходные обязательства Российской Федерации возникают в результате: принятия федеральных законов и (или) нормативных правовых актов Президента Российской Федерации и Правительства Российской Федерации при осуществлении федеральными органами государственной власти полномочий по предметам ведения Российской Федерации и (или) полномочий по предметам совместного ведения, не отнесенным в соответствии с Федеральным законом "Об общих принципах организации законодательных (представительных) и исполнительных органов государственной власти субъектов Российской Федерации" к полномочиям органов государственной власти субъектов Российской Федерации; заключения Российской Федерацией (от имени Российской Федерации) договоров (соглашений) при осуществлении федеральными органами государственной власти полномочий по предметам ведения Российской Федерации и (или) полномочий по предметам совместного ведения, не отнесенным в соответствии с Федеральным законом "Об общих принципах организации законодательных (представительных) и исполнительных органов государственной власти субъектов Российской Федерации" к полномочиям органов государственной власти субъектов Российской Федерации; заключения от имени Российской Федерации договоров (соглашений) федеральными бюджетными учреждениями; принятия федеральных законов и (или) нормативных правовых актов Президента Российской Федерации и Правительства Российской Федерации, предусматривающих предоставление из федерального бюджета межбюджетных трансфертов в формах и порядке, предусмотренных настоящим Кодексом, в том числе: субвенций бюджетам субъектов Российской Федерации на исполнение расходных обязательств субъектов Российской Федерации в связи с осуществлением органами государственной власти субъектов Российской Федерации переданных им отдельных государственных полномочий Российской Федерации; субвенций бюджетам субъектов Российской Федерации для предоставления субвенций местным бюджетам на исполнение расходных обязательств муниципальных образований в связи с наделением органов местного самоуправления отдельными государственными полномочиями Российской Федерации."</w:t>
      </w:r>
    </w:p>
    <w:p>
      <w:r>
        <w:rPr>
          <w:b/>
        </w:rPr>
        <w:t xml:space="preserve">2. </w:t>
      </w:r>
      <w:r>
        <w:t>в пункте 2: в абзаце первом слово "покрытия" заменить словом "финансирования"; в абзаце втором слова "государственных внебюджетных фондов" заменить словами "бюджетов государственных внебюджетных фондов Российской Федерации"</w:t>
      </w:r>
    </w:p>
    <w:p>
      <w:r>
        <w:rPr>
          <w:b/>
        </w:rPr>
        <w:t xml:space="preserve">2. </w:t>
      </w:r>
      <w:r>
        <w:t>пункт 3 изложить в следующей редакции: "3. Федеральные законы и (или) нормативные правовые акты Президента Российской Федерации и Правительства Российской Федерации, предусматривающие предоставление субвенций из федерального бюджета бюджетам субъектов Российской Федерации, должны содержать порядок расчета нормативов для определения общего объема субвенций на исполнение соответствующих расходных обязательств субъектов Российской Федерации (муниципальных образований) и ежегодно вводиться в действие федеральным законом о федеральном бюджете на очередной финансовый год и плановый период при условии утверждения данным законом соответствующих субвенций бюджетам субъектов Российской Федерации (местным бюджетам)."</w:t>
      </w:r>
    </w:p>
    <w:p>
      <w:r>
        <w:rPr>
          <w:b/>
        </w:rPr>
        <w:t xml:space="preserve">2. </w:t>
      </w:r>
      <w:r>
        <w:t>пункт 1 изложить в следующей редакции: "1. Расходные обязательства субъекта Российской Федерации возникают в результате: принятия законов и (или) иных нормативных правовых актов субъекта Российской Федерации, а также заключения субъектом Российской Федерации (от имени субъекта Российской Федерации) договоров (соглашений) при осуществлении органами государственной власти субъектов Российской Федерации полномочий по предметам ведения субъектов Российской Федерации; принятия законов и (или) иных нормативных правовых актов субъекта Российской Федерации, а также заключения субъектом Российской Федерации (от имени субъекта Российской Федерации) договоров (соглашений) при осуществлении органами государственной власти субъектов Российской Федерации полномочий по предметам совместного ведения, указанных в пунктах 2 и 5 статьи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заключения от имени субъекта Российской Федерации договоров (соглашений) бюджетными учреждениями субъекта Российской Федерации; принятия законов и (или) иных нормативных правовых актов субъекта Российской Федерации, предусматривающих предоставление из бюджета субъекта Российской Федерации межбюджетных трансфертов в формах и порядке, предусмотренных настоящим Кодексом, в том числе субвенций местным бюджетам на исполнение расходных обязательств муниципальных образований в связи с наделением органов местного самоуправления отдельными государственными полномочиями субъектов Российской Федерации; принятия законов и (или) иных нормативных правовых актов органов государственной власти субъектов Российской Федерации при осуществлении органами государственной власти субъектов Российской Федерации переданных им полномочий Российской Федерации."</w:t>
      </w:r>
    </w:p>
    <w:p>
      <w:r>
        <w:rPr>
          <w:b/>
        </w:rPr>
        <w:t xml:space="preserve">2. </w:t>
      </w:r>
      <w:r>
        <w:t>в пункте 2: в абзаце первом слово "четвертом" заменить словом "пятом", слово "покрытия" заменить словом "финансирования"; абзац второй после слова "соответствующих" дополнить словом "бюджетов"</w:t>
      </w:r>
    </w:p>
    <w:p>
      <w:r>
        <w:rPr>
          <w:b/>
        </w:rPr>
        <w:t xml:space="preserve">2. </w:t>
      </w:r>
      <w:r>
        <w:t>пункт 3 изложить в следующей редакции: "3. Законы субъекта Российской Федерации, предусматривающие предоставление местным бюджетам субвенций из бюджета субъекта Российской Федерации, должны содержать порядок расчета нормативов для определения общего объема субвенций на исполнение соответствующих расходных обязательств муниципальных образований и ежегодно вводиться в действие законом субъекта Российской Федерации о бюджете субъекта Российской Федерации при условии утверждения данным законом соответствующих субвенций местным бюджетам."</w:t>
      </w:r>
    </w:p>
    <w:p>
      <w:r>
        <w:rPr>
          <w:b/>
        </w:rPr>
        <w:t xml:space="preserve">2. </w:t>
      </w:r>
      <w:r>
        <w:t>пункт 4 изложить в следующей редакции: "4. Расходные обязательства субъекта Российской Федерации, указанные в абзаце шестом пункта 1 настоящей статьи, устанавливаются законами и (или) иными нормативными правовыми актами органов государственной власти субъекта Российской Федерации в соответствии с федеральными законами и (или) нормативными правовыми актами Президента Российской Федерации и Правительства Российской Федерации и исполняются за счет и в пределах субвенций из федерального бюджета, предоставляемых бюджетам субъектов Российской Федерации в порядке, предусмотренном статьей 133 настоящего Кодекса. В случае, если в субъекте Российской Федерации превышены нормативы, используемые в методиках расчета соответствующих субвенций, финансовое обеспечение дополнительных расходов, необходимых для полного исполнения указанных расходных обязательств субъекта Российской Федерации, осуществляется за счет собственных доходов и источников финансирования дефицита бюджета субъекта Российской Федерации."</w:t>
      </w:r>
    </w:p>
    <w:p>
      <w:r>
        <w:rPr>
          <w:b/>
        </w:rPr>
        <w:t xml:space="preserve">2. </w:t>
      </w:r>
      <w:r>
        <w:t>в пункте 5: абзац первый дополнить словами "с соблюдением требований, установленных настоящим Кодексом"; абзац второй признать утратившим силу</w:t>
      </w:r>
    </w:p>
    <w:p>
      <w:r>
        <w:rPr>
          <w:b/>
        </w:rPr>
        <w:t xml:space="preserve">2. </w:t>
      </w:r>
      <w:r>
        <w:t>в абзаце втором пункта 6 слова "дотаций, субсидий и субвенций из федерального бюджета" заменить словами "межбюджетных трансфертов"</w:t>
      </w:r>
    </w:p>
    <w:p>
      <w:r>
        <w:rPr>
          <w:b/>
        </w:rPr>
        <w:t xml:space="preserve">2. </w:t>
      </w:r>
      <w:r>
        <w:t>в пункте 1: абзацы второй и третий изложить в следующей редакции: "принятия муниципальных правовых актов по вопросам местного значения и иным вопросам, которые в соответствии с федеральными законами вправе решать органы местного самоуправления, а также заключения муниципальным образованием (от имени муниципального образования) договоров (соглашений) по данным вопросам; принятия муниципальных правовых актов при осуществлении органами местного самоуправления переданных им отдельных государственных полномочий;"; дополнить абзацем следующего содержания: "заключения от имени муниципального образования договоров (соглашений) муниципальными бюджетными учреждениями."</w:t>
      </w:r>
    </w:p>
    <w:p>
      <w:r>
        <w:rPr>
          <w:b/>
        </w:rPr>
        <w:t xml:space="preserve">2. </w:t>
      </w:r>
      <w:r>
        <w:t>в пункте 2 слова "в абзаце втором" заменить словами "в абзацах втором и четвертом", слово "покрытия" заменить словом "финансирования"</w:t>
      </w:r>
    </w:p>
    <w:p>
      <w:r>
        <w:rPr>
          <w:b/>
        </w:rPr>
        <w:t xml:space="preserve">2. </w:t>
      </w:r>
      <w:r>
        <w:t>пункт 3 изложить в следующей редакции: "3. Расходные обязательства муниципального образования, указанные в абзаце третьем пункта 1 настоящей статьи, устанавливаются муниципальными правовыми актами органов местного самоуправления в соответствии с федеральными законами (законами субъекта Российской Федерации), исполняются за счет и в пределах субвенций из бюджета субъекта Российской Федерации, предоставляемых местным бюджетам в порядке, предусмотренном статьей 140 настоящего Кодекса. В случае, если в муниципальном образовании превышены нормативы, используемые в методиках расчета соответствующих субвенций, финансовое обеспечение дополнительных расходов, необходимых для полного исполнения указанных расходных обязательств муниципального образования, осуществляется за счет собственных доходов и источников финансирования дефицита местного бюджета."</w:t>
      </w:r>
    </w:p>
    <w:p>
      <w:r>
        <w:rPr>
          <w:b/>
        </w:rPr>
        <w:t xml:space="preserve">2. </w:t>
      </w:r>
      <w:r>
        <w:t>в пункте 4: в абзаце первом слова "унитарных предприятий и" исключить, дополнить словами "с соблюдением требований, установленных настоящим Кодексом"; абзац второй признать утратившим силу</w:t>
      </w:r>
    </w:p>
    <w:p>
      <w:r>
        <w:rPr>
          <w:b/>
        </w:rPr>
        <w:t xml:space="preserve">2. </w:t>
      </w:r>
      <w:r>
        <w:t>в абзаце втором пункта 5 слова "субсидий, субвенций и дотаций, предоставляемых из федерального бюджета и бюджета субъекта Российской Федерации" заменить словами "межбюджетных трансфертов"</w:t>
      </w:r>
    </w:p>
    <w:p>
      <w:r>
        <w:rPr>
          <w:b/>
        </w:rPr>
        <w:t xml:space="preserve">2. </w:t>
      </w:r>
      <w:r>
        <w:t>пункт 2 изложить в следующей редакции: "2. Под реестром расходных обязательств понимается используемый при составлении проекта бюджета свод (перечень) законов, иных нормативных правовых актов,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законов и иных нормативных правовых актов, муниципальных правовых актов с оценкой объемов бюджетных ассигнований, необходимых для исполнения включенных в реестр обязательств."</w:t>
      </w:r>
    </w:p>
    <w:p>
      <w:r>
        <w:rPr>
          <w:b/>
        </w:rPr>
        <w:t xml:space="preserve">2. </w:t>
      </w:r>
      <w:r>
        <w:t>абзац первый пункта 4 после слова "установленном" дополнить словом "высшим"</w:t>
      </w:r>
    </w:p>
    <w:p>
      <w:r>
        <w:rPr>
          <w:b/>
        </w:rPr>
        <w:t xml:space="preserve">2. </w:t>
      </w:r>
      <w:r>
        <w:t>в пункте 5: абзац первый дополнить словами "муниципального образования"; абзац второй изложить в следующей редакции: "Реестр расходных обязательств муниципального образования представляется финансовым органом муниципального образования в финансовый орган субъекта Российской Федерации в порядке, установленном финансовым органом субъекта Российской Федерации."</w:t>
      </w:r>
    </w:p>
    <w:p>
      <w:r>
        <w:rPr>
          <w:b/>
        </w:rPr>
        <w:t xml:space="preserve">2. </w:t>
      </w:r>
      <w:r>
        <w:t>дополнить статьей 921 следующего содержания: "Статья 921. Дефицит бюджета субъекта Российской Федерации, дефицит местного бюджета 1. Дефицит бюджета субъекта Российской Федерации, дефицит местного бюджета на очередной финансовый год (очередной финансовый год и каждый год планового периода) устанавливается законом (решением) о соответствующем бюджете с соблюдением ограничений, установленных пунктами 2 и 3 настоящей статьи</w:t>
      </w:r>
    </w:p>
    <w:p>
      <w:r>
        <w:rPr>
          <w:b/>
        </w:rPr>
        <w:t xml:space="preserve">5. </w:t>
      </w:r>
      <w:r>
        <w:t>статью 93 признать утратившей силу</w:t>
      </w:r>
    </w:p>
    <w:p>
      <w:r>
        <w:rPr>
          <w:b/>
        </w:rPr>
        <w:t xml:space="preserve">5. </w:t>
      </w:r>
      <w:r>
        <w:t>дополнить статьей 931 следующего содержания: "Статья 931. Зачисление средств от продажи акций и иных форм участия в капитале, находящихся в государственной или муниципальной собственности, от реализации государственных запасов драгоценных металлов и драгоценных камней Средства, получаемые от продажи акций и иных форм участия в капитале, находящихся в федеральной собственности, собственности субъектов Российской Федерации, муниципальной собственности, подлежат зачислению соответственно в федеральный бюджет, бюджеты субъектов Российской Федерации, местные бюджеты по нормативу 100 процентов. Средства, получаемые от реализации государственных запасов драгоценных металлов и драгоценных камней, подлежат зачислению в федеральный бюджет по нормативу 100 процентов."</w:t>
      </w:r>
    </w:p>
    <w:p>
      <w:r>
        <w:rPr>
          <w:b/>
        </w:rPr>
        <w:t xml:space="preserve">5. </w:t>
      </w:r>
      <w:r>
        <w:t>дополнить статьей 932 следующего содержания: "Статья 932. Бюджетные кредиты 1. Бюджетный кредит может быть предоставлен Российской Федерации, субъекту Российской Федерации, муниципальному образованию или юридическому лицу на основании договора, заключенного в соответствии с гражданским законодательством Российской Федерации, с учетом особенностей, установленных настоящим Кодексом и иными нормативными правовыми актами бюджетного законодательства Российской Федерации, на условиях и в пределах бюджетных ассигнований, которые предусмотрены соответствующими законами (решениями) о бюджете. Бюджетный кредит может быть предоставлен только субъекту Российской Федерации, муниципальному образованию или юридическому лицу, которые не имеют просроченной задолженности по денежным обязательствам перед соответствующим бюджетом (публично-правовым образованием), а для юридических лиц - также по обязательным платежам в бюджетную систему Российской Федерации, за исключением случаев реструктуризации обязательств (задолженности). К правоотношениям сторон, вытекающим из договора о предоставлении бюджетного кредита, применяется гражданское законодательство Российской Федерации, если иное не предусмотрено настоящим Кодексом. Бюджетные кредиты юридическим лицам, в том числе иностранным юридическим лицам, могут предоставляться только за счет средств целевых иностранных кредитов (заимствований), в случае реструктуризации обязательств (задолженности) юридических лиц по ранее полученным бюджетным кредитам, а также в случаях, установленных главой 15 настоящего Кодекса. (В редакции Федерального закона от 02.11.2007 № 247-ФЗ) Особенности предоставления Российской Федерацией юридическим лицам бюджетных кредитов за счет средств целевых иностранных кредитов (заимствований) устанавливаются статьей 935 настоящего Кодекса. (В редакции Федерального закона от 02.11.2007 № 247-ФЗ) Особенности предоставления Российской Федерацией бюджетных кредитов иностранным государствам, иностранным юридическим лицам устанавливаются главой 15 настоящего Кодекса</w:t>
      </w:r>
    </w:p>
    <w:p>
      <w:r>
        <w:rPr>
          <w:b/>
        </w:rPr>
        <w:t xml:space="preserve">11. </w:t>
      </w:r>
      <w:r>
        <w:t>дополнить статьей 933 следующего содержания: "Статья 933. Предоставление бюджетных кредитов бюджетам субъектов Российской Федерации, местным бюджетам 1. Бюджетам субъектов Российской Федерации из федерального бюджета могут предоставляться бюджетные кредиты на срок до одного года, за исключением бюджетных кредитов, выдаваемых за счет средств целевых иностранных кредитов (заимствований), и случаев реструктуризации обязательств (задолженности), в пределах бюджетных ассигнований, утвержденных федеральным законом о федеральном бюджете на очередной финансовый год и плановый период. Основания, условия предоставления, использования и возврата указанных бюджетных кредитов устанавливаются федеральным законом о федеральном бюджете и принимаемыми в соответствии с ним нормативными правовыми актами Правительства Российской Федерации. В случае, если предоставленные бюджетные кредиты не погашены в установленные сроки, остаток непогашенных кредитов, включая проценты, штрафы и пени, взыскивается в порядке, установленном Министерством финансов Российской Федерации, за счет межбюджетных трансфертов (за исключением субвенций бюджетам субъектов Российской Федерации из федерального бюджета), а также за счет отчислений от федеральных налогов и сборов, налогов, предусмотренных специальными налоговыми режимами, подлежащих зачислению в бюджет субъекта Российской Федерации</w:t>
      </w:r>
    </w:p>
    <w:p>
      <w:r>
        <w:rPr>
          <w:b/>
        </w:rPr>
        <w:t xml:space="preserve">4. </w:t>
      </w:r>
      <w:r>
        <w:t>дополнить статьей 934 следующего содержания: "Статья 934. Особенности исполнения денежных требований по обязательствам перед Российской Федерацией 1. Средства от возврата предоставленных на возвратной и возмездной основе средств федерального бюджета, в том числе бюджетных ссуд и бюджетных кредитов, а также плата за пользование ими подлежат перечислению в федеральный бюджет</w:t>
      </w:r>
    </w:p>
    <w:p>
      <w:r>
        <w:rPr>
          <w:b/>
        </w:rPr>
        <w:t xml:space="preserve">4. </w:t>
      </w:r>
      <w:r>
        <w:t>дополнить статьей 935 следующего содержания: "Статья 935. Бюджетные кредиты за счет средств целевых иностранных кредитов (заимствований)</w:t>
      </w:r>
    </w:p>
    <w:p>
      <w:r>
        <w:rPr>
          <w:b/>
        </w:rPr>
        <w:t xml:space="preserve">3. </w:t>
      </w:r>
      <w:r>
        <w:t>статьи 94 - 96 изложить в следующей редакции: "Статья 94. Источники финансирования дефицита федерального бюджета 1. В состав источников внутреннего финансирования дефицита федерального бюджета включаются: разница между средствами, поступившими от размещения государственных ценных бумаг Российской Федерации, номинальная стоимость которых указана в валюте Российской Федерации, и средствами, направленными на их погашение; абзац; (Исключен - Федеральный закон от 02.11.2007 № 247-ФЗ) абзац; (Исключен - Федеральный закон от 02.11.2007 № 247-ФЗ) разница между полученными и погашенными Российской Федерацией в валюте Российской Федерации бюджетными кредитами, предоставленными федеральному бюджету другими бюджетами бюджетной системы Российской Федерации; разница между полученными и погашенными Российской Федерацией в валюте Российской Федерации кредитами кредитных организаций; разница между полученными и погашенными Российской Федерацией в валюте Российской Федерации кредитами международных финансовых организаций; изменение остатков средств на счетах по учету средств федерального бюджета в течение соответствующего финансового года; иные источники внутреннего финансирования дефицита федерального бюджета. В состав иных источников внутреннего финансирования дефицита федерального бюджета включаются: поступления от продажи акций и иных форм участия в капитале, находящихся в собственности Российской Федерации; поступления от реализации государственных запасов драгоценных металлов и драгоценных камней, уменьшенные на размер выплат на их приобретение; курсовая разница по средствам федерального бюджета; объем средств, направляемых на исполнение государственных гарантий Российской Федерации в валюте Российской Федерации,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 (В редакции Федерального закона от 02.11.2007 № 247-ФЗ) разница между средствами, полученными от возврата предоставленных из федерального бюджета юридическим лицам бюджетных кредитов, и суммой предоставленных из федерального бюджета юридическим лицам бюджетных кредитов в валюте Российской Федерации; разница между средствами, полученными от возврата предоставленных из федерального бюджета другим бюджетам бюджетной системы Российской Федерации бюджетных кредитов, и суммой предоставленных из федерального бюджета другим бюджетам бюджетной системы Российской Федерации бюджетных кредитов в валюте Российской Федерации; разница между суммой средств, полученных от возврата бюджетных кредитов за счет средств целевых иностранных кредитов (заимствований), предоставленных внутри страны, и суммой предоставленных внутри страны бюджетных кредитов за счет средств целевых иностранных кредитов (заимствований); (Дополнение абзацем - Федеральный закон от 02.11.2007 № 247-ФЗ) разница между суммой средств, полученных от возврата предоставленных внутри страны прочих бюджетных кредитов (ссуд), и суммой предоставленных внутри страны прочих бюджетных кредитов; (Дополнение абзацем - Федеральный закон от 02.11.2007 № 247-ФЗ) прочие источники внутреннего финансирования дефицита федерального бюджета</w:t>
      </w:r>
    </w:p>
    <w:p>
      <w:r>
        <w:rPr>
          <w:b/>
        </w:rPr>
        <w:t>Статья 95. Источники финансирования дефицита бюджета субъекта Российской Федерации</w:t>
      </w:r>
    </w:p>
    <w:p>
      <w:r>
        <w:rPr>
          <w:b/>
        </w:rPr>
        <w:t xml:space="preserve">1. </w:t>
      </w:r>
      <w:r>
        <w:t>В состав источников внутреннего финансирования дефицита бюджета субъекта Российской Федерации включаются: разница между средствами, поступившими от размещения государственных ценных бумаг субъекта Российской Федерации, номинальная стоимость которых указана в валюте Российской Федерации, и средствами, направленными на их погашение; разница между полученными и погашенными субъектом Российской Федерации в валюте Российской Федерации кредитами кредитных организаций; разница между полученными и погашенными субъектом Российской Федерации в валюте Российской Федерации бюджетными кредитами, предоставленными бюджету субъекта Российской Федерации другими бюджетами бюджетной системы Российской Федерации; разница между полученными и погашенными субъектом Российской Федерации в иностранной валюте бюджетными кредитами, предоставленными Российской Федерацией в рамках использования целевых иностранных кредитов (заимствований); разница между полученными и погашенными субъектом Российской Федерации в валюте Российской Федерации кредитами международных финансовых организаций; изменение остатков средств на счетах по учету средств бюджета субъекта Российской Федерации в течение соответствующего финансового года; иные источники внутреннего финансирования дефицита бюджета субъекта Российской Федерации. В состав иных источников внутреннего финансирования дефицита бюджета субъекта Российской Федерации включаются: поступления от продажи акций и иных форм участия в капитале, находящихся в собственности субъекта Российской Федерации; курсовая разница по средствам бюджета субъекта Российской Федерации; объем средств, направляемых на исполнение государственных гарантий субъекта Российской Федерации в валюте Российской Федерации, в случае,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 (В редакции Федерального закона от 02.11.2007 № 247-ФЗ) объем средств, направляемых на исполнение государственных гарантий субъекта Российской Федерации в иностранной валюте, предоставленных Российской Федерации в рамках использования целевых иностранных кредитов (заимствований), в случае, если исполнение гарантом государственных гарантий субъекта Российской Федерации ведет к возникновению прав регрессного требования гаранта к принципалу; объем средств, направляемых на погашение иных долговых обязательств субъекта Российской Федерации в валюте Российской Федерации; разница между средствами, полученными от возврата предоставленных из бюджета субъекта Российской Федерации юридическим лицам бюджетных кредитов, и суммой предоставленных из бюджета субъекта Российской Федерации юридическим лицам бюджетных кредитов в валюте Российской Федерации; разница между средствами, полученными от возврата предоставленных из бюджета субъекта Российской Федерации другим бюджетам бюджетной системы Российской Федерации бюджетных кредитов, и суммой предоставленных из бюджета субъекта Российской Федерации другим бюджетам бюджетной системы Российской Федерации бюджетных кредитов в валюте Российской Федерации</w:t>
      </w:r>
    </w:p>
    <w:p>
      <w:r>
        <w:rPr>
          <w:b/>
        </w:rPr>
        <w:t xml:space="preserve">2. </w:t>
      </w:r>
      <w:r>
        <w:t>В состав источников внешнего финансирования дефицита бюджета субъекта Российской Федерации включаются: разница между средствами, поступившими от размещения государственных ценных бумаг субъекта Российской Федерации, номинальная стоимость которых указана в иностранной валюте, и средствами, направленными на их погашение; разница между полученными и погашенными субъектом Российской Федерации кредитами иностранных банков в иностранной валюте; иные источники внешнего финансирования дефицита бюджета субъекта Российской Федерации. В состав иных источников внешнего финансирования дефицита бюджета субъекта Российской Федерации включаются: объем средств, направляемых на исполнение государственных гарантий субъекта Российской Федерации в иностранной валюте, в случае,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 (В редакции Федерального закона от 02.11.2007 № 247-ФЗ) объем средств, направляемых на погашение иных долговых обязательств субъекта Российской Федерации в иностранной валюте</w:t>
      </w:r>
    </w:p>
    <w:p>
      <w:r>
        <w:rPr>
          <w:b/>
        </w:rPr>
        <w:t xml:space="preserve">3. </w:t>
      </w:r>
      <w:r>
        <w:t>Остатки средств бюджета субъекта Российской Федерации на начало текущего финансового года в объеме, определяемом законом субъекта Российской Федерации, могут направляться в текущем финансовом году на покрытие временных кассовых разрывов</w:t>
      </w:r>
    </w:p>
    <w:p>
      <w:r>
        <w:rPr>
          <w:b/>
        </w:rPr>
        <w:t>Статья 96. Источники финансирования дефицита местного бюджета</w:t>
      </w:r>
    </w:p>
    <w:p>
      <w:r>
        <w:t>В состав источников внутреннего финансирования дефицита местного бюджета включаются: разница между средствами, поступившими от размещения муниципальных ценных бумаг, номинальная стоимость которых указана в валюте Российской Федерации, и средствами, направленными на их погашение; разница между полученными и погашенными муниципальным образованием кредитами кредитных организаций в валюте Российской Федерации; разница между полученными и погашенными муниципальным образованием в валюте Российской Федерации бюджетными кредитами, предоставленными местному бюджету другими бюджетами бюджетной системы Российской Федерации; разница между полученными в иностранной валюте от Российской Федерации и погашенными муниципальным образованием бюджетными кредитами, предоставленными в рамках использования целевых иностранных кредитов (заимствований); изменение остатков средств на счетах по учету средств местного бюджета в течение соответствующего финансового года; иные источники внутреннего финансирования дефицита местного бюджета. В состав иных источников внутреннего финансирования дефицита местного бюджета включаются: поступления от продажи акций и иных форм участия в капитале, находящихся в собственности муниципального образования; курсовая разница по средствам местного бюджета; объем средств, направляемых на исполнение гарантий муниципального образования в валюте Российской Федерации, в случае,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 (В редакции Федерального закона от 02.11.2007 № 247-ФЗ) объем средств, направляемых на исполнение гарантий муниципального образования в иностранной валюте, предоставленных Российской Федерации в рамках использования целевых иностранных кредитов (заимствований), в случае, если исполнение гарантом муниципальных гарантий ведет к возникновению права регрессного требования гаранта к принципалу; объем средств, направляемых на погашение иных долговых обязательств муниципального образования в валюте Российской Федерации; разница между средствами, полученными от возврата предоставленных из местного бюджета юридическим лицам бюджетных кредитов, и суммой предоставленных из местного бюджета юридическим лицам бюджетных кредитов в валюте Российской Федерации; разница между средствами, полученными от возврата предоставленных из местного бюджета другим бюджетам бюджетной системы Российской Федерации бюджетных кредитов, и суммой предоставленных из местного бюджета другим бюджетам бюджетной системы Российской Федерации бюджетных кредитов в валюте Российской Федерации. Остатки средств местного бюджета на начало текущего финансового года в объеме, определяемом правовым актом представительного органа муниципального образования, могут направляться в текущем финансовом году на покрытие временных кассовых разрывов.";</w:t>
      </w:r>
    </w:p>
    <w:p>
      <w:r>
        <w:t>главу 131 признать утратившей силу</w:t>
      </w:r>
    </w:p>
    <w:p>
      <w:r>
        <w:t>дополнить главой 132 следующего содержания: "Глава 132. ИСПОЛЬЗОВАНИЕ НЕФТЕГАЗОВЫХ ДОХОДОВ ФЕДЕРАЛЬНОГО БЮДЖЕТА</w:t>
      </w:r>
    </w:p>
    <w:p>
      <w:r>
        <w:rPr>
          <w:b/>
        </w:rPr>
        <w:t>Статья 966. Нефтегазовые доходы федерального бюджета</w:t>
      </w:r>
    </w:p>
    <w:p>
      <w:r>
        <w:rPr>
          <w:b/>
        </w:rPr>
        <w:t xml:space="preserve">1. </w:t>
      </w:r>
      <w:r>
        <w:t>Нефтегазовые доходы федерального бюджета используются для финансового обеспечения нефтегазового трансферта, а также для формирования Резервного фонда и Фонда национального благосостояния. (В редакции Федерального закона от 02.11.2007 № 247-ФЗ)</w:t>
      </w:r>
    </w:p>
    <w:p>
      <w:r>
        <w:rPr>
          <w:b/>
        </w:rPr>
        <w:t xml:space="preserve">2. </w:t>
      </w:r>
      <w:r>
        <w:t>К нефтегазовым доходам федерального бюджета относятся доходы федерального бюджета от уплаты: налога на добычу полезных ископаемых в виде углеводородного сырья (нефть, газ горючий природный из всех видов месторождений углеводородного сырья, газовый конденсат из всех видов месторождений углеводородного сырья); вывозных таможенных пошлин на нефть сырую; вывозных таможенных пошлин на газ природный; вывозных таможенных пошлин на товары, выработанные из нефти. Абзац. (Утратил силу - Федеральный закон от 25.12.2012 № 268-ФЗ) Абзац. (Утратил силу - Федеральный закон от 25.12.2012 № 268-ФЗ) Абзац. (Исключен - Федеральный закон от 25.12.2012 № 268-ФЗ) Абзац. (Утратил силу - Федеральный закон от 25.12.2012 № 268-ФЗ) Абзац. (Утратил силу - Федеральный закон от 25.12.2012 № 268-ФЗ) Абзац. (Утратил силу - Федеральный закон от 25.12.2012 № 268-ФЗ) Абзац. (Исключен - Федеральный закон от 25.12.2012 № 268-ФЗ) Абзац. (Утратил силу - Федеральный закон от 29.07.2017 № 262-ФЗ) Абзац. (Утратил силу - Федеральный закон от 29.07.2017 № 262-ФЗ) Абзац. (Утратил силу - Федеральный закон от 29.07.2017 № 262-ФЗ) Абзац. (Утратил силу - Федеральный закон от 29.07.2017 № 262-ФЗ) Абзац. (Утратил силу - Федеральный закон от 29.07.2017 № 262-ФЗ) Абзац. (Утратил силу - Федеральный закон от 29.07.2017 № 262-ФЗ) Абзац. (Утратил силу - Федеральный закон от 29.07.2017 № 262-ФЗ) Абзац. (Утратил силу - Федеральный закон от 29.07.2017 № 262-ФЗ) Абзац. (Утратил силу - Федеральный закон от 29.07.2017 № 262-ФЗ)</w:t>
      </w:r>
    </w:p>
    <w:p>
      <w:r>
        <w:rPr>
          <w:b/>
        </w:rPr>
        <w:t>Статья 96.10. Фонд национального благосостояния</w:t>
      </w:r>
    </w:p>
    <w:p>
      <w:r>
        <w:t>(В редакции Федерального закона от 02.11.2007 № 247-ФЗ)</w:t>
      </w:r>
    </w:p>
    <w:p>
      <w:r>
        <w:rPr>
          <w:b/>
        </w:rPr>
        <w:t xml:space="preserve">1. </w:t>
      </w:r>
      <w:r>
        <w:t>Фонд национального благосостояния представляет собой часть средств федерального бюджета, подлежащих обособленному учету и управлению в целях обеспечения софинансирования добровольных пенсионных накоплений граждан Российской Федерации, а также обеспечения сбалансированности (покрытия дефицита) бюджета Пенсионного фонда Российской Федерации. (В редакции Федерального закона от 02.11.2007 № 247-ФЗ)</w:t>
      </w:r>
    </w:p>
    <w:p>
      <w:r>
        <w:rPr>
          <w:b/>
        </w:rPr>
        <w:t xml:space="preserve">2. </w:t>
      </w:r>
      <w:r>
        <w:t>Федеральным законом о федеральном бюджете на очередной финансовый год и плановый период устанавливается объем средств федерального бюджета, направляемых на цели, указанные в пункте 1 настоящей статьи. (Дополнение абзацем - Федеральный закон от 02.11.2007 № 247-ФЗ)</w:t>
      </w:r>
    </w:p>
    <w:p>
      <w:r>
        <w:rPr>
          <w:b/>
        </w:rPr>
        <w:t xml:space="preserve">3. </w:t>
      </w:r>
      <w:r>
        <w:t>Фонд национального благосостояния формируется за счет: (В редакции Федерального закона от 02.11.2007 № 247-ФЗ) нефтегазовых доходов федерального бюджета в объеме, превышающем утвержденный на соответствующий финансовый год объем нефтегазового трансферта, в случае, если накопленный объем средств Резервного фонда достигает (превышает) его нормативную величину; доходов от управления средствами Фонда национального благосостояния. (В редакции Федерального закона от 02.11.2007 № 247-ФЗ)</w:t>
      </w:r>
    </w:p>
    <w:p>
      <w:r>
        <w:rPr>
          <w:b/>
        </w:rPr>
        <w:t>Статья 96.11. Управление средствами Резервного фонда и Фонда будущих поколений</w:t>
      </w:r>
    </w:p>
    <w:p>
      <w:r>
        <w:rPr>
          <w:b/>
        </w:rPr>
        <w:t xml:space="preserve">1. </w:t>
      </w:r>
      <w:r>
        <w:t>Управление средствами Резервного фонда и Фонда национального благосостояния осуществляется Министерством финансов Российской Федерации в порядке, установленном Правительством Российской Федерации. (В редакции Федерального закона от 02.11.2007 № 247-ФЗ) Отдельные полномочия по управлению средствами Резервного фонда могут осуществляться Центральным банком Российской Федерации, Фонда национального благосостояния - Центральным банком Российской Федерации и специализированными финансовыми организациями в соответствии с договорами, заключаемыми Министерством финансов Российской Федерации в порядке, установленном Правительством Российской Федерации. (В редакции Федерального закона от 02.11.2007 № 247-ФЗ) Абзац. (Утратил силу - Федеральный закон от 29.07.2017 № 262-ФЗ)</w:t>
      </w:r>
    </w:p>
    <w:p>
      <w:r>
        <w:rPr>
          <w:b/>
        </w:rPr>
        <w:t xml:space="preserve">2. </w:t>
      </w:r>
      <w:r>
        <w:t>Целями управления средствами Резервного фонда и Фонда национального благосостояния являются обеспечение сохранности средств указанных фондов и стабильного уровня доходов от их размещения в долгосрочной перспективе. (В редакции Федерального закона от 02.11.2007 № 247-ФЗ) Управление средствами Резервного фонда и Фонда национального благосостояния в целях обеспечения стабильного уровня доходов от их размещения в долгосрочной перспективе допускает возможность получения отрицательных финансовых результатов в краткосрочном периоде. (В редакции Федерального закона от 02.11.2007 № 247-ФЗ) Абзац. (Утратил силу - Федеральный закон от 29.07.2017 № 262-ФЗ) Абзац. (Утратил силу - Федеральный закон от 29.07.2017 № 262-ФЗ) Абзац. (Утратил силу - Федеральный закон от 29.07.2017 № 262-ФЗ) Абзац. (Утратил силу - Федеральный закон от 29.07.2017 № 262-ФЗ) Абзац. (Дополнение абзацем - Федеральный закон от 02.11.2007 № 247-ФЗ) (Утратил силу - Федеральный закон от 29.07.2017 № 262-ФЗ)</w:t>
      </w:r>
    </w:p>
    <w:p>
      <w:r>
        <w:rPr>
          <w:b/>
        </w:rPr>
        <w:t xml:space="preserve">4. </w:t>
      </w:r>
      <w:r>
        <w:t>Средства Фонда национального благосостояния могут размещаться в иностранную валюту и следующие виды финансовых активов: (Дополнение абзацем - Федеральный закон от 02.11.2007 № 247-ФЗ) долговые обязательства иностранных государств, иностранных государственных агентств и центральных банков; (Дополнение абзацем - Федеральный закон от 02.11.2007 № 247-ФЗ) долговые обязательства международных финансовых организаций, в том числе оформленные ценными бумагами; (Дополнение абзацем - Федеральный закон от 02.11.2007 № 247-ФЗ) депозиты и остатки на банковских счетах в банках и кредитных организациях; (Дополнение абзацем - Федеральный закон от 02.11.2007 № 247-ФЗ) депозиты и остатки на банковских счетах в Центральном банке Российской Федерации; (Дополнение абзацем - Федеральный закон от 02.11.2007 № 247-ФЗ) долговые обязательства и акции юридических лиц; (Дополнение абзацем - Федеральный закон от 02.11.2007 № 247-ФЗ) абзац; (Дополнение абзацем - Федеральный закон от 02.11.2007 № 247-ФЗ) (Утратил силу - Федеральный закон от 29.07.2017 № 262-ФЗ)</w:t>
      </w:r>
    </w:p>
    <w:p>
      <w:r>
        <w:rPr>
          <w:b/>
        </w:rPr>
        <w:t xml:space="preserve">5. </w:t>
      </w:r>
      <w:r>
        <w:t>Требования к финансовым активам, указанным в пунктах 3 и 4 настоящей статьи, перечень операций с ними и их предельные доли в общем объеме размещенных средств отдельно для Резервного фонда и Фонда национального благосостояния устанавливаются Правительством Российской Федерации. (В редакции Федерального закона от 02.11.2007 № 247-ФЗ)</w:t>
      </w:r>
    </w:p>
    <w:p>
      <w:r>
        <w:rPr>
          <w:b/>
        </w:rPr>
        <w:t>Статья 96.12. Учет и отчетность по операциям с нефтегазовыми доходами федерального бюджета</w:t>
      </w:r>
    </w:p>
    <w:p>
      <w:r>
        <w:rPr>
          <w:b/>
        </w:rPr>
        <w:t xml:space="preserve">1. </w:t>
      </w:r>
      <w:r>
        <w:t>Средства нефтегазовых доходов федерального бюджета, Резервного фонда и Фонда национального благосостояния учитываются на отдельных счетах по учету средств федерального бюджета, открытых Федеральному казначейству в Центральном банке Российской Федерации. (В редакции Федерального закона от 02.11.2007 № 247-ФЗ) Абзац. (Утратил силу - Федеральный закон от 29.07.2017 № 262-ФЗ) Абзац. (Утратил силу - Федеральный закон от 29.07.2017 № 262-ФЗ) Абзац. (Утратил силу - Федеральный закон от 29.07.2017 № 262-ФЗ)</w:t>
      </w:r>
    </w:p>
    <w:p>
      <w:r>
        <w:rPr>
          <w:b/>
        </w:rPr>
        <w:t xml:space="preserve">3. </w:t>
      </w:r>
      <w:r>
        <w:t>Расчеты и перечисления средств в связи с формированием и использованием в соответствии с настоящим Кодексом нефтегазовых доходов федерального бюджета, нефтегазового трансферта, средств Резервного фонда и Фонда национального благосостояния осуществляются Министерством финансов Российской Федерации в порядке, установленном Правительством Российской Федерации. (В редакции Федерального закона от 02.11.2007 № 247-ФЗ)</w:t>
      </w:r>
    </w:p>
    <w:p>
      <w:r>
        <w:rPr>
          <w:b/>
        </w:rPr>
        <w:t xml:space="preserve">4. </w:t>
      </w:r>
      <w:r>
        <w:t>Учет операций с нефтегазовыми доходами федерального бюджета, средствами Резервного фонда и средствами Фонда национального благосостояния осуществляется в порядке, установленном для учета операций со средствами федерального бюджета. (В редакции Федерального закона от 02.11.2007 № 247-ФЗ)</w:t>
      </w:r>
    </w:p>
    <w:p>
      <w:r>
        <w:rPr>
          <w:b/>
        </w:rPr>
        <w:t xml:space="preserve">5. </w:t>
      </w:r>
      <w:r>
        <w:t>Операции с нефтегазовыми доходами федерального бюджета, со средствами Резервного фонда и средствами Фонда национального благосостояния отражаются в отчете об исполнении федерального бюджета. (В редакции Федерального закона от 02.11.2007 № 247-ФЗ) Правительство Российской Федерации в составе отчетности об исполнении федерального бюджета представляет в Государственную Думу Федерального Собрания Российской Федерации и Совет Федерации Федерального Собрания Российской Федерации ежеквартальный и годовой отчет о поступлении и использовании нефтегазовых доходов федерального бюджета, формировании и использовании средств Резервного фонда и Фонда национального благосостояния, а также ежеквартальный и годовой отчет об управлении средствами указанных фондов. (В редакции Федерального закона от 02.11.2007 № 247-ФЗ)</w:t>
      </w:r>
    </w:p>
    <w:p>
      <w:r>
        <w:rPr>
          <w:b/>
        </w:rPr>
        <w:t xml:space="preserve">6. </w:t>
      </w:r>
      <w:r>
        <w:t>Министерство финансов Российской Федерации ежемесячно публикует сведения о поступлении и использовании нефтегазовых доходов федерального бюджета, величине активов Резервного фонда и Фонда национального благосостояния на начало отчетного месяца, зачисления средств в указанные фонды, их размещении и использовании в отчетном месяце."; (В редакции Федерального закона от 02.11.2007 № 247-ФЗ) 77) статьи 97 и 98 изложить в следующей редакции: "Статья 97. Государственный долг Российской Федерации К государственному долгу Российской Федерации относятся долговые обязательства Российской Федерации перед физическими и юридическими лицами Российской Федерации, субъектами Российской Федерации, муниципальными образованиями, иностранными государствами, международными финансовыми организациями, иными субъектами международного права, иностранными физическими и юридическими лицами, возникшие в результате государственных заимствований Российской Федерации, а также долговые обязательства по государственным гарантиям, предоставленным Российской Федерацией, и долговые обязательства, возникшие в результате принятия законодательных актов Российской Федерации об отнесении на государственный долг долговых обязательств третьих лиц, возникших до введения в действие настоящего Кодекса</w:t>
      </w:r>
    </w:p>
    <w:p>
      <w:r>
        <w:rPr>
          <w:b/>
        </w:rPr>
        <w:t>Статья 98. Структура государственного долга Российской Федерации, виды и срочность долговых обязательств Российской Федерации</w:t>
      </w:r>
    </w:p>
    <w:p>
      <w:r>
        <w:rPr>
          <w:b/>
        </w:rPr>
        <w:t xml:space="preserve">1. </w:t>
      </w:r>
      <w:r>
        <w:t>Структура государственного долга Российской Федерации представляет собой группировку долговых обязательств Российской Федерации по установленным настоящей статьей видам долговых обязательств</w:t>
      </w:r>
    </w:p>
    <w:p>
      <w:r>
        <w:rPr>
          <w:b/>
        </w:rPr>
        <w:t xml:space="preserve">2. </w:t>
      </w:r>
      <w:r>
        <w:t>Долговые обязательства Российской Федерации могут существовать в виде обязательств по</w:t>
      </w:r>
    </w:p>
    <w:p>
      <w:r>
        <w:rPr>
          <w:b/>
        </w:rPr>
        <w:t xml:space="preserve">3. </w:t>
      </w:r>
      <w:r>
        <w:t>Долговые обязательства Российской Федерации могут быть краткосрочными (менее одного года), среднесрочными (от одного года до пяти лет) и долгосрочными (от пяти до 30 лет включительно)</w:t>
      </w:r>
    </w:p>
    <w:p>
      <w:r>
        <w:rPr>
          <w:b/>
        </w:rPr>
        <w:t xml:space="preserve">4. </w:t>
      </w:r>
      <w:r>
        <w:t>В объем государственного внутреннего долга Российской Федерации включаются</w:t>
      </w:r>
    </w:p>
    <w:p>
      <w:r>
        <w:rPr>
          <w:b/>
        </w:rPr>
        <w:t xml:space="preserve">5. </w:t>
      </w:r>
      <w:r>
        <w:t>В объем государственного внешнего долга Российской Федерации включаются</w:t>
      </w:r>
    </w:p>
    <w:p>
      <w:r>
        <w:rPr>
          <w:b/>
        </w:rPr>
        <w:t xml:space="preserve">2. </w:t>
      </w:r>
      <w:r>
        <w:t>Министерство финансов Российской Федерации по истечении сроков и в иных случаях, указанных в пункте 1 настоящей статьи, издает акт о списании с государственного внутреннего долга Российской Федерации долговых обязательств, выраженных в валюте Российской Федерации. (В редакции Федерального закона от 02.11.2007 № 247-ФЗ)</w:t>
      </w:r>
    </w:p>
    <w:p>
      <w:r>
        <w:rPr>
          <w:b/>
        </w:rPr>
        <w:t xml:space="preserve">3. </w:t>
      </w:r>
      <w:r>
        <w:t>Списание с государственного внутреннего долга Российской Федерации осуществляется посредством уменьшения объема государственного внутреннего долга Российской Федерации по видам списываемых государственных долговых обязательств, выраженных в валюте Российской Федерации, на сумму их списания без отражения сумм списания в источниках финансирования дефицита федерального бюджета</w:t>
      </w:r>
    </w:p>
    <w:p>
      <w:r>
        <w:rPr>
          <w:b/>
        </w:rPr>
        <w:t xml:space="preserve">4. </w:t>
      </w:r>
      <w:r>
        <w:t>Действие пунктов 1 - 3 настоящей статьи не распространяется на обязательства по кредитным соглашениям, на долговые обязательства Российской Федерации перед субъектами Российской Федерации и муниципальными образованиями</w:t>
      </w:r>
    </w:p>
    <w:p>
      <w:r>
        <w:rPr>
          <w:b/>
        </w:rPr>
        <w:t xml:space="preserve">5. </w:t>
      </w:r>
      <w:r>
        <w:t>Списание с государственного внутреннего долга Российской Федерации реструктурированных, а также погашенных (выкупленных) долговых обязательств осуществляется с учетом положений статей 105 и 113 настоящего Кодекса</w:t>
      </w:r>
    </w:p>
    <w:p>
      <w:r>
        <w:rPr>
          <w:b/>
        </w:rPr>
        <w:t xml:space="preserve">6. </w:t>
      </w:r>
      <w:r>
        <w:t>Выпуски государственных ценных бумаг Российской Федерации, выкупленные (переоформленные) в полном объеме Министерством финансов Российской Федерации до наступления даты погашения, могут быть признаны по решению Министерства финансов Российской Федерации досрочно погашенными.";</w:t>
      </w:r>
    </w:p>
    <w:p>
      <w:r>
        <w:rPr>
          <w:b/>
        </w:rPr>
        <w:t xml:space="preserve">2. </w:t>
      </w:r>
      <w:r>
        <w:t>Долговые обязательства субъекта Российской Федерации могут существовать в виде обязательств по</w:t>
      </w:r>
    </w:p>
    <w:p>
      <w:r>
        <w:rPr>
          <w:b/>
        </w:rPr>
        <w:t xml:space="preserve">3. </w:t>
      </w:r>
      <w:r>
        <w:t>В объем государственного долга субъекта Российской Федерации включаются</w:t>
      </w:r>
    </w:p>
    <w:p>
      <w:r>
        <w:rPr>
          <w:b/>
        </w:rPr>
        <w:t xml:space="preserve">4. </w:t>
      </w:r>
      <w:r>
        <w:t>В объем государственного внутреннего долга субъекта Российской Федерации включаются</w:t>
      </w:r>
    </w:p>
    <w:p>
      <w:r>
        <w:rPr>
          <w:b/>
        </w:rPr>
        <w:t xml:space="preserve">5. </w:t>
      </w:r>
      <w:r>
        <w:t>В объем государственного внешнего долга субъекта Российской Федерации включаются</w:t>
      </w:r>
    </w:p>
    <w:p>
      <w:r>
        <w:rPr>
          <w:b/>
        </w:rPr>
        <w:t xml:space="preserve">6. </w:t>
      </w:r>
      <w:r>
        <w:t>Долговые обязательства субъекта Российской Федерации могут быть краткосрочными (менее одного года), среднесрочными (от одного года до пяти лет) и долгосрочными (от пяти до 30 лет включительно).";</w:t>
      </w:r>
    </w:p>
    <w:p>
      <w:r>
        <w:rPr>
          <w:b/>
        </w:rPr>
        <w:t xml:space="preserve">2. </w:t>
      </w:r>
      <w:r>
        <w:t>Высший исполнительный орган государственной власти субъекта Российской Федерации по истечении сроков и в иных случаях, указанных в пункте 1 настоящей статьи, издает нормативный правовой акт о списании с государственного долга субъекта Российской Федерации долговых обязательств, выраженных в валюте Российской Федерации. (В редакции Федерального закона от 02.11.2007 № 247-ФЗ)</w:t>
      </w:r>
    </w:p>
    <w:p>
      <w:r>
        <w:rPr>
          <w:b/>
        </w:rPr>
        <w:t xml:space="preserve">3. </w:t>
      </w:r>
      <w:r>
        <w:t>Списание с государственного долга субъекта Российской Федерации осуществляется посредством уменьшения объема государственного долга субъекта Российской Федерации по видам списываемых государственных долговых обязательств субъекта Российской Федерации, выраженных в валюте Российской Федерации, на сумму их списания без отражения сумм списания в источниках финансирования дефицита бюджета субъекта Российской Федерации</w:t>
      </w:r>
    </w:p>
    <w:p>
      <w:r>
        <w:rPr>
          <w:b/>
        </w:rPr>
        <w:t xml:space="preserve">4. </w:t>
      </w:r>
      <w:r>
        <w:t>Действие пунктов 1 - 3 настоящей статьи не распространяется на обязательства по кредитным соглашениям, на долговые обязательства перед Российской Федерацией, другими субъектами Российской Федерации и муниципальными образованиями</w:t>
      </w:r>
    </w:p>
    <w:p>
      <w:r>
        <w:rPr>
          <w:b/>
        </w:rPr>
        <w:t xml:space="preserve">5. </w:t>
      </w:r>
      <w:r>
        <w:t>Списание с государственного долга субъекта Российской Федерации реструктурированных, а также погашенных (выкупленных) долговых обязательств осуществляется с учетом положений статей 105 и 113 настоящего Кодекса</w:t>
      </w:r>
    </w:p>
    <w:p>
      <w:r>
        <w:rPr>
          <w:b/>
        </w:rPr>
        <w:t xml:space="preserve">6. </w:t>
      </w:r>
      <w:r>
        <w:t>Выпуски государственных ценных бумаг субъекта Российской Федерации, выкупленные в полном объеме эмитировавшим их органом в соответствии с условиями выпуска ценных бумаг субъекта Российской Федерации до наступления даты погашения, могут быть признаны по решению указанного органа досрочно погашенными.";</w:t>
      </w:r>
    </w:p>
    <w:p>
      <w:r>
        <w:rPr>
          <w:b/>
        </w:rPr>
        <w:t xml:space="preserve">2. </w:t>
      </w:r>
      <w:r>
        <w:t>Долговые обязательства муниципального образования могут существовать в виде обязательств по</w:t>
      </w:r>
    </w:p>
    <w:p>
      <w:r>
        <w:rPr>
          <w:b/>
        </w:rPr>
        <w:t xml:space="preserve">3. </w:t>
      </w:r>
      <w:r>
        <w:t>В объем муниципального долга включаются</w:t>
      </w:r>
    </w:p>
    <w:p>
      <w:r>
        <w:rPr>
          <w:b/>
        </w:rPr>
        <w:t xml:space="preserve">4. </w:t>
      </w:r>
      <w:r>
        <w:t>Долговые обязательства муниципального образования могут быть краткосрочными (менее одного года), среднесрочными (от одного года до пяти лет) и долгосрочными (от пяти до 10 лет включительно).";</w:t>
      </w:r>
    </w:p>
    <w:p>
      <w:r>
        <w:rPr>
          <w:b/>
        </w:rPr>
        <w:t xml:space="preserve">2. </w:t>
      </w:r>
      <w:r>
        <w:t>Местная администрация по истечении сроков и в иных случаях, указанных в пункте 1 настоящей статьи, издает муниципальный правовой акт о списании с муниципального долга муниципальных долговых обязательств, выраженных в валюте Российской Федерации. (В редакции Федерального закона от 02.11.2007 № 247-ФЗ)</w:t>
      </w:r>
    </w:p>
    <w:p>
      <w:r>
        <w:rPr>
          <w:b/>
        </w:rPr>
        <w:t xml:space="preserve">3. </w:t>
      </w:r>
      <w:r>
        <w:t>Списание с муниципального долга осуществляется посредством уменьшения объема муниципального долга по видам списываемых муниципальных долговых обязательств, выраженных в валюте Российской Федерации, на сумму их списания без отражения сумм списания в источниках финансирования дефицита местного бюджета</w:t>
      </w:r>
    </w:p>
    <w:p>
      <w:r>
        <w:rPr>
          <w:b/>
        </w:rPr>
        <w:t xml:space="preserve">4. </w:t>
      </w:r>
      <w:r>
        <w:t>Действие пунктов 1 - 3 настоящей статьи не распространяется на обязательства по кредитным соглашениям, на муниципальные долговые обязательства перед Российской Федерацией, субъектами Российской Федерации и другими муниципальными образованиями</w:t>
      </w:r>
    </w:p>
    <w:p>
      <w:r>
        <w:rPr>
          <w:b/>
        </w:rPr>
        <w:t xml:space="preserve">5. </w:t>
      </w:r>
      <w:r>
        <w:t>Списание с муниципального долга реструктурированных, а также погашенных (выкупленных) муниципальных долговых обязательств осуществляется с учетом положений статей 105 и 113 настоящего Кодекса</w:t>
      </w:r>
    </w:p>
    <w:p>
      <w:r>
        <w:rPr>
          <w:b/>
        </w:rPr>
        <w:t xml:space="preserve">6. </w:t>
      </w:r>
      <w:r>
        <w:t>Выпуски муниципальных ценных бумаг, выкупленные в полном объеме эмитировавшим их органом в соответствии с условиями выпуска муниципальных ценных бумаг до наступления даты погашения, могут быть признаны по решению указанного органа досрочно погашенными.";</w:t>
      </w:r>
    </w:p>
    <w:p>
      <w:r>
        <w:rPr>
          <w:b/>
        </w:rPr>
        <w:t xml:space="preserve">2. </w:t>
      </w:r>
      <w:r>
        <w:t>Управление государственным долгом субъекта Российской Федерации осуществляется высшим исполнительным органом государственной власти субъекта Российской Федерации либо финансовым органом субъекта Российской Федерации в соответствии с законом субъекта Российской Федерации</w:t>
      </w:r>
    </w:p>
    <w:p>
      <w:r>
        <w:rPr>
          <w:b/>
        </w:rPr>
        <w:t xml:space="preserve">3. </w:t>
      </w:r>
      <w:r>
        <w:t>Управление муниципальным долгом осуществляется исполнительно-распорядительным органом муниципального образования (местной администрацией) в соответствии с уставом муниципального образования</w:t>
      </w:r>
    </w:p>
    <w:p>
      <w:r>
        <w:rPr>
          <w:b/>
        </w:rPr>
        <w:t xml:space="preserve">2. </w:t>
      </w:r>
      <w:r>
        <w:t>кредитам, привлеченным от имени Российской Федерации как заемщика от кредитных организаций, иностранных государств, в том числе по целевым иностранным кредитам (заимствованиям) международных финансовых организаций, иных субъектов международного права, иностранных юридических лиц</w:t>
      </w:r>
    </w:p>
    <w:p>
      <w:r>
        <w:rPr>
          <w:b/>
        </w:rPr>
        <w:t xml:space="preserve">2. </w:t>
      </w:r>
      <w:r>
        <w:t>государственным ценным бумагам, выпущенным от имени Российской Федерации</w:t>
      </w:r>
    </w:p>
    <w:p>
      <w:r>
        <w:rPr>
          <w:b/>
        </w:rPr>
        <w:t xml:space="preserve">2. </w:t>
      </w:r>
      <w:r>
        <w:t>бюджетным кредитам, привлеченным в федеральный бюджет из других бюджетов бюджетной системы Российской Федерации</w:t>
      </w:r>
    </w:p>
    <w:p>
      <w:r>
        <w:rPr>
          <w:b/>
        </w:rPr>
        <w:t xml:space="preserve">2. </w:t>
      </w:r>
      <w:r>
        <w:t>государственным гарантиям Российской Федерации</w:t>
      </w:r>
    </w:p>
    <w:p>
      <w:r>
        <w:rPr>
          <w:b/>
        </w:rPr>
        <w:t xml:space="preserve">2. </w:t>
      </w:r>
      <w:r>
        <w:t>иным долговым обязательствам, ранее отнесенным в соответствии с законодательством Российской Федерации на государственный долг Российской Федерации</w:t>
      </w:r>
    </w:p>
    <w:p>
      <w:r>
        <w:rPr>
          <w:b/>
        </w:rPr>
        <w:t xml:space="preserve">4. </w:t>
      </w:r>
      <w:r>
        <w:t>номинальная сумма долга по государственным ценным бумагам Российской Федерации, обязательства по которым выражены в валюте Российской Федерации</w:t>
      </w:r>
    </w:p>
    <w:p>
      <w:r>
        <w:rPr>
          <w:b/>
        </w:rPr>
        <w:t xml:space="preserve">4. </w:t>
      </w:r>
      <w:r>
        <w:t>объем основного долга по кредитам, которые получены Российской Федерацией и обязательства по которым выражены в валюте Российской Федерации</w:t>
      </w:r>
    </w:p>
    <w:p>
      <w:r>
        <w:rPr>
          <w:b/>
        </w:rPr>
        <w:t xml:space="preserve">4. </w:t>
      </w:r>
      <w:r>
        <w:t>объем основного долга по бюджетным кредитам, полученным Российской Федерацией</w:t>
      </w:r>
    </w:p>
    <w:p>
      <w:r>
        <w:rPr>
          <w:b/>
        </w:rPr>
        <w:t xml:space="preserve">4. </w:t>
      </w:r>
      <w:r>
        <w:t>объем обязательств по государственным гарантиям, выраженным в валюте Российской Федерации</w:t>
      </w:r>
    </w:p>
    <w:p>
      <w:r>
        <w:rPr>
          <w:b/>
        </w:rPr>
        <w:t xml:space="preserve">4. </w:t>
      </w:r>
      <w:r>
        <w:t>объем иных (за исключением указанных) долговых обязательств Российской Федерации, оплата которых в валюте Российской Федерации предусмотрена федеральными законами до введения в действие настоящего Кодекса</w:t>
      </w:r>
    </w:p>
    <w:p>
      <w:r>
        <w:rPr>
          <w:b/>
        </w:rPr>
        <w:t xml:space="preserve">5. </w:t>
      </w:r>
      <w:r>
        <w:t>номинальная сумма долга по государственным ценным бумагам Российской Федерации, обязательства по которым выражены в иностранной валюте</w:t>
      </w:r>
    </w:p>
    <w:p>
      <w:r>
        <w:rPr>
          <w:b/>
        </w:rPr>
        <w:t xml:space="preserve">5. </w:t>
      </w:r>
      <w:r>
        <w:t>объем основного долга по кредитам, которые получены Российской Федерацией и обязательства по которым выражены в иностранной валюте, в том числе по целевым иностранным кредитам (заимствованиям), привлеченным под государственные гарантии Российской Федерации</w:t>
      </w:r>
    </w:p>
    <w:p>
      <w:r>
        <w:rPr>
          <w:b/>
        </w:rPr>
        <w:t xml:space="preserve">5. </w:t>
      </w:r>
      <w:r>
        <w:t>объем обязательств по государственным гарантиям Российской Федерации, выраженным в иностранной валюте."</w:t>
      </w:r>
    </w:p>
    <w:p>
      <w:r>
        <w:rPr>
          <w:b/>
        </w:rPr>
        <w:t xml:space="preserve">5. </w:t>
      </w:r>
      <w:r>
        <w:t>дополнить статьей 981 следующего содержания: "Статья 981. Прекращение долговых обязательств Российской Федерации, выраженных в валюте Российской Федерации, и их списание с государственного долга Российской Федерации 1. В случае, если долговое обязательство Российской Федерации не предъявлено к погашению (не совершены кредитором определенные условиями обязательства и (или) нормативными правовыми актами действия) в течение трех лет с даты, следующей за датой погашения, предусмотренной условиями долгового обязательства либо соответствующими федеральными законами, или истек срок государственной гарантии Российской Федерации и в иных случаях, предусмотренных статьей 115 настоящего Кодекса, указанное долговое обязательство считается полностью прекращенным и списывается с государственного внутреннего долга Российской Федерации, если иное не предусмотрено федеральными законами. (В редакции Федерального закона от 02.11.2007 № 247-ФЗ)</w:t>
      </w:r>
    </w:p>
    <w:p>
      <w:r>
        <w:rPr>
          <w:b/>
        </w:rPr>
        <w:t xml:space="preserve">6. </w:t>
      </w:r>
      <w:r>
        <w:t>статью 99 изложить в следующей редакции: "Статья 99. Структура государственного долга субъекта Российской Федерации, виды и срочность долговых обязательств субъекта Российской Федерации 1. Структура государственного долга субъекта Российской Федерации представляет собой группировку долговых обязательств субъекта Российской Федерации по установленным настоящей статьей видам долговых обязательств</w:t>
      </w:r>
    </w:p>
    <w:p>
      <w:r>
        <w:rPr>
          <w:b/>
        </w:rPr>
        <w:t xml:space="preserve">2. </w:t>
      </w:r>
      <w:r>
        <w:t>государственным ценным бумагам субъекта Российской Федерации</w:t>
      </w:r>
    </w:p>
    <w:p>
      <w:r>
        <w:rPr>
          <w:b/>
        </w:rPr>
        <w:t xml:space="preserve">2. </w:t>
      </w:r>
      <w:r>
        <w:t>бюджетным кредитам, привлеченным в бюджет субъекта Российской Федерации от других бюджетов бюджетной системы Российской Федерации</w:t>
      </w:r>
    </w:p>
    <w:p>
      <w:r>
        <w:rPr>
          <w:b/>
        </w:rPr>
        <w:t xml:space="preserve">2. </w:t>
      </w:r>
      <w:r>
        <w:t>кредитам, полученным субъектом Российской Федерации от кредитных организаций, иностранных банков и международных финансовых организаций</w:t>
      </w:r>
    </w:p>
    <w:p>
      <w:r>
        <w:rPr>
          <w:b/>
        </w:rPr>
        <w:t xml:space="preserve">2. </w:t>
      </w:r>
      <w:r>
        <w:t>государственным гарантиям субъекта Российской Федерации. Долговые обязательства субъекта Российской Федерации не могут существовать в иных видах, за исключением предусмотренных настоящим пунктом</w:t>
      </w:r>
    </w:p>
    <w:p>
      <w:r>
        <w:rPr>
          <w:b/>
        </w:rPr>
        <w:t xml:space="preserve">3. </w:t>
      </w:r>
      <w:r>
        <w:t>номинальная сумма долга по государственным ценным бумагам субъекта Российской Федерации</w:t>
      </w:r>
    </w:p>
    <w:p>
      <w:r>
        <w:rPr>
          <w:b/>
        </w:rPr>
        <w:t xml:space="preserve">3. </w:t>
      </w:r>
      <w:r>
        <w:t>объем основного долга по кредитам, полученным субъектом Российской Федерации</w:t>
      </w:r>
    </w:p>
    <w:p>
      <w:r>
        <w:rPr>
          <w:b/>
        </w:rPr>
        <w:t xml:space="preserve">3. </w:t>
      </w:r>
      <w:r>
        <w:t>объем основного долга по бюджетным кредитам, привлеченным в бюджет субъекта Российской Федерации от других бюджетов бюджетной системы Российской Федерации</w:t>
      </w:r>
    </w:p>
    <w:p>
      <w:r>
        <w:rPr>
          <w:b/>
        </w:rPr>
        <w:t xml:space="preserve">3. </w:t>
      </w:r>
      <w:r>
        <w:t>объем обязательств по государственным гарантиям, предоставленным субъектом Российской Федерации</w:t>
      </w:r>
    </w:p>
    <w:p>
      <w:r>
        <w:rPr>
          <w:b/>
        </w:rPr>
        <w:t xml:space="preserve">3. </w:t>
      </w:r>
      <w:r>
        <w:t>объем иных (за исключением указанных) непогашенных долговых обязательств субъекта Российской Федерации</w:t>
      </w:r>
    </w:p>
    <w:p>
      <w:r>
        <w:rPr>
          <w:b/>
        </w:rPr>
        <w:t xml:space="preserve">4. </w:t>
      </w:r>
      <w:r>
        <w:t>номинальная сумма долга по государственным ценным бумагам субъекта Российской Федерации, обязательства по которым выражены в валюте Российской Федерации</w:t>
      </w:r>
    </w:p>
    <w:p>
      <w:r>
        <w:rPr>
          <w:b/>
        </w:rPr>
        <w:t xml:space="preserve">4. </w:t>
      </w:r>
      <w:r>
        <w:t>объем основного долга по кредитам, полученным субъектом Российской Федерации, обязательства по которым выражены в валюте Российской Федерации</w:t>
      </w:r>
    </w:p>
    <w:p>
      <w:r>
        <w:rPr>
          <w:b/>
        </w:rPr>
        <w:t xml:space="preserve">4. </w:t>
      </w:r>
      <w:r>
        <w:t>объем основного долга по бюджетным кредитам, привлеченным в бюджет субъекта Российской Федерации от других бюджетов бюджетной системы Российской Федерации</w:t>
      </w:r>
    </w:p>
    <w:p>
      <w:r>
        <w:rPr>
          <w:b/>
        </w:rPr>
        <w:t xml:space="preserve">4. </w:t>
      </w:r>
      <w:r>
        <w:t>объем обязательств по государственным гарантиям, предоставленным субъектом Российской Федерации, выраженным в валюте Российской Федерации</w:t>
      </w:r>
    </w:p>
    <w:p>
      <w:r>
        <w:rPr>
          <w:b/>
        </w:rPr>
        <w:t xml:space="preserve">4. </w:t>
      </w:r>
      <w:r>
        <w:t>объем обязательств субъекта Российской Федерации перед Российской Федерацией, возникающих в иностранной валюте в рамках использования целевых иностранных кредитов (заимствований)</w:t>
      </w:r>
    </w:p>
    <w:p>
      <w:r>
        <w:rPr>
          <w:b/>
        </w:rPr>
        <w:t xml:space="preserve">4. </w:t>
      </w:r>
      <w:r>
        <w:t>объем иных (за исключением указанных) непогашенных долговых обязательств субъекта Российской Федерации, обязательства по которым выражены в валюте Российской Федерации</w:t>
      </w:r>
    </w:p>
    <w:p>
      <w:r>
        <w:rPr>
          <w:b/>
        </w:rPr>
        <w:t xml:space="preserve">5. </w:t>
      </w:r>
      <w:r>
        <w:t>номинальная сумма долга по государственным ценным бумагам субъекта Российской Федерации, обязательства по которым выражены в иностранной валюте</w:t>
      </w:r>
    </w:p>
    <w:p>
      <w:r>
        <w:rPr>
          <w:b/>
        </w:rPr>
        <w:t xml:space="preserve">5. </w:t>
      </w:r>
      <w:r>
        <w:t>объем основного долга по кредитам, полученным субъектом Российской Федерации, обязательства по которым выражены в иностранной валюте</w:t>
      </w:r>
    </w:p>
    <w:p>
      <w:r>
        <w:rPr>
          <w:b/>
        </w:rPr>
        <w:t xml:space="preserve">5. </w:t>
      </w:r>
      <w:r>
        <w:t>объем обязательств по государственным гарантиям, предоставленным субъектом Российской Федерации в иностранной валюте, а также предоставленным в обеспечение обязательств в иностранной валюте</w:t>
      </w:r>
    </w:p>
    <w:p>
      <w:r>
        <w:rPr>
          <w:b/>
        </w:rPr>
        <w:t xml:space="preserve">5. </w:t>
      </w:r>
      <w:r>
        <w:t>объем иных (за исключением указанных) непогашенных долговых обязательств субъекта Российской Федерации, обязательства по которым выражены в иностранной валюте</w:t>
      </w:r>
    </w:p>
    <w:p>
      <w:r>
        <w:rPr>
          <w:b/>
        </w:rPr>
        <w:t xml:space="preserve">6. </w:t>
      </w:r>
      <w:r>
        <w:t>дополнить статьей 991 следующего содержания: "Статья 991. Прекращение долговых обязательств субъекта Российской Федерации, выраженных в валюте Российской Федерации, и их списание с государственного долга субъекта Российской Федерации 1. В случае, если долговое обязательство субъекта Российской Федерации, выраженное в валюте Российской Федерации, не предъявлено к погашению (не совершены кредитором определенные условиями обязательства и нормативными правовыми актами субъекта Российской Федерации действия) в течение трех лет с даты, следующей за датой погашения, предусмотренной условиями долгового обязательства субъекта Российской Федерации, или истек срок государственной гарантии субъекта Российской Федерации и в иных случаях, предусмотренных статьей 115 настоящего Кодекса, указанное обязательство считается полностью прекращенным и списывается с государственного долга субъекта Российской Федерации, если иное не предусмотрено законами субъекта Российской Федерации. (В редакции Федерального закона от 02.11.2007 № 247-ФЗ)</w:t>
      </w:r>
    </w:p>
    <w:p>
      <w:r>
        <w:rPr>
          <w:b/>
        </w:rPr>
        <w:t xml:space="preserve">6. </w:t>
      </w:r>
      <w:r>
        <w:t>статью 100 изложить в следующей редакции: "Статья 100. Структура муниципального долга, виды и срочность муниципальных долговых обязательств 1. Структура муниципального долга представляет собой группировку муниципальных долговых обязательств по установленным настоящей статьей видам долговых обязательств</w:t>
      </w:r>
    </w:p>
    <w:p>
      <w:r>
        <w:rPr>
          <w:b/>
        </w:rPr>
        <w:t xml:space="preserve">2. </w:t>
      </w:r>
      <w:r>
        <w:t>ценным бумагам муниципального образования (муниципальным ценным бумагам)</w:t>
      </w:r>
    </w:p>
    <w:p>
      <w:r>
        <w:rPr>
          <w:b/>
        </w:rPr>
        <w:t xml:space="preserve">2. </w:t>
      </w:r>
      <w:r>
        <w:t>бюджетным кредитам, привлеченным в местный бюджет от других бюджетов бюджетной системы Российской Федерации</w:t>
      </w:r>
    </w:p>
    <w:p>
      <w:r>
        <w:rPr>
          <w:b/>
        </w:rPr>
        <w:t xml:space="preserve">2. </w:t>
      </w:r>
      <w:r>
        <w:t>кредитам, полученным муниципальным образованием от кредитных организаций</w:t>
      </w:r>
    </w:p>
    <w:p>
      <w:r>
        <w:rPr>
          <w:b/>
        </w:rPr>
        <w:t xml:space="preserve">2. </w:t>
      </w:r>
      <w:r>
        <w:t>гарантиям муниципального образования (муниципальным гарантиям). Долговые обязательства муниципального образования не могут существовать в иных видах, за исключением предусмотренных настоящим пунктом</w:t>
      </w:r>
    </w:p>
    <w:p>
      <w:r>
        <w:rPr>
          <w:b/>
        </w:rPr>
        <w:t xml:space="preserve">3. </w:t>
      </w:r>
      <w:r>
        <w:t>номинальная сумма долга по муниципальным ценным бумагам</w:t>
      </w:r>
    </w:p>
    <w:p>
      <w:r>
        <w:rPr>
          <w:b/>
        </w:rPr>
        <w:t xml:space="preserve">3. </w:t>
      </w:r>
      <w:r>
        <w:t>объем основного долга по бюджетным кредитам, привлеченным в местный бюджет</w:t>
      </w:r>
    </w:p>
    <w:p>
      <w:r>
        <w:rPr>
          <w:b/>
        </w:rPr>
        <w:t xml:space="preserve">3. </w:t>
      </w:r>
      <w:r>
        <w:t>объем основного долга по кредитам, полученным муниципальным образованием</w:t>
      </w:r>
    </w:p>
    <w:p>
      <w:r>
        <w:rPr>
          <w:b/>
        </w:rPr>
        <w:t xml:space="preserve">3. </w:t>
      </w:r>
      <w:r>
        <w:t>объем обязательств по муниципальным гарантиям</w:t>
      </w:r>
    </w:p>
    <w:p>
      <w:r>
        <w:rPr>
          <w:b/>
        </w:rPr>
        <w:t xml:space="preserve">3. </w:t>
      </w:r>
      <w:r>
        <w:t>объем иных (за исключением указанных) непогашенных долговых обязательств муниципального образования</w:t>
      </w:r>
    </w:p>
    <w:p>
      <w:r>
        <w:rPr>
          <w:b/>
        </w:rPr>
        <w:t xml:space="preserve">4. </w:t>
      </w:r>
      <w:r>
        <w:t>дополнить статьей 1001 следующего содержания: "Статья 1001. Прекращение муниципальных долговых обязательств, выраженных в валюте Российской Федерации, и их списание с муниципального долга 1. В случае, если муниципальное долговое обязательство, выраженное в валюте Российской Федерации, не предъявлено к погашению (не совершены кредитором определенные условиями обязательства и муниципальными правовыми актами муниципального образования действия)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статьей 115 настоящего Кодекса, указанное обязательство считается полностью прекращенным и списывается с муниципального долга, если иное не предусмотрено муниципальными правовыми актами представительных органов муниципального образования. (В редакции Федерального закона от 02.11.2007 № 247-ФЗ)</w:t>
      </w:r>
    </w:p>
    <w:p>
      <w:r>
        <w:rPr>
          <w:b/>
        </w:rPr>
        <w:t xml:space="preserve">6. </w:t>
      </w:r>
      <w:r>
        <w:t>статьи 101 - 104 изложить в следующей редакции: "Статья 101. Управление государственным и муниципальным долгом 1. Управление государственным долгом Российской Федерации осуществляется Правительством Российской Федерации либо уполномоченным им Министерством финансов Российской Федерации</w:t>
      </w:r>
    </w:p>
    <w:p>
      <w:r>
        <w:rPr>
          <w:b/>
        </w:rPr>
        <w:t>Статья 102. Ответственность по долговым обязательствам Российской Федерации, субъектов Российской Федерации, муниципальных образований</w:t>
      </w:r>
    </w:p>
    <w:p>
      <w:r>
        <w:rPr>
          <w:b/>
        </w:rPr>
        <w:t xml:space="preserve">1. </w:t>
      </w:r>
      <w:r>
        <w:t>Долговые обязательства Российской Федерации, субъекта Российской Федерации, муниципального образования полностью и без условий обеспечиваются всем находящимся в собственности Российской Федерации, субъекта Российской Федерации, муниципального образования имуществом, составляющим соответствующую казну, и исполняются за счет средств соответствующего бюджета</w:t>
      </w:r>
    </w:p>
    <w:p>
      <w:r>
        <w:rPr>
          <w:b/>
        </w:rPr>
        <w:t xml:space="preserve">2. </w:t>
      </w:r>
      <w:r>
        <w:t>Российская Федерация не несет ответственности по долговым обязательствам субъектов Российской Федерации и муниципальных образований, если указанные обязательства не были гарантированы Российской Федерацией</w:t>
      </w:r>
    </w:p>
    <w:p>
      <w:r>
        <w:rPr>
          <w:b/>
        </w:rPr>
        <w:t xml:space="preserve">3. </w:t>
      </w:r>
      <w:r>
        <w:t>Субъект Российской Федерации не несет ответственности по долговым обязательствам Российской Федерации, иных субъектов Российской Федерации и муниципальных образований, если указанные обязательства не были гарантированы этим субъектом Российской Федерации</w:t>
      </w:r>
    </w:p>
    <w:p>
      <w:r>
        <w:rPr>
          <w:b/>
        </w:rPr>
        <w:t xml:space="preserve">4. </w:t>
      </w:r>
      <w:r>
        <w:t>Муниципальное образование не несет ответственности по долговым обязательствам Российской Федерации, субъектов Российской Федерации и иных муниципальных образований, если указанные обязательства не были гарантированы этим муниципальным образованием</w:t>
      </w:r>
    </w:p>
    <w:p>
      <w:r>
        <w:rPr>
          <w:b/>
        </w:rPr>
        <w:t>Статья 103. Осуществление государственных и муниципальных заимствований</w:t>
      </w:r>
    </w:p>
    <w:p>
      <w:r>
        <w:rPr>
          <w:b/>
        </w:rPr>
        <w:t xml:space="preserve">1. </w:t>
      </w:r>
      <w:r>
        <w:t>Под государственными заимствованиями Российской Федерации понимаются государственные займы, осуществляемые путем выпуска государственных ценных бумаг от имени Российской Федерации, и кредиты, привлекаемые от других бюджетов бюджетной системы Российской Федерации, кредитных организаций, иностранных государств, включая целевые иностранные кредиты (заимствования), международных финансовых организаций, иных субъектов международного права, иностранных юридических лиц, по которым возникают долговые обязательства Российской Федерации</w:t>
      </w:r>
    </w:p>
    <w:p>
      <w:r>
        <w:rPr>
          <w:b/>
        </w:rPr>
        <w:t xml:space="preserve">2. </w:t>
      </w:r>
      <w:r>
        <w:t>Государственные и муниципальные внутренние заимствования осуществляются в целях финансирования дефицитов соответствующих бюджетов (ненефтегазового дефицита федерального бюджета), а также для погашения долговых обязательств</w:t>
      </w:r>
    </w:p>
    <w:p>
      <w:r>
        <w:rPr>
          <w:b/>
        </w:rPr>
        <w:t xml:space="preserve">3. </w:t>
      </w:r>
      <w:r>
        <w:t>Под государственными внутренними заимствованиями Российской Федерации понимаются государственные займы, осуществляемые путем выпуска государственных ценных бумаг от имени Российской Федерации, и кредиты, привлекаемые от других бюджетов бюджетной системы Российской Федерации, кредитных организаций и международных финансовых организаций, по которым возникают долговые обязательства Российской Федерации как заемщика, выраженные в валюте Российской Федерации. Право осуществления государственных внутренних заимствований от имени Российской Федерации в соответствии с настоящим Кодексом принадлежит Правительству Российской Федерации либо уполномоченному им Министерству финансов Российской Федерации</w:t>
      </w:r>
    </w:p>
    <w:p>
      <w:r>
        <w:rPr>
          <w:b/>
        </w:rPr>
        <w:t xml:space="preserve">4. </w:t>
      </w:r>
      <w:r>
        <w:t>Под государственными внешними заимствованиями Российской Федерации понимаются государственные займы, осуществляемые путем выпуска государственных ценных бумаг от имени Российской Федерации, и кредиты, привлекаемые от кредитных организаций, иностранных государств, включая целевые иностранные кредиты (заимствования), международных финансовых организаций, иных субъектов международного права, иностранных юридических лиц, по которым возникают долговые обязательства Российской Федерации, выраженные в иностранной валюте. Государственные внешние заимствования Российской Федерации осуществляются в целях финансирования дефицита (ненефтегазового дефицита) федерального бюджета, а также для погашения государственных долговых обязательств Российской Федерации. Право осуществления государственных внешних заимствований Российской Федерации и заключения договоров о предоставлении государственных гарантий для привлечения внешних кредитов (займов) принадлежит Российской Федерации. От имени Российской Федерации осуществлять внешние заимствования может Правительство Российской Федерации либо уполномоченное им Министерство финансов Российской Федерации</w:t>
      </w:r>
    </w:p>
    <w:p>
      <w:r>
        <w:rPr>
          <w:b/>
        </w:rPr>
        <w:t xml:space="preserve">5. </w:t>
      </w:r>
      <w:r>
        <w:t>Правительство Российской Федерации или уполномоченное им Министерство финансов Российской Федерации вправе осуществлять внутренние (внешние) заимствования с превышением установленного на соответствующий финансовый год федеральным законом о федеральном бюджете на очередной финансовый год и плановый период верхнего предела государственного внутреннего (внешнего) долга Российской Федерации в целях замещения внешних (внутренних) заимствований, если это снижает расходы на обслуживание государственного долга Российской Федерации в рамках верхнего предела государственного долга Российской Федерации (суммы верхнего предела государственного внутреннего долга Российской Федерации, установленного федеральным законом о федеральном бюджете на очередной финансовый год и плановый период, и верхнего предела государственного внешнего долга Российской Федерации, установленного федеральным законом о федеральном бюджете на очередной финансовый год и плановый период). (В редакции Федерального закона от 02.11.2007 № 247-ФЗ)</w:t>
      </w:r>
    </w:p>
    <w:p>
      <w:r>
        <w:rPr>
          <w:b/>
        </w:rPr>
        <w:t xml:space="preserve">6. </w:t>
      </w:r>
      <w:r>
        <w:t>Под государственными заимствованиями субъектов Российской Федерации понимаются государственные займы, осуществляемые путем выпуска государственных ценных бумаг от имени субъекта Российской Федерации, и кредиты, привлекаемые в соответствии с положениями настоящего Кодекса в бюджет субъекта Российской Федерации от других бюджетов бюджетной системы Российской Федерации, кредитных организаций, иностранных банков и международных финансовых организаций, по которым возникают долговые обязательства субъекта Российской Федерации. Государственные внутренние заимствования субъектов Российской Федерации - государственные займы, осуществляемые путем выпуска государственных ценных бумаг от имени субъекта Российской Федерации, и кредиты, привлекаемые в соответствии с положениями настоящего Кодекса в бюджет субъекта Российской Федерации от других бюджетов бюджетной системы Российской Федерации, кредитных организаций, международных финансовых организаций, по которым возникают долговые обязательства субъекта Российской Федерации, выраженные в валюте Российской Федерации. Государственные внешние заимствования субъектов Российской Федерации - государственные займы, осуществляемые путем выпуска государственных ценных бумаг от имени субъекта Российской Федерации, и кредиты, привлекаемые в соответствии с положениями настоящего Кодекса в бюджет субъекта Российской Федерации от иностранных банков, по которым возникают долговые обязательства субъекта Российской Федерации, выраженные в иностранной валюте. Государственные внешние заимствования субъекта Российской Федерации осуществляются в соответствии с положениями настоящего Кодекса в целях обеспечения погашения существующего государственного внешнего долга субъекта Российской Федерации и (или) финансирования дефицита бюджета субъекта Российской Федерации. Право осуществления государственных внутренних и внешних заимствований субъекта Российской Федерации от имени субъекта Российской Федерации в соответствии с настоящим Кодексом и принятым в соответствии с ним законом субъекта Российской Федерации принадлежит высшему исполнительному органу государственной власти субъекта Российской Федерации либо финансовому органу субъекта Российской Федерации</w:t>
      </w:r>
    </w:p>
    <w:p>
      <w:r>
        <w:rPr>
          <w:b/>
        </w:rPr>
        <w:t xml:space="preserve">7. </w:t>
      </w:r>
      <w:r>
        <w:t>Под муниципальными заимствованиями понимаются муниципальные займы, осуществляемые путем выпуска ценных бумаг от имени муниципального образования, и кредиты, привлекаемые в соответствии с положениями настоящего Кодекса в местный бюджет от других бюджетов бюджетной системы Российской Федерации и от кредитных организаций, по которым возникают муниципальные долговые обязательства. Право осуществления муниципальных заимствований от имени муниципального образования в соответствии с настоящим Кодексом и уставом муниципального образования принадлежит местной администрации</w:t>
      </w:r>
    </w:p>
    <w:p>
      <w:r>
        <w:rPr>
          <w:b/>
        </w:rPr>
        <w:t>Статья 104. Заимствования и гарантии субъектов Российской Федерации, муниципальных образований в иностранной валюте</w:t>
      </w:r>
    </w:p>
    <w:p>
      <w:r>
        <w:rPr>
          <w:b/>
        </w:rPr>
        <w:t xml:space="preserve">1. </w:t>
      </w:r>
      <w:r>
        <w:t>Порядок осуществления внешних заимствований субъектов Российской Федерации (за исключением внешних облигационных займов) устанавливается Правительством Российской Федерации. Выпуск внешних облигационных займов субъектов Российской Федерации осуществляется в соответствии с положениями настоящего Кодекса и Федерального закона от 29 июля 1998 года № 136-ФЗ "Об особенностях эмиссии и обращения государственных и муниципальных ценных бумаг". Выпуск внешних облигационных займов субъектов Российской Федерации осуществляется с учетом приоритета государственных внешних заимствований Российской Федерации. Субъекты Российской Федерации, для которых расчетная доля межбюджетных трансфертов из федерального бюджета (за исключением субвенций) в течение двух из трех последних отчетных лет не превышала 5 процентов объема собственных доходов консолидированного бюджета субъекта Российской Федерации, начиная с очередного финансового года вправе осуществлять внешние заимствования в целях обеспечения погашения внешнего долга и (или) финансирования дефицита бюджета субъекта Российской Федерации. Субъекты Российской Федерации, для которых расчетная доля межбюджетных трансфертов из федерального бюджета (за исключением субвенций) в течение двух из трех последних отчетных лет превышала 5 процентов объема собственных доходов консолидированного бюджета субъекта Российской Федерации, вправе осуществлять внешние заимствования в целях обеспечения погашения внешнего долга субъекта Российской Федерации. При этом в текущем финансовом году объем указанных внешних заимствований не может превышать объем обязательств по погашению в текущем финансовом году имеющегося на начало года внешнего долга субъекта Российской Федерации без учета обязательств по гарантиям, выраженным в иностранной валюте</w:t>
      </w:r>
    </w:p>
    <w:p>
      <w:r>
        <w:rPr>
          <w:b/>
        </w:rPr>
        <w:t xml:space="preserve">2. </w:t>
      </w:r>
      <w:r>
        <w:t>Субъекты Российской Федерации и муниципальные образования вправе осуществлять заимствования у Российской Федерации в иностранной валюте, предоставлять Российской Федерации гарантии в иностранной валюте исключительно в рамках использования целевых иностранных кредитов (заимствований)</w:t>
      </w:r>
    </w:p>
    <w:p>
      <w:r>
        <w:rPr>
          <w:b/>
        </w:rPr>
        <w:t xml:space="preserve">3. </w:t>
      </w:r>
      <w:r>
        <w:t>Заимствования у Российской Федерации в иностранной валюте, предоставление Российской Федерации гарантий в иностранной валюте субъектами Российской Федерации, муниципальными образованиями не являются внешними заимствованиями и не приводят к образованию внешнего долга субъекта Российской Федерации, муниципального образования</w:t>
      </w:r>
    </w:p>
    <w:p>
      <w:r>
        <w:rPr>
          <w:b/>
        </w:rPr>
        <w:t xml:space="preserve">4. </w:t>
      </w:r>
      <w:r>
        <w:t>Заимствования субъектов Российской Федерации и муниципальных образований в иностранной валюте, за исключением случаев, установленных пунктами 1 и 2 настоящей статьи, предоставление гарантий субъектов Российской Федерации и муниципальных образований в обеспечение обязательств, возникающих в иностранной валюте, а также гарантий в иностранной валюте, за исключением случаев, установленных пунктом 2 настоящей статьи, не допускаются.";</w:t>
      </w:r>
    </w:p>
    <w:p>
      <w:r>
        <w:rPr>
          <w:b/>
        </w:rPr>
        <w:t xml:space="preserve">2. </w:t>
      </w:r>
      <w:r>
        <w:t>Предельный объем государственного долга субъекта Российской Федерации не должен превышать утвержденный общий годовой объем доходов бюджета субъекта Российской Федерации без учета утвержденного объема безвозмездных поступлений. Для субъекта Российской Федерации, в отношении которого осуществляются меры, предусмотренные пунктом 4 статьи 130 настоящего Кодекса, предельный объем долга не должен превышать 50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w:t>
      </w:r>
    </w:p>
    <w:p>
      <w:r>
        <w:rPr>
          <w:b/>
        </w:rPr>
        <w:t xml:space="preserve">3. </w:t>
      </w:r>
      <w:r>
        <w:t>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 Для муниципального образования, в отношении которого осуществляются меры, предусмотренные пунктом 4 статьи 136 настоящего Кодекса, предельный объем муниципального долга не должен превышать 50 процентов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
        <w:rPr>
          <w:b/>
        </w:rPr>
        <w:t xml:space="preserve">4. </w:t>
      </w:r>
      <w:r>
        <w:t>Превышение при исполнении соответствующего бюджета установленных настоящей статьей ограничений является нарушением бюджетного законодательства Российской Федерации и влечет применение мер принуждения за нарушение бюджетного законодательства Российской Федерации, предусмотренных настоящим Кодексом</w:t>
      </w:r>
    </w:p>
    <w:p>
      <w:r>
        <w:rPr>
          <w:b/>
        </w:rPr>
        <w:t xml:space="preserve">5. </w:t>
      </w:r>
      <w:r>
        <w:t>Если при исполнении соответствующего бюджета объем долга субъекта Российской Федерации, муниципального долга превышает предельный объем государственного долга субъекта Российской Федерации, муниципального долга, установленный законом (решением) о соответствующем бюджете, уполномоченный орган государственной власти субъекта Российской Федерации, орган местного самоуправления вправе принимать новые долговые обязательства только после приведения объема долга субъекта Российской Федерации, муниципального долга в соответствие с требованиями настоящей статьи</w:t>
      </w:r>
    </w:p>
    <w:p>
      <w:r>
        <w:rPr>
          <w:b/>
        </w:rPr>
        <w:t xml:space="preserve">6. </w:t>
      </w:r>
      <w:r>
        <w:t>Законом (решением) о соответствующем бюджете устанавливается верхний предел государственного внутреннего долга субъекта Российской Федерации, верхний предел государственного внешнего долга субъекта Российской Федерации (при наличии такового), верхний предел муниципального долга по состоянию на 1 января года, следующего за очередным финансовым годом (очередным финансовым годом и каждым годом планового периода), представляющий собой расчетный показатель, с указанием в том числе верхнего предела долга по государственным гарантиям субъекта Российской Федерации, муниципальным гарантиям. Верхний предел государственного внутреннего долга субъекта Российской Федерации и верхний предел государственного внешнего долга субъекта Российской Федерации устанавливаются с соблюдением ограничений, установленных пунктом 2 настоящей статьи. Верхний предел муниципального долга устанавливается с соблюдением ограничений, установленных пунктом 3 настоящей статьи</w:t>
      </w:r>
    </w:p>
    <w:p>
      <w:r>
        <w:rPr>
          <w:b/>
        </w:rPr>
        <w:t xml:space="preserve">4. </w:t>
      </w:r>
      <w:r>
        <w:t>пункт 3 статьи 105 после слова "текущем" дополнить словом "финансовом"</w:t>
      </w:r>
    </w:p>
    <w:p>
      <w:r>
        <w:rPr>
          <w:b/>
        </w:rPr>
        <w:t xml:space="preserve">4. </w:t>
      </w:r>
      <w:r>
        <w:t>статью 106 изложить в следующей редакции: "Статья 106. Предельный объем заимствований субъектов Российской Федерации, муниципальных заимствований Предельный объем заимствований субъектов Российской Федерации, муниципальных заимствований в текущем финансовом году с учетом положений статьи 104 настоящего Кодекса не должен превышать сумму, направляемую в текущем финансовом году на финансирование дефицита соответствующего бюджета и (или) погашение долговых обязательств соответствующего бюджета."</w:t>
      </w:r>
    </w:p>
    <w:p>
      <w:r>
        <w:rPr>
          <w:b/>
        </w:rPr>
        <w:t xml:space="preserve">4. </w:t>
      </w:r>
      <w:r>
        <w:t>статьи 107 и 108 изложить в следующей редакции: "Статья 107. Предельный объем государственного долга субъекта Российской Федерации, муниципального долга 1. Предельный объем государственного долга субъекта Российской Федерации, муниципального долга на очередной финансовый год (очередной финансовый год и каждый год планового периода) устанавливается законом (решением) о соответствующем бюджете в рамках ограничений, установленных пунктами 2 и 3 настоящей статьи. Законодательный (представительный) орган государственной власти субъекта Российской Федерации, представительный орган муниципального образования вправе в целях управления соответствующим долгом утвердить дополнительные ограничения по государственному долгу субъекта Российской Федерации, муниципальному долгу. Предельный объем государственного долга субъекта Российской Федерации, долга муниципального образования (муниципального долга) в целях настоящего Кодекса означает объем долга субъекта Российской Федерации, объем муниципального долга, который не может быть превышен при исполнении соответствующего бюджета</w:t>
      </w:r>
    </w:p>
    <w:p>
      <w:r>
        <w:rPr>
          <w:b/>
        </w:rPr>
        <w:t>Статья 108. Программа государственных внешних заимствований Российской Федерации</w:t>
      </w:r>
    </w:p>
    <w:p>
      <w:r>
        <w:rPr>
          <w:b/>
        </w:rPr>
        <w:t xml:space="preserve">1. </w:t>
      </w:r>
      <w:r>
        <w:t>Программа государственных внешних заимствований Российской Федерации представляет собой перечень всех внешних заимствований Российской Федерации на очередной финансовый год и плановый период по видам заимствований с отражением разницы между объемом привлечения и объемом средств, направляемых на погашение основного долга по каждому виду долгового обязательства</w:t>
      </w:r>
    </w:p>
    <w:p>
      <w:r>
        <w:rPr>
          <w:b/>
        </w:rPr>
        <w:t xml:space="preserve">2. </w:t>
      </w:r>
      <w:r>
        <w:t>Программа государственных внешних заимствований Российской Федерации содержит перечень внешних заимствований Российской Федерации на очередной финансовый год и плановый период с разделением на несвязанные (финансовые) и целевые иностранные заимствования с указанием</w:t>
      </w:r>
    </w:p>
    <w:p>
      <w:r>
        <w:rPr>
          <w:b/>
        </w:rPr>
        <w:t xml:space="preserve">3. </w:t>
      </w:r>
      <w:r>
        <w:t>В программе государственных внешних заимствований Российской Федерации должны быть отдельно предусмотрены все займы, величина которых превышает сумму, эквивалентную 10 миллионам долларов США, на весь срок займа. Данные займы подлежат реализации только при условии их утверждения в составе программы государственных внешних заимствований Российской Федерации федеральным законом о федеральном бюджете</w:t>
      </w:r>
    </w:p>
    <w:p>
      <w:r>
        <w:rPr>
          <w:b/>
        </w:rPr>
        <w:t xml:space="preserve">4. </w:t>
      </w:r>
      <w:r>
        <w:t>В программе государственных внешних заимствований Российской Федерации объем, детализированный по конкретным займам, должен составлять не менее 85 процентов общего объема внешних заимствований</w:t>
      </w:r>
    </w:p>
    <w:p>
      <w:r>
        <w:rPr>
          <w:b/>
        </w:rPr>
        <w:t xml:space="preserve">5. </w:t>
      </w:r>
      <w:r>
        <w:t>Правительство Российской Федерации или уполномоченное им Министерство финансов Российской Федерации вправе осуществлять внешние заимствования, не включенные в программу государственных внешних заимствований Российской Федерации, если указанные внешние заимствования осуществляются в процессе реструктуризации государственного внешнего долга Российской Федерации, которая приводит к снижению расходов на обслуживание государственного внешнего долга Российской Федерации в рамках установленного предельного объема государственного внешнего долга Российской Федерации. Данное право распространяется исключительно на несвязанные (финансовые) государственные внешние заимствования Российской Федерации</w:t>
      </w:r>
    </w:p>
    <w:p>
      <w:r>
        <w:rPr>
          <w:b/>
        </w:rPr>
        <w:t xml:space="preserve">6. </w:t>
      </w:r>
      <w:r>
        <w:t>В программу государственных внешних заимствований Российской Федерации в обязательном порядке включаются соглашения о займах, заключенные в предыдущие годы, если такие соглашения не утратили силу в установленном порядке</w:t>
      </w:r>
    </w:p>
    <w:p>
      <w:r>
        <w:rPr>
          <w:b/>
        </w:rPr>
        <w:t xml:space="preserve">7. </w:t>
      </w:r>
      <w:r>
        <w:t>Проведение в соответствии со статьей 105 настоящего Кодекса реструктуризации государственного внешнего долга не отражается в программе государственных внешних заимствований Российской Федерации</w:t>
      </w:r>
    </w:p>
    <w:p>
      <w:r>
        <w:rPr>
          <w:b/>
        </w:rPr>
        <w:t xml:space="preserve">8. </w:t>
      </w:r>
      <w:r>
        <w:t>Программа государственных внешних заимствований Российской Федерации является приложением к федеральному закону о федеральном бюджете на очередной финансовый год и плановый период.";</w:t>
      </w:r>
    </w:p>
    <w:p>
      <w:r>
        <w:rPr>
          <w:b/>
        </w:rPr>
        <w:t xml:space="preserve">2. </w:t>
      </w:r>
      <w:r>
        <w:t>В программе государственных гарантий Российской Федерации в иностранной валюте должно быть отдельно предусмотрено каждое направление (цель) гарантирования, объем которого превышает сумму, эквивалентную 50 миллионам долларов США, с указанием категорий и (или) наименований принципалов. (В редакции Федерального закона от 02.11.2007 № 247-ФЗ) Указанные гарантии подлежат реализации только при условии их утверждения в составе программы государственных гарантий Российской Федерации в иностранной валюте</w:t>
      </w:r>
    </w:p>
    <w:p>
      <w:r>
        <w:rPr>
          <w:b/>
        </w:rPr>
        <w:t xml:space="preserve">3. </w:t>
      </w:r>
      <w:r>
        <w:t>Программа государственных гарантий Российской Федерации в иностранной валюте является приложением к федеральному закону о федеральном бюджете на очередной финансовый год и плановый период</w:t>
      </w:r>
    </w:p>
    <w:p>
      <w:r>
        <w:rPr>
          <w:b/>
        </w:rPr>
        <w:t xml:space="preserve">2. </w:t>
      </w:r>
      <w:r>
        <w:t>для несвязанных (финансовых) заимствований: источника привлечения; суммы заимствования; срока погашения</w:t>
      </w:r>
    </w:p>
    <w:p>
      <w:r>
        <w:rPr>
          <w:b/>
        </w:rPr>
        <w:t xml:space="preserve">2. </w:t>
      </w:r>
      <w:r>
        <w:t>для целевых иностранных заимствований: конечного получателя; цели заимствования и направления использования; источника заимствования; суммы заимствования; срока погашения; наличия гарантий третьих лиц по возврату средств в федеральный бюджет конечным заемщиком, если для него предусмотрен такой возврат, с указанием организации (органа), предоставившей гарантию, срока действия и объема обязательств по гарантии; оценки объема использованных средств до начала очередного финансового года; прогноза объема использования средств в очередном финансовом году</w:t>
      </w:r>
    </w:p>
    <w:p>
      <w:r>
        <w:rPr>
          <w:b/>
        </w:rPr>
        <w:t xml:space="preserve">8. </w:t>
      </w:r>
      <w:r>
        <w:t>дополнить статьями 1081 и 1082 следующего содержания: "Статья 1081. Программа государственных гарантий Российской Федерации в иностранной валюте 1. Программа государственных гарантий Российской Федерации в иностранной валюте представляет собой перечень предоставляемых государственных гарантий Российской Федерации в иностранной валюте на очередной финансовый год и плановый период, за исключением целевых иностранных кредитов (заимствований), привлеченных под государственные гарантии Российской Федерации, с указанием: (В редакции Федерального закона от 02.11.2007 № 247-ФЗ) 1) общего объема гарантий</w:t>
      </w:r>
    </w:p>
    <w:p>
      <w:r>
        <w:rPr>
          <w:b/>
        </w:rPr>
        <w:t xml:space="preserve">8. </w:t>
      </w:r>
      <w:r>
        <w:t>направления (цели) гарантирования с указанием объема гарантий по каждому направлению (цели); (В редакции Федерального закона от 02.11.2007 № 247-ФЗ) 3) (Пункт исключен - Федеральный закон от 02.11.2007 № 247-ФЗ) 4) валюты обязательств по гарантии</w:t>
      </w:r>
    </w:p>
    <w:p>
      <w:r>
        <w:rPr>
          <w:b/>
        </w:rPr>
        <w:t xml:space="preserve">8. </w:t>
      </w:r>
      <w:r>
        <w:t>наличия или отсутствия права регрессного требования гаранта к принципалу, а также иных условий предоставления и исполнения гарантий; (В редакции Федерального закона от 02.11.2007 № 247-ФЗ) 6) общего объема бюджетных ассигнований, которые должны быть предусмотрены в очередном финансовом году и плановом периоде на исполнение гарантий по возможным гарантийным случаям. (В редакции Федерального закона от 02.11.2007 № 247-ФЗ)</w:t>
      </w:r>
    </w:p>
    <w:p>
      <w:r>
        <w:rPr>
          <w:b/>
        </w:rPr>
        <w:t>Статья 108.2. Программа государственных внешних заимствований субъекта Российской Федерации</w:t>
      </w:r>
    </w:p>
    <w:p>
      <w:r>
        <w:rPr>
          <w:b/>
        </w:rPr>
        <w:t xml:space="preserve">1. </w:t>
      </w:r>
      <w:r>
        <w:t>Программа государственных внешних заимствований субъекта Российской Федерации представляет собой перечень внешних заимствований субъекта Российской Федерации на очередной финансовый год (очередной финансовый год и плановый период)</w:t>
      </w:r>
    </w:p>
    <w:p>
      <w:r>
        <w:rPr>
          <w:b/>
        </w:rPr>
        <w:t xml:space="preserve">2. </w:t>
      </w:r>
      <w:r>
        <w:t>В программе государственных внешних заимствований субъекта Российской Федерации должны быть определены</w:t>
      </w:r>
    </w:p>
    <w:p>
      <w:r>
        <w:rPr>
          <w:b/>
        </w:rPr>
        <w:t xml:space="preserve">3. </w:t>
      </w:r>
      <w:r>
        <w:t>Программа государственных внешних заимствований субъекта Российской Федерации на очередной финансовый год (очередной финансовый год и плановый период) является приложением к закону о бюджете субъекта Российской Федерации на очередной финансовый год (очередной финансовый год и плановый период).";</w:t>
      </w:r>
    </w:p>
    <w:p>
      <w:r>
        <w:rPr>
          <w:b/>
        </w:rPr>
        <w:t xml:space="preserve">2. </w:t>
      </w:r>
      <w:r>
        <w:t>Проведение в соответствии со статьей 105 настоящего Кодекса реструктуризации государственного внутреннего долга Российской Федерации не отражается в программе государственных внутренних заимствований Российской Федерации</w:t>
      </w:r>
    </w:p>
    <w:p>
      <w:r>
        <w:rPr>
          <w:b/>
        </w:rPr>
        <w:t xml:space="preserve">3. </w:t>
      </w:r>
      <w:r>
        <w:t>Программа государственных внутренних заимствований Российской Федерации на очередной финансовый год и плановый период является приложением к федеральному закону о федеральном бюджете на очередной финансовый год и плановый период.";</w:t>
      </w:r>
    </w:p>
    <w:p>
      <w:r>
        <w:rPr>
          <w:b/>
        </w:rPr>
        <w:t xml:space="preserve">2. </w:t>
      </w:r>
      <w:r>
        <w:t>Проведение в соответствии со статьей 105 настоящего Кодекса реструктуризации государственного внутреннего долга субъекта Российской Федерации, муниципального долга не отражается в программе государственных внутренних заимствований субъекта Российской Федерации, муниципальных заимствований</w:t>
      </w:r>
    </w:p>
    <w:p>
      <w:r>
        <w:rPr>
          <w:b/>
        </w:rPr>
        <w:t xml:space="preserve">2. </w:t>
      </w:r>
      <w:r>
        <w:t>предельный объем государственных внешних заимствований субъекта Российской Федерации на очередной финансовый год (очередной финансовый год и плановый период)</w:t>
      </w:r>
    </w:p>
    <w:p>
      <w:r>
        <w:rPr>
          <w:b/>
        </w:rPr>
        <w:t xml:space="preserve">2. </w:t>
      </w:r>
      <w:r>
        <w:t>перечень, объемы и сроки погашения государственных внешних заимствований субъекта Российской Федерации на очередной финансовый год (очередной финансовый год и плановый период)</w:t>
      </w:r>
    </w:p>
    <w:p>
      <w:r>
        <w:rPr>
          <w:b/>
        </w:rPr>
        <w:t xml:space="preserve">3. </w:t>
      </w:r>
      <w:r>
        <w:t>в статье 109:</w:t>
      </w:r>
    </w:p>
    <w:p>
      <w:r>
        <w:rPr>
          <w:b/>
        </w:rPr>
        <w:t xml:space="preserve">3. </w:t>
      </w:r>
      <w:r>
        <w:t>статью 110 изложить в следующей редакции: "Статья 110. Программа государственных внутренних заимствований Российской Федерации 1. Программа государственных внутренних заимствований Российской Федерации на очередной финансовый год и плановый период представляет собой перечень всех внутренних заимствований Российской Федерации в виде разницы между объемом привлечения и объемом средств, направляемых на погашение основной суммы долга, по каждому виду заимствований. Государственные внутренние заимствования Российской Федерации, осуществляемые путем выпуска государственных ценных бумаг от имени Российской Федерации, предусматривающих в зависимости от условий их выпуска получение при погашении иного, чем денежные средства, имущественного эквивалента, подлежат отражению в программе государственных внутренних заимствований Российской Федерации</w:t>
      </w:r>
    </w:p>
    <w:p>
      <w:r>
        <w:rPr>
          <w:b/>
        </w:rPr>
        <w:t xml:space="preserve">3. </w:t>
      </w:r>
      <w:r>
        <w:t>наименование изложить в следующей редакции: "Статья 109. Внесение изменений в программу государственных внешних заимствований Российской Федерации и программу государственных гарантий Российской Федерации в иностранной валюте"</w:t>
      </w:r>
    </w:p>
    <w:p>
      <w:r>
        <w:rPr>
          <w:b/>
        </w:rPr>
        <w:t xml:space="preserve">3. </w:t>
      </w:r>
      <w:r>
        <w:t>в пункте 1: в абзаце первом слово "предельных" исключить, после слов "на очередной финансовый год" дополнить словами "и плановый период"; абзац второй признать утратившим силу</w:t>
      </w:r>
    </w:p>
    <w:p>
      <w:r>
        <w:rPr>
          <w:b/>
        </w:rPr>
        <w:t xml:space="preserve">3. </w:t>
      </w:r>
      <w:r>
        <w:t>в пункте 2: в абзаце первом слово "гарантий" заменить словами "государственных гарантий Российской Федерации"; абзац второй изложить в следующей редакции: "если предусмотренные этими договорами займы или государственные гарантии Российской Федерации не включены соответственно в программу государственных внешних заимствований Российской Федерации или в программу государственных гарантий Российской Федерации в иностранной валюте в соответствии со статьями 108 или 1081 настоящего Кодекса и (или) привлекаемые в связи с заимствованиями финансовые средства превышают сумму, эквивалентную 10 миллионам долларов США, а предоставляемые гарантии превышают сумму, эквивалентную 50 миллионам долларов США, на весь срок займа или гарантии;"; в абзаце третьем слова "требует увеличения предельных объемов государственных внешних заимствований, утвержденных" заменить словами "приводит к превышению верхнего предела государственного внешнего долга, утвержденного", дополнить словами "и плановый период"; в абзаце пятом цифру "2" заменить цифрой "3"</w:t>
      </w:r>
    </w:p>
    <w:p>
      <w:r>
        <w:rPr>
          <w:b/>
        </w:rPr>
        <w:t xml:space="preserve">3. </w:t>
      </w:r>
      <w:r>
        <w:t>дополнить статьями 1101 и 1102 следующего содержания: "Статья 1101. Программа государственных внутренних заимствований субъекта Российской Федерации, муниципальных заимствований 1. Программа государственных внутренних заимствований субъекта Российской Федерации, муниципальных заимствований на очередной финансовый год (очередной финансовый год и плановый период) представляет собой перечень всех внутренних заимствований субъекта Российской Федерации, муниципального образования с указанием объема привлечения и объема средств, направляемых на погашение основной суммы долга, по каждому виду заимствований. Программа государственных внутренних заимствований субъекта Российской Федерации, муниципальных заимствований на очередной финансовый год (очередной финансовый год и плановый период) является приложением к закону (решению) о соответствующем бюджете на очередной финансовый год (очередной финансовый год и плановый период)</w:t>
      </w:r>
    </w:p>
    <w:p>
      <w:r>
        <w:rPr>
          <w:b/>
        </w:rPr>
        <w:t>Статья 110.2. Программа государственных гарантий Российской Федерации, государственных гарантий субъектов Российской Федерации, муниципальных гарантий в валюте Российской Федерации</w:t>
      </w:r>
    </w:p>
    <w:p>
      <w:r>
        <w:rPr>
          <w:b/>
        </w:rPr>
        <w:t xml:space="preserve">1. </w:t>
      </w:r>
      <w:r>
        <w:t>Программа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 представляет собой перечень предоставляемых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 на очередной финансовый год (очередной финансовый год и плановый период) с указанием: (В редакции Федерального закона от 02.11.2007 № 247-ФЗ) 1) общего объема гарантий;</w:t>
      </w:r>
    </w:p>
    <w:p>
      <w:r>
        <w:rPr>
          <w:b/>
        </w:rPr>
        <w:t xml:space="preserve">2. </w:t>
      </w:r>
      <w:r>
        <w:t>В программе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 должно быть отдельно предусмотрено каждое направление (цель) гарантирования с указанием категорий и (или) наименований принципалов, объем которого превышает: (В редакции Федерального закона от 02.11.2007 № 247-ФЗ) 1 миллиард рублей - для государственных гарантий Российской Федерации; 10 миллионов рублей - для государственных гарантий субъекта Российской Федерации; 100 тысяч рублей - для муниципальных гарантий. Указанные гарантии подлежат реализации только при условии их утверждения в составе соответственно программы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w:t>
      </w:r>
    </w:p>
    <w:p>
      <w:r>
        <w:rPr>
          <w:b/>
        </w:rPr>
        <w:t xml:space="preserve">3. </w:t>
      </w:r>
      <w:r>
        <w:t>Программа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 является приложением к соответствующему закону (решению) о бюджете.";</w:t>
      </w:r>
    </w:p>
    <w:p>
      <w:r>
        <w:rPr>
          <w:b/>
        </w:rPr>
        <w:t xml:space="preserve">2. </w:t>
      </w:r>
      <w:r>
        <w:t>Под объемом (размером) просроченной задолженности по долговым обязательствам субъекта Российской Федерации, муниципального образования в целях настоящего Кодекса понимается суммарный объем неисполненных в установленный срок долговых обязательств субъекта Российской Федерации, муниципального образования, срок исполнения которых наступил, включая объем обязательств по возврату суммы займа (кредита), по уплате процентов на сумму займа (кредита), иных платежей, предусмотренных условиями займа (кредита), соглашениями (договорами), заключенными от имени субъекта Российской Федерации, муниципального образования, объем обязательств по исполнению государственных гарантий субъекта Российской Федерации, муниципальных гарантий и иных долговых обязательств субъекта Российской Федерации, муниципального образования. В объем просроченной задолженности субъекта Российской Федерации, муниципального образования также включается сумма неустойки (штрафов, пеней) и процентов, начисленных за просрочку исполнения долговых обязательств.";</w:t>
      </w:r>
    </w:p>
    <w:p>
      <w:r>
        <w:rPr>
          <w:b/>
        </w:rPr>
        <w:t xml:space="preserve">2. </w:t>
      </w:r>
      <w:r>
        <w:t>Предельные объемы выпуска государственных ценных бумаг субъекта Российской Федерации или муниципальных ценных бумаг по номинальной стоимости на очередной финансовый год (очередной финансовый год и каждый год планового периода) устанавливаются соответственно высшим исполнительным органом государственной власти субъекта Российской Федерации, представительным органом муниципального образования в соответствии с верхним пределом государственного долга субъекта Российской Федерации, муниципального долга, установленным законом (решением) о соответствующем бюджете</w:t>
      </w:r>
    </w:p>
    <w:p>
      <w:r>
        <w:rPr>
          <w:b/>
        </w:rPr>
        <w:t xml:space="preserve">3. </w:t>
      </w:r>
      <w:r>
        <w:t>Процедура эмиссии государственных ценных бумаг Российской Федерации, субъектов Российской Федерации, а также муниципальных ценных бумаг регулируется федеральным законом об особенностях эмиссии и обращения государственных и муниципальных ценных бумаг</w:t>
      </w:r>
    </w:p>
    <w:p>
      <w:r>
        <w:rPr>
          <w:b/>
        </w:rPr>
        <w:t xml:space="preserve">1. </w:t>
      </w:r>
      <w:r>
        <w:t>направления (цели) гарантирования с указанием объема гарантий по каждому направлению (цели); (В редакции Федерального закона от 02.11.2007 № 247-ФЗ) 3) (Пункт исключен - Федеральный закон от 02.11.2007 № 247-ФЗ) 4) наличия или отсутствия права регрессного требования гаранта к принципалу, а также иных условий предоставления и исполнения гарантий; (В редакции Федерального закона от 02.11.2007 № 247-ФЗ) 5) общего объема бюджетных ассигнований, которые должны быть предусмотрены в очередном финансовом году (очередном финансовом году и плановом периоде) на исполнение гарантий по возможным гарантийным случаям. (В редакции Федерального закона от 02.11.2007 № 247-ФЗ)</w:t>
      </w:r>
    </w:p>
    <w:p>
      <w:r>
        <w:rPr>
          <w:b/>
        </w:rPr>
        <w:t xml:space="preserve">3. </w:t>
      </w:r>
      <w:r>
        <w:t>в статье 111:</w:t>
      </w:r>
    </w:p>
    <w:p>
      <w:r>
        <w:rPr>
          <w:b/>
        </w:rPr>
        <w:t xml:space="preserve">3. </w:t>
      </w:r>
      <w:r>
        <w:t>дополнить статьей 1121 следующего содержания: "Статья 1121. Просроченная задолженность по долговым обязательствам субъекта Российской Федерации, муниципального образования 1. Под возникшей вследствие решений, действий или бездействия органов государственной власти субъекта Российской Федерации, органов местного самоуправления просроченной задолженностью по долговым обязательствам субъекта Российской Федерации, муниципального образования в целях настоящего Кодекса понимается задолженность субъекта Российской Федерации, муниципального образования, образовавшаяся ввиду неисполнения или ненадлежащего исполнения в установленный срок долговых обязательств субъекта Российской Федерации, муниципального образования</w:t>
      </w:r>
    </w:p>
    <w:p>
      <w:r>
        <w:rPr>
          <w:b/>
        </w:rPr>
        <w:t xml:space="preserve">3. </w:t>
      </w:r>
      <w:r>
        <w:t>наименование изложить в следующей редакции: "Статья 111. Предельные объемы расходов на обслуживание государственного долга субъекта Российской Федерации или муниципального долга"</w:t>
      </w:r>
    </w:p>
    <w:p>
      <w:r>
        <w:rPr>
          <w:b/>
        </w:rPr>
        <w:t xml:space="preserve">3. </w:t>
      </w:r>
      <w:r>
        <w:t>часть первую изложить в следующей редакции: "Предельный объем расходов на обслуживание государственного долга субъекта Российской Федерации или муниципального долга в очередном финансовом году (очередном финансовом году и плановом периоде), утвержденный законом (решением) о соответствующем бюджете, по данным отчета об исполнении соответствующего бюджета за отчетный финансовый год не должен превышать 15 процентов объема расходов соответствующего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p>
      <w:r>
        <w:rPr>
          <w:b/>
        </w:rPr>
        <w:t xml:space="preserve">3. </w:t>
      </w:r>
      <w:r>
        <w:t>(Пункт утратил силу - Федеральный закон от 07.05.2013 № 104-ФЗ) 92) статью 112 изложить в следующей редакции: "Статья 112. Превышение предельного объема долга субъекта Российской Федерации или муниципального долга и предельных объемов расходов на обслуживание государственного долга субъекта Российской Федерации или муниципального долга Если при исполнении бюджета субъекта Российской Федерации, местного бюджета нарушаются предельные значения, указанные в статьях 107 и 111 настоящего Кодекса, уполномоченный государственный орган субъекта Российской Федерации, орган местного самоуправления не вправе принимать новые долговые обязательства, за исключением принятия соответствующих долговых обязательств в целях реструктуризации долга субъекта Российской Федерации, муниципального долга."</w:t>
      </w:r>
    </w:p>
    <w:p>
      <w:r>
        <w:rPr>
          <w:b/>
        </w:rPr>
        <w:t xml:space="preserve">2. </w:t>
      </w:r>
      <w:r>
        <w:t>в статье 113:</w:t>
      </w:r>
    </w:p>
    <w:p>
      <w:r>
        <w:rPr>
          <w:b/>
        </w:rPr>
        <w:t xml:space="preserve">2. </w:t>
      </w:r>
      <w:r>
        <w:t>статьи 114 и 115 изложить в следующей редакции: "Статья 114. Выпуск государственных и муниципальных ценных бумаг 1. Предельные объемы выпуска государственных ценных бумаг Российской Федерации по номинальной стоимости устанавливаются Правительством Российской Федерации в соответствии с верхним пределом государственного долга Российской Федерации, установленным федеральным законом о федеральном бюджете на очередной финансовый год и плановый период</w:t>
      </w:r>
    </w:p>
    <w:p>
      <w:r>
        <w:rPr>
          <w:b/>
        </w:rPr>
        <w:t xml:space="preserve">2. </w:t>
      </w:r>
      <w:r>
        <w:t>в наименовании слова "и расходов на обслуживание и погашение" заменить словом ", погашения", дополнить словами ", возникшего из заимствований, и расходов на его обслуживание"</w:t>
      </w:r>
    </w:p>
    <w:p>
      <w:r>
        <w:rPr>
          <w:b/>
        </w:rPr>
        <w:t xml:space="preserve">2. </w:t>
      </w:r>
      <w:r>
        <w:t>пункт 1 изложить в следующей редакции: "1. Поступления в бюджет средств от заимствований учитываются в источниках финансирования дефицита соответствующего бюджета путем увеличения объема источников финансирования дефицита соответствующего бюджета."</w:t>
      </w:r>
    </w:p>
    <w:p>
      <w:r>
        <w:rPr>
          <w:b/>
        </w:rPr>
        <w:t xml:space="preserve">2. </w:t>
      </w:r>
      <w:r>
        <w:t>в пункте 2: в абзаце первом слова "бумагам, отражаются" заменить словами "бумагам), учитываются"; абзац второй изложить в следующей редакции: "Поступления в бюджет от размещения государственных или муниципальных ценных бумаг в сумме, превышающей номинальную стоимость, поступления в бюджет, полученные в качестве накопленного купонного дохода, а также разница, возникшая в случае выкупа ценных бумаг по цене ниже цены размещения, относятся на уменьшение расходов на обслуживание государственного или муниципального долга в текущем финансовом году."</w:t>
      </w:r>
    </w:p>
    <w:p>
      <w:r>
        <w:rPr>
          <w:b/>
        </w:rPr>
        <w:t xml:space="preserve">2. </w:t>
      </w:r>
      <w:r>
        <w:t>пункт 4 изложить в следующей редакции: "4. При исполнении обязательств по государственным ценным бумагам, выпущенным от имени Российской Федерации, предусматривающим в соответствии с условиями их выпуска передачу кредиторам иного, чем денежные средства, имущественного эквивалента, размер государственного долга Российской Федерации уменьшается на величину основного долга (рассчитанную в денежном выражении) по погашаемым таким образом обязательствам. Исполнение обязательств по указанным государственным ценным бумагам Российской Федерации учитывается в соответствии с пунктами 2 и 3 настоящей статьи."</w:t>
      </w:r>
    </w:p>
    <w:p>
      <w:r>
        <w:rPr>
          <w:b/>
        </w:rPr>
        <w:t xml:space="preserve">2. </w:t>
      </w:r>
      <w:r>
        <w:t>пункт 5 признать утратившим силу</w:t>
      </w:r>
    </w:p>
    <w:p>
      <w:r>
        <w:rPr>
          <w:b/>
        </w:rPr>
        <w:t>Статья 115. Государственные и муниципальные гарантии</w:t>
      </w:r>
    </w:p>
    <w:p>
      <w:r>
        <w:rPr>
          <w:b/>
        </w:rPr>
        <w:t xml:space="preserve">1. </w:t>
      </w:r>
      <w:r>
        <w:t>Государственная или муниципальная гарантия может обеспечивать: надлежащее исполнение принципалом его обязательства перед бенефициаром (основного обязательства); возмещение ущерба, образовавшегося при наступлении гарантийного случая некоммерческого характера. Государственная или муниципальная гарантия может предоставляться для обеспечения как уже возникших обязательств, так и обязательств, которые возникнут в будущем</w:t>
      </w:r>
    </w:p>
    <w:p>
      <w:r>
        <w:rPr>
          <w:b/>
        </w:rPr>
        <w:t xml:space="preserve">2. </w:t>
      </w:r>
      <w:r>
        <w:t>Условия государственной или муниципальной гарантии не могут быть изменены гарантом без согласия бенефициара. Принадлежащее бенефициару по государственной или муниципальной гарантии право требования к гаранту не может быть передано другому лицу, если в гарантии не предусмотрено иное. Гарант имеет право отозвать государственную или муниципальную гарантию только по основаниям, указанным в гарантии</w:t>
      </w:r>
    </w:p>
    <w:p>
      <w:r>
        <w:rPr>
          <w:b/>
        </w:rPr>
        <w:t xml:space="preserve">3. </w:t>
      </w:r>
      <w:r>
        <w:t>Письменная форма государственной или муниципальной гарантии является обязательной. Несоблюдение письменной формы государственной или муниципальной гарантии влечет ее недействительность (ничтожность)</w:t>
      </w:r>
    </w:p>
    <w:p>
      <w:r>
        <w:rPr>
          <w:b/>
        </w:rPr>
        <w:t xml:space="preserve">4. </w:t>
      </w:r>
      <w:r>
        <w:t>Государственные или муниципальные гарантии могут предусматривать субсидиарную или солидарную ответственность гаранта по обеспеченному им обязательству принципала</w:t>
      </w:r>
    </w:p>
    <w:p>
      <w:r>
        <w:rPr>
          <w:b/>
        </w:rPr>
        <w:t xml:space="preserve">5. </w:t>
      </w:r>
      <w:r>
        <w:t>В государственной или муниципальной гарантии должны быть указаны: наименование гаранта (Российская Федерация, субъект Российской Федерации, муниципальное образование) и наименование органа, выдавшего гарантию от имени гаранта; обязательство, в обеспечение которого выдается гарантия; объем обязательств гаранта по гарантии и предельная сумма гарантии; определение гарантийного случая; наименование принципала; безотзывность гарантии или условия ее отзыва; основания для выдачи гарантии; вступление в силу (дата выдачи) гарантии; срок действия гарантии; порядок исполнения гарантом обязательств по гарантии; порядок и условия сокращения предельной суммы гарантии при исполнении гарантии и (или) исполнении обязательств принципала, обеспеченных гарантией; наличие или отсутствие права требования гаранта к принципалу о возмещении сумм, уплаченных гарантом бенефициару по государственной или муниципальной гарантии (регрессное требование гаранта к принципалу, регресс); иные условия гарантии, а также сведения, определенные настоящим Кодексом, правовыми актами гаранта, актами органа, выдающего гарантию от имени гаранта. (В редакции Федерального закона от 02.11.2007 № 247-ФЗ)</w:t>
      </w:r>
    </w:p>
    <w:p>
      <w:r>
        <w:rPr>
          <w:b/>
        </w:rPr>
        <w:t xml:space="preserve">6. </w:t>
      </w:r>
      <w:r>
        <w:t>Вступление в силу государственной или муниципальной гарантии может быть определено календарной датой или наступлением события (условия), которое может произойти в будущем. Срок действия государственной или муниципальной гарантии определяется условиями гарантии</w:t>
      </w:r>
    </w:p>
    <w:p>
      <w:r>
        <w:rPr>
          <w:b/>
        </w:rPr>
        <w:t xml:space="preserve">7. </w:t>
      </w:r>
      <w:r>
        <w:t>Требование бенефициара об уплате денежной суммы по государственной или муниципальной гарантии должно быть представлено гаранту в письменной форме с приложением указанных в гарантии документов</w:t>
      </w:r>
    </w:p>
    <w:p>
      <w:r>
        <w:rPr>
          <w:b/>
        </w:rPr>
        <w:t xml:space="preserve">8. </w:t>
      </w:r>
      <w:r>
        <w:t>По получении требования бенефициара гарант должен уведомить об этом принципала и передать ему копии требования со всеми относящимися к нему документами. Гарант должен рассмотреть требование бенефициара с приложенными к нему документами в срок, определенный в гарантии, чтобы установить, соответствуют ли это требование и приложенные к нему документы условиям гарантии</w:t>
      </w:r>
    </w:p>
    <w:p>
      <w:r>
        <w:rPr>
          <w:b/>
        </w:rPr>
        <w:t xml:space="preserve">9. </w:t>
      </w:r>
      <w:r>
        <w:t>Требование бенефициара признается необоснованным и гарант отказывает бенефициару в удовлетворении его требования в следующих случаях: требование предъявлено гаранту по окончании определенного в гарантии срока; требование или приложенные к нему документы не соответствуют условиям гарантии; бенефициар отказался принять надлежащее исполнение обязательств принципала, предложенное принципалом или третьими лицами. Гарант должен уведомить бенефициара об отказе удовлетворить его требование. Гарант вправе выдвигать против требования бенефициара возражения, которые мог бы представить принципал, если иное не вытекает из условий гарантии. Гарант не теряет право на эти возражения даже в том случае, если принципал от них отказался или признал свой долг. В случае признания требования бенефициара обоснованным гарант обязан исполнить обязательство по гарантии в срок, установленный в гарантии</w:t>
      </w:r>
    </w:p>
    <w:p>
      <w:r>
        <w:rPr>
          <w:b/>
        </w:rPr>
        <w:t xml:space="preserve">10. </w:t>
      </w:r>
      <w:r>
        <w:t>Предусмотренное государственной или муниципальной гарантией обязательство гаранта перед бенефициаром ограничивается уплатой суммы не исполненных на момент предъявления требования бенефициара обязательств принципала, обеспеченных гарантией, но не более суммы, на которую выдана гарантия</w:t>
      </w:r>
    </w:p>
    <w:p>
      <w:r>
        <w:rPr>
          <w:b/>
        </w:rPr>
        <w:t xml:space="preserve">11. </w:t>
      </w:r>
      <w:r>
        <w:t>Обязательство гаранта перед бенефициаром по государственной или муниципальной гарантии прекращается: уплатой гарантом бенефициару суммы, определенной гарантией; истечением определенного в гарантии срока, на который она выдана; в случае исполнения в полном объеме принципалом или третьими лицами обязательств принципала, обеспеченных гарантией; вследствие отказа бенефициара от своих прав по гарантии путем возвращения ее гаранту или письменного заявления об освобождении гаранта от его обязательств; если обязательство принципала, в обеспечение которого предоставлена гарантия, не возникло; в иных случаях, установленных гарантией. Удержание бенефициаром гарантии после прекращения обязательств гаранта по ней не сохраняет за бенефициаром каких-либо прав по этой гарантии. Гарант, которому стало известно о прекращении гарантии, должен уведомить об этом принципала</w:t>
      </w:r>
    </w:p>
    <w:p>
      <w:r>
        <w:rPr>
          <w:b/>
        </w:rPr>
        <w:t xml:space="preserve">12. </w:t>
      </w:r>
      <w:r>
        <w:t>Если исполнение гарантом государственной или муниципальной гарантии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 исполнение таких гарантий учитывается в источниках финансирования дефицита соответствующего бюджета. (В редакции Федерального закона от 02.11.2007 № 247-ФЗ) Если исполнение гарантом государственной или муниципальной гарантии не ведет к возникновению права регрессного требования гаранта к принципалу и не обусловлено уступкой гаранту прав требования бенефициара к принципалу, исполнение таких гарантий подлежит отражению в составе расходов соответствующего бюджета. Средства, полученные гарантом в счет возмещения гаранту в порядке регресса сумм, уплаченных гарантом во исполнение (частичное исполнение) обязательств по гарантии, а также в счет исполнения обязательств, права требования по которым перешли от бенефициара к гаранту, отражаются как возврат бюджетных кредитов."; (Дополнение абзацем - Федеральный закон от 02.11.2007 № 247-ФЗ) 96) дополнить статьей 1151 следующего содержания: "Статья 1151. Особенность государственной или муниципальной гарантии, предоставляемой в обеспечение обязательств, по которым невозможно установить бенефициара в момент предоставления гарантии или бенефициарами является неопределенный круг лиц (В редакции Федерального закона от 02.11.2007 № 247-ФЗ)</w:t>
      </w:r>
    </w:p>
    <w:p>
      <w:r>
        <w:rPr>
          <w:b/>
        </w:rPr>
        <w:t xml:space="preserve">1. </w:t>
      </w:r>
      <w:r>
        <w:t>Предоставление государственной или муниципальной гарантии в обеспечение исполнения обязательств, по которым невозможно установить бенефициара в момент предоставления гарантии или бенефициарами является неопределенный круг лиц, осуществляется с особенностями, установленными настоящей статьей. Договор о предоставлении государственной или муниципальной гарантии в обеспечение исполнения обязательств, по которым невозможно установить бенефициара в момент предоставления гарантии или бенефициарами является неопределенный круг лиц, заключается с принципалом, и получателем (держателем) такой гарантии является принципал</w:t>
      </w:r>
    </w:p>
    <w:p>
      <w:r>
        <w:rPr>
          <w:b/>
        </w:rPr>
        <w:t xml:space="preserve">2. </w:t>
      </w:r>
      <w:r>
        <w:t>Договором о предоставлении гарантии и гарантией может быть предусмотрено, что требование об уплате денежной суммы по гарантии (требование об исполнении гарантии) предъявляется к гаранту принципалом. Предъявление, рассмотрение и исполнение требования принципала об уплате денежной суммы по гарантии осуществляется в порядке, установленном статьей 115 настоящего Кодекса для требований бенефициара</w:t>
      </w:r>
    </w:p>
    <w:p>
      <w:r>
        <w:rPr>
          <w:b/>
        </w:rPr>
        <w:t xml:space="preserve">3. </w:t>
      </w:r>
      <w:r>
        <w:t>Договором о предоставлении гарантии и гарантией может быть установлен порядок и срок принятия бенефициаром (бенефициарами) гарантии. Срок, установленный для ответа бенефициара (бенефициаров) о принятии гарантии, включается в срок действия гарантии. Если со стороны бенефициара (бенефициаров) в установленный срок не были предприняты действия, необходимые для принятия гарантии, гарантия считается непредоставленной и подлежит возврату гаранту. Удержание принципалом гарантии в случае, установленном абзацем вторым настоящего пункта, а также в случае прекращения обязательств гаранта по ней не сохраняет за принципалом или бенефициаром (бенефициарами) каких-либо прав по дальнейшему использованию этой гарантии</w:t>
      </w:r>
    </w:p>
    <w:p>
      <w:r>
        <w:rPr>
          <w:b/>
        </w:rPr>
        <w:t xml:space="preserve">4. </w:t>
      </w:r>
      <w:r>
        <w:t>К гарантиям, предоставляемым в обеспечение исполнения обязательств, по которым невозможно установить бенефициара в момент предоставления гарантии или бенефициарами является неопределенный круг лиц, применяются нормы статьи 115 настоящего Кодекса, если иное не вытекает из настоящей статьи, особенностей и существа данного вида гарантии.";</w:t>
      </w:r>
    </w:p>
    <w:p>
      <w:r>
        <w:rPr>
          <w:b/>
        </w:rPr>
        <w:t xml:space="preserve">2. </w:t>
      </w:r>
      <w:r>
        <w:t>Предоставление государственной или муниципальной гарантии, а также заключение договора о предоставлении государственной или муниципальной гарантии осуществляется после представления принципалом в орган, осуществляющий предоставление соответственно государственных гарантий Российской Федерации, государственных гарантий субъектов Российской Федерации или муниципальных гарантий, документов согласно перечню, устанавливаемому указанным органом</w:t>
      </w:r>
    </w:p>
    <w:p>
      <w:r>
        <w:rPr>
          <w:b/>
        </w:rPr>
        <w:t xml:space="preserve">3. </w:t>
      </w:r>
      <w:r>
        <w:t>Анализ финансового состояния принципала в целях предоставления государственной гарантии Российской Федерации, государственной гарантии субъекта Российской Федерации или муниципальной гарантии осуществляется соответственно Министерством финансов Российской Федерации, финансовым органом субъекта Российской Федерации, финансовым органом муниципального образования в установленном ими порядке</w:t>
      </w:r>
    </w:p>
    <w:p>
      <w:r>
        <w:rPr>
          <w:b/>
        </w:rPr>
        <w:t xml:space="preserve">4. </w:t>
      </w:r>
      <w:r>
        <w:t>Федеральным законом, законом субъекта Российской Федерации, решением представительного органа муниципального образования о бюджете на очередной финансовый год (очередной финансовый год и плановый период) должны быть предусмотрены бюджетные ассигнования на возможное исполнение выданных государственных гарантий Российской Федерации, государственных гарантий субъекта Российской Федерации, муниципальных гарантий соответственно</w:t>
      </w:r>
    </w:p>
    <w:p>
      <w:r>
        <w:rPr>
          <w:b/>
        </w:rPr>
        <w:t xml:space="preserve">5. </w:t>
      </w:r>
      <w:r>
        <w:t>Российская Федерация, субъект Российской Федерации или муниципальное образование в целях предоставления и исполнения государственных или муниципальных гарантий, а также ведения аналитического учета обязательств принципала, его поручителей (гарантов) и иных лиц в связи с предоставлением и исполнением государственных или муниципальных гарантий, вправе воспользоваться услугами агента, назначаемого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соответственно."; (В редакции Федерального закона от 02.11.2007 № 247-ФЗ) 98) статьи 116 и 117 изложить в следующей редакции: "Статья 116. Предоставление государственных гарантий Российской Федерации 1. Правительство Российской Федерации вправе принимать решения в форме акта Правительства Российской Федерации о предоставлении государственных гарантий Российской Федерации в соответствии с федеральным законом о федеральном бюджете на соответствующий год и плановый период. Министерство финансов Российской Федерации вправе принимать решения о предоставлении государственных гарантий Российской Федерации в размере, не превышающем суммы, эквивалентной 50 миллионам долларов США, в случаях, установленных федеральным законом о федеральном бюджете на соответствующий год и плановый период и принятыми в соответствии с ним актами Правительства Российской Федерации. (В редакции Федерального закона от 02.11.2007 № 247-ФЗ) В акте Правительства Российской Федерации (акте Министерства финансов Российской Федерации) о предоставлении государственной гарантии Российской Федерации должны быть указаны: (В редакции Федерального закона от 02.11.2007 № 247-ФЗ) лицо, в обеспечение исполнения обязательств которого предоставляется государственная гарантия Российской Федерации; предел обязательств по государственной гарантии Российской Федерации; основные условия государственной гарантии Российской Федерации</w:t>
      </w:r>
    </w:p>
    <w:p>
      <w:r>
        <w:rPr>
          <w:b/>
        </w:rPr>
        <w:t xml:space="preserve">2. </w:t>
      </w:r>
      <w:r>
        <w:t>Министерство финансов Российской Федерации в соответствии с актом Правительства Российской Федерации (актом Министерства финансов Российской Федерации) от имени Российской Федерации заключает договоры о предоставлении государственных гарантий Российской Федерации,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о переуступке гаранту прав требования бенефициара к принципалу, иные договоры (соглашения) в соответствии с актом Правительства Российской Федерации (актом Министерства финансов Российской Федерации) и выдает государственные гарантии Российской Федерации. (В редакции Федерального закона от 02.11.2007 № 247-ФЗ) Порядок и сроки возмещения принципалом гаранту в порядке регресса сумм, уплаченных гарантом во исполнение (частичное исполнение) обязательств по гарантии, определяются договором между гарантом и принципалом. При отсутствии соглашения сторон по этим вопросам удовлетворение регрессного требования гаранта к принципалу осуществляется в порядке и сроки, указанные в требовании гаранта</w:t>
      </w:r>
    </w:p>
    <w:p>
      <w:r>
        <w:rPr>
          <w:b/>
        </w:rPr>
        <w:t xml:space="preserve">3. </w:t>
      </w:r>
      <w:r>
        <w:t>Государственные гарантии Российской Федерации не могут предоставляться для обеспечения исполнения обязательств государственных или муниципальных унитарных предприятий, за исключением федеральных государственных унитарных предприятий</w:t>
      </w:r>
    </w:p>
    <w:p>
      <w:r>
        <w:rPr>
          <w:b/>
        </w:rPr>
        <w:t xml:space="preserve">4. </w:t>
      </w:r>
      <w:r>
        <w:t>Общая сумма обязательств, вытекающих из государственных гарантий Российской Федерации в валюте Российской Федерации, включается в состав государственного внутреннего долга Российской Федерации как вид долгового обязательства. Общая сумма обязательств, вытекающих из государственных гарантий Российской Федерации в иностранной валюте, включается в состав государственного внешнего долга Российской Федерации как вид долгового обязательства</w:t>
      </w:r>
    </w:p>
    <w:p>
      <w:r>
        <w:rPr>
          <w:b/>
        </w:rPr>
        <w:t xml:space="preserve">5. </w:t>
      </w:r>
      <w:r>
        <w:t>Предоставление и исполнение государственной гарантии Российской Федерации подлежат отражению в Государственной долговой книге Российской Федерации</w:t>
      </w:r>
    </w:p>
    <w:p>
      <w:r>
        <w:rPr>
          <w:b/>
        </w:rPr>
        <w:t xml:space="preserve">6. </w:t>
      </w:r>
      <w:r>
        <w:t>Министерство финансов Российской Федерации ведет учет выданных государственных гарантий Российской Федерации, сокращения государственного долга в случае исполнения принципалами либо третьими лицами обязательств принципала, обеспеченных государственными гарантиями Российской Федерации, а также в случае осуществления гарантом платежей по выданным государственным гарантиям Российской Федерации</w:t>
      </w:r>
    </w:p>
    <w:p>
      <w:r>
        <w:rPr>
          <w:b/>
        </w:rPr>
        <w:t xml:space="preserve">4. </w:t>
      </w:r>
      <w:r>
        <w:t>дополнить статьей 1152 следующего содержания: "Статья 1152. Порядок и условия предоставления государственных и муниципальных гарантий 1. Предоставление государственных или муниципальных гарантий осуществляется в соответствии с полномочиями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на основании соответственно федерального закона, закона субъекта Российской Федерации, решения представительного органа муниципального образования о бюджете на очередной финансовый год (очередной финансовый год и плановый период), решений Правительства Российской Федерации, высшего исполнительного органа государственной власти субъекта Российской Федерации и местной администрации муниципального образования, а также договора о предоставлении государственной или муниципальной гарантии при условии: проведения анализа финансового состояния принципала; предоставления принципалом (за исключением случаев, когда принципалом является Российская Федерация, субъект Российской Федерации) соответствующего требованиям статьи 932 настоящего Кодекса и гражданского законодательства Российской Федерации обеспечения исполнения обязательств принципала по удовлетворению регрессного требования к принципалу в связи с исполнением в полном объеме или в какой-либо части гарантии; (В редакции Федерального закона от 02.11.2007 № 247-ФЗ) отсутствия у принципала, его поручителей (гарантов) просроченной задолженности по денежным обязательствам перед соответственно Российской Федерацией, субъектом Российской Федерации, муниципальным образованием, по обязательным платежам в бюджетную систему Российской Федерации, а также неурегулированных обязательств по государственным или муниципальным гарантиям, ранее предоставленным соответственно Российской Федерации, субъекту Российской Федерации, муниципальному образованию. (В редакции Федерального закона от 02.11.2007 № 247-ФЗ) При предоставлении государственной или муниципальной гарантии для обеспечения обязательств по возмещению ущерба, образовавшегося при наступлении гарантийного случая некоммерческого характера, а также государственной или муниципальной гарантии без права регрессного требования гаранта к принципалу анализ финансового состояния принципала может не проводиться. При предоставлении указанных гарантий обеспечение исполнения обязательств принципала перед гарантом, которые могут возникнуть в связи с предъявлением гарантом регрессных требований к принципалу, не требуется. В случаях, установленных бюджетным законодательством Российской Федерации, государственные гарантии Российской Федерации, государственные гарантии субъекта Российской Федерации могут быть предоставлены в обеспечение исполнения обязательств муниципального образования без предоставления им обеспечения исполнения обязательства по удовлетворению регрессного требования гаранта к принципалу в связи с исполнением гарантии. (В редакции Федерального закона от 02.11.2007 № 247-ФЗ)</w:t>
      </w:r>
    </w:p>
    <w:p>
      <w:r>
        <w:rPr>
          <w:b/>
        </w:rPr>
        <w:t>Статья 117. Предоставление государственных гарантий субъектов Российской Федерации, муниципальных гарантий</w:t>
      </w:r>
    </w:p>
    <w:p>
      <w:r>
        <w:rPr>
          <w:b/>
        </w:rPr>
        <w:t xml:space="preserve">1. </w:t>
      </w:r>
      <w:r>
        <w:t>От имени субъекта Российской Федерации государственные гарантии субъекта Российской Федерации предоставляются высшим исполнительным органом государственной власти субъекта Российской Федерации в пределах общей суммы предоставляемых гарантий, указанной в законе субъекта Российской Федерации о бюджете на очередной финансовый год (очередной финансовый год и плановый период), в соответствии с требованиями настоящего Кодекса и в порядке, установленном законом субъекта Российской Федерации</w:t>
      </w:r>
    </w:p>
    <w:p>
      <w:r>
        <w:rPr>
          <w:b/>
        </w:rPr>
        <w:t xml:space="preserve">2. </w:t>
      </w:r>
      <w:r>
        <w:t>От имени муниципального образования муниципальные гарантии предоставляются местной администрацией муниципального образования в пределах общей суммы предоставляемых гарантий, указанной в решении представительного органа муниципального образования о бюджете на очередной финансовый год (очередной финансовый год и плановый период), в соответствии с требованиями настоящего Кодекса и в порядке, установленном муниципальными правовыми актами</w:t>
      </w:r>
    </w:p>
    <w:p>
      <w:r>
        <w:rPr>
          <w:b/>
        </w:rPr>
        <w:t xml:space="preserve">3. </w:t>
      </w:r>
      <w:r>
        <w:t>Высший исполнительный орган государственной власти субъекта Российской Федерации, местная администрация муниципального образования заключают договоры о предоставлении государственных гарантий субъекта Российской Федерации или муниципальных гарантий,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и выдают государственные гарантии субъекта Российской Федерации или муниципальные гарантии. Порядок и сроки возмещения принципалом гаранту в порядке регресса сумм, уплаченных гарантом во исполнение (частичное исполнение) обязательств по гарантии, определяются договором между гарантом и принципалом. При отсутствии соглашения сторон по этим вопросам удовлетворение регрессного требования гаранта к принципалу осуществляется в порядке и сроки, указанные в требовании гаранта</w:t>
      </w:r>
    </w:p>
    <w:p>
      <w:r>
        <w:rPr>
          <w:b/>
        </w:rPr>
        <w:t xml:space="preserve">4. </w:t>
      </w:r>
      <w:r>
        <w:t>Общая сумма обязательств, вытекающих из государственных гарантий субъекта Российской Федерации в валюте Российской Федерации, а также государственных гарантий субъекта Российской Федерации в иностранной валюте, предоставленных в соответствии с пунктом 2 статьи 104 настоящего Кодекса, включается в состав государственного внутреннего долга субъекта Российской Федерации как вид долгового обязательства. Общая сумма обязательств, вытекающих из муниципальных гарантий в валюте Российской Федерации, а также муниципальных гарантий в иностранной валюте, предоставленных в соответствии с пунктом 2 статьи 104 настоящего Кодекса, включается в состав муниципального долга как вид долгового обязательства</w:t>
      </w:r>
    </w:p>
    <w:p>
      <w:r>
        <w:rPr>
          <w:b/>
        </w:rPr>
        <w:t xml:space="preserve">5. </w:t>
      </w:r>
      <w:r>
        <w:t>Предоставление и исполнение государственной гарантии субъекта Российской Федерации подлежит отражению в государственной долговой книге субъекта Российской Федерации. Предоставление и исполнение муниципальной гарантии подлежит отражению в муниципальной долговой книге</w:t>
      </w:r>
    </w:p>
    <w:p>
      <w:r>
        <w:rPr>
          <w:b/>
        </w:rPr>
        <w:t xml:space="preserve">6. </w:t>
      </w:r>
      <w:r>
        <w:t>Финансовый орган субъекта Российской Федерации, финансовый орган муниципального образования ведут учет выданных гарантий, исполнения обязательств принципала, обеспеченных гарантиями, а также учет осуществления гарантом платежей по выданным гарантиям.";</w:t>
      </w:r>
    </w:p>
    <w:p>
      <w:r>
        <w:rPr>
          <w:b/>
        </w:rPr>
        <w:t xml:space="preserve">2. </w:t>
      </w:r>
      <w:r>
        <w:t>Выполнение Центральным банком Российской Федерации, кредитной организацией или другой специализированной финансовой организацией функций генерального агента (агента) Правительства Российской Федерации по обслуживанию долговых обязательств Российской Федерации, а также их размещению, выкупу, обмену и погашению осуществляется на основе агентских соглашений, заключенных с Министерством финансов Российской Федерации</w:t>
      </w:r>
    </w:p>
    <w:p>
      <w:r>
        <w:rPr>
          <w:b/>
        </w:rPr>
        <w:t xml:space="preserve">3. </w:t>
      </w:r>
      <w:r>
        <w:t>Центральный банк Российской Федерации осуществляет функции генерального агента, указанные в пункте 2 настоящей статьи, безвозмездно</w:t>
      </w:r>
    </w:p>
    <w:p>
      <w:r>
        <w:rPr>
          <w:b/>
        </w:rPr>
        <w:t xml:space="preserve">4. </w:t>
      </w:r>
      <w:r>
        <w:t>Оплата услуг агентов по осуществлению ими функций, предусмотренных агентскими соглашениями, заключенными с Министерством финансов Российской Федерации, производится за счет средств федерального бюджета</w:t>
      </w:r>
    </w:p>
    <w:p>
      <w:r>
        <w:rPr>
          <w:b/>
        </w:rPr>
        <w:t xml:space="preserve">5. </w:t>
      </w:r>
      <w:r>
        <w:t>Выполнение кредитной организацией или другой специализированной финансовой организацией функций генерального агента (агента) исполнительного органа государственной власти субъекта Российской Федерации по обслуживанию долговых обязательств субъекта Российской Федерации, а также их размещению, выкупу, обмену и погашению осуществляется на основе агентских соглашений, заключенных с исполнительным органом государственной власти субъекта Российской Федерации, осуществляющим государственные заимствования от имени субъекта Российской Федерации</w:t>
      </w:r>
    </w:p>
    <w:p>
      <w:r>
        <w:rPr>
          <w:b/>
        </w:rPr>
        <w:t xml:space="preserve">6. </w:t>
      </w:r>
      <w:r>
        <w:t>Оплата услуг агентов по осуществлению ими функций, предусмотренных агентскими соглашениями, заключенными с исполнительным органом государственной власти субъекта Российской Федерации, осуществляющим государственные заимствования от имени субъекта Российской Федерации, производится за счет средств бюджета субъекта Российской Федерации</w:t>
      </w:r>
    </w:p>
    <w:p>
      <w:r>
        <w:rPr>
          <w:b/>
        </w:rPr>
        <w:t xml:space="preserve">7. </w:t>
      </w:r>
      <w:r>
        <w:t>Выполнение кредитной организацией или другой специализированной финансовой организацией функций генерального агента (агента) местной администрации по обслуживанию муниципальных долговых обязательств, а также их размещению, выкупу, обмену и погашению осуществляется на основе агентских соглашений, заключенных с местной администрацией</w:t>
      </w:r>
    </w:p>
    <w:p>
      <w:r>
        <w:rPr>
          <w:b/>
        </w:rPr>
        <w:t xml:space="preserve">8. </w:t>
      </w:r>
      <w:r>
        <w:t>Оплата услуг агентов по осуществлению ими функций, предусмотренных агентскими соглашениями, заключенными с местной администрацией, производится за счет средств местного бюджета</w:t>
      </w:r>
    </w:p>
    <w:p>
      <w:r>
        <w:rPr>
          <w:b/>
        </w:rPr>
        <w:t xml:space="preserve">6. </w:t>
      </w:r>
      <w:r>
        <w:t>статьи 119 - 121 изложить в следующей редакции: "Статья 119. Обслуживание государственного (муниципального) долга 1. Под обслуживанием государственного (муниципального) долга понимаются операции по выплате доходов по государственным и муниципальным долговым обязательствам в виде процентов по ним и (или) дисконта, осуществляемые за счет средств соответствующего бюджета</w:t>
      </w:r>
    </w:p>
    <w:p>
      <w:r>
        <w:rPr>
          <w:b/>
        </w:rPr>
        <w:t>Статья 120. Учет и регистрация государственных и муниципальных долговых обязательств</w:t>
      </w:r>
    </w:p>
    <w:p>
      <w:r>
        <w:t>Учет и регистрация государственных долговых обязательств Российской Федерации осуществляются в государственных долговых книгах внутреннего и внешнего долга Российской Федерации (далее - Государственная долговая книга Российской Федерации). Учет и регистрация государственных долговых обязательств субъекта Российской Федерации осуществляются в государственной долговой книге субъекта Российской Федерации. Учет и регистрация муниципальных долговых обязательств муниципального образования осуществляются в муниципальной долговой книге муниципального образования.</w:t>
      </w:r>
    </w:p>
    <w:p>
      <w:r>
        <w:rPr>
          <w:b/>
        </w:rPr>
        <w:t>Статья 121. Государственная долговая книга Российской Федерации, государственная долговая книга субъекта Российской Федерации, муниципальная долговая книга</w:t>
      </w:r>
    </w:p>
    <w:p>
      <w:r>
        <w:rPr>
          <w:b/>
        </w:rPr>
        <w:t xml:space="preserve">1. </w:t>
      </w:r>
      <w:r>
        <w:t>Ведение Государственной долговой книги Российской Федерации осуществляет Министерство финансов Российской Федерации. В Государственную долговую книгу Российской Федерации вносятся сведения об объеме долговых обязательств (в том числе гарантий) Российской Федерации, о дате возникновения обязательств, об исполнении указанных обязательств полностью или частично, а также другая информация. Информация о государственных внутренних долговых обязательствах Российской Федерации вносится в Государственную долговую книгу Российской Федерации в срок, не превышающий пяти рабочих дней с момента возникновения соответствующего обязательства. Информация о государственных внешних долговых обязательствах Российской Федерации вносится в Государственную долговую книгу Российской Федерации в течение пяти рабочих дней с момента поступления в Министерство финансов Российской Федерации соответствующих документов, подтверждающих возникновение указанных обязательств. Объем информации и порядок ее внесения в Государственную долговую книгу Российской Федерации определяются Министерством финансов Российской Федерации</w:t>
      </w:r>
    </w:p>
    <w:p>
      <w:r>
        <w:rPr>
          <w:b/>
        </w:rPr>
        <w:t xml:space="preserve">2. </w:t>
      </w:r>
      <w:r>
        <w:t>Ведение государственной долговой книги субъекта Российской Федерации, муниципальной долговой книги осуществляется соответственно финансовым органом субъекта Российской Федерации, финансовым органом муниципального образования. Информация о долговых обязательствах вносится указанными органами в государственную долговую книгу субъекта Российской Федерации или муниципальную долговую книгу в срок, не превышающий пяти рабочих дней с момента возникновения соответствующего обязательства</w:t>
      </w:r>
    </w:p>
    <w:p>
      <w:r>
        <w:rPr>
          <w:b/>
        </w:rPr>
        <w:t xml:space="preserve">3. </w:t>
      </w:r>
      <w:r>
        <w:t>В государственную долговую книгу субъекта Российской Федерации вносятся сведения об объеме долговых обязательств субъекта Российской Федерации по видам этих обязательств, о дате их возникновения и исполнения полностью или частично, формах обеспечения обязательств, а также другая информация, состав которой, порядок и срок ее внесения в государственную долговую книгу субъекта Российской Федерации устанавливаются финансовым органом субъекта Российской Федерации. Отнесение долговых обязательств субъекта Российской Федерации к внешнему или внутреннему долгу при их учете в государственной долговой книге субъекта Российской Федерации осуществляется в валюте долга, в которой определено денежное обязательство при его возникновении, исходя из установленных настоящим Кодексом определений внешнего и внутреннего долга. В государственной долговой книге субъекта Российской Федерации в том числе учитывается информация о просроченной задолженности по исполнению долговых обязательств субъекта Российской Федерации</w:t>
      </w:r>
    </w:p>
    <w:p>
      <w:r>
        <w:rPr>
          <w:b/>
        </w:rPr>
        <w:t xml:space="preserve">4. </w:t>
      </w:r>
      <w:r>
        <w:t>В муниципальную долговую книгу вносятся сведения об объеме долговых обязательств муниципального образования по видам этих обязательств, о дате их возникновения и исполнения полностью или частично, формах обеспечения обязательств, а также другая информация, состав которой, порядок и срок ее внесения в муниципальную долговую книгу устанавливаются местной администрацией. Учет долговых обязательств муниципального образования в муниципальной долговой книге осуществляется в валюте долга, в которой определено денежное обязательство при его возникновении, исходя из установленных настоящим Кодексом определений внешнего и внутреннего долга. В муниципальной долговой книге муниципального образования в том числе учитывается информация о просроченной задолженности по исполнению муниципальных долговых обязательств</w:t>
      </w:r>
    </w:p>
    <w:p>
      <w:r>
        <w:rPr>
          <w:b/>
        </w:rPr>
        <w:t xml:space="preserve">5. </w:t>
      </w:r>
      <w:r>
        <w:t>Информация о долговых обязательствах муниципального образования, отраженных в муниципальной долговой книге, подлежит передаче в финансовый орган соответствующего субъекта Российской Федерации. Объем информации, порядок и сроки ее передачи устанавливаются финансовым органом соответствующего субъекта Российской Федерации. Ответственность за достоверность данных о долговых обязательствах муниципального образования, переданных в финансовый орган соответствующего субъекта Российской Федерации, несет финансовый орган муниципального образования</w:t>
      </w:r>
    </w:p>
    <w:p>
      <w:r>
        <w:rPr>
          <w:b/>
        </w:rPr>
        <w:t xml:space="preserve">6. </w:t>
      </w:r>
      <w:r>
        <w:t>Информация о долговых обязательствах субъекта Российской Федерации, отраженная в государственной долговой книге субъекта Российской Федерации, а также информация о долговых обязательствах муниципальных образований в данном субъекте Российской Федерации подлежит передаче Министерству финансов Российской Федерации финансовым органом субъекта Российской Федерации. Объем передаваемой информации, порядок и сроки ее передачи устанавливаются Министерством финансов Российской Федерации. Ответственность за достоверность переданных Министерству финансов Российской Федерации данных о долговых обязательствах субъекта Российской Федерации и его муниципальных образований несет финансовый орган субъекта Российской Федерации.";</w:t>
      </w:r>
    </w:p>
    <w:p>
      <w:r>
        <w:rPr>
          <w:b/>
        </w:rPr>
        <w:t xml:space="preserve">2. </w:t>
      </w:r>
      <w:r>
        <w:t>Государственный финансовый кредит представляет собой форму бюджетного кредита, при которой Российская Федерация предоставляет денежные средства иностранному заемщику в объеме и на условиях, предусмотренных соответствующим соглашением между Правительством Российской Федерации и правительством иностранного государства</w:t>
      </w:r>
    </w:p>
    <w:p>
      <w:r>
        <w:rPr>
          <w:b/>
        </w:rPr>
        <w:t xml:space="preserve">3. </w:t>
      </w:r>
      <w:r>
        <w:t>Государственный экспортный кредит представляет собой форму бюджетного кредита, при которой за счет бюджетных средств осуществляется оплата товаров и услуг, экспортируемых в пользу иностранного заемщика - импортера товаров и услуг, в объеме и на условиях, предусмотренных соответствующим соглашением между Правительством Российской Федерации и правительством иностранного государства или соответствующим договором между банком - агентом Правительства Российской Федерации и иностранным заемщиком - импортером товаров и услуг или его банком-кредитором, при наличии государственной гарантии иностранного государства по возврату этого кредита, платежи в погашение и обслуживание которого осуществляются в пользу Российской Федерации</w:t>
      </w:r>
    </w:p>
    <w:p>
      <w:r>
        <w:rPr>
          <w:b/>
        </w:rPr>
        <w:t xml:space="preserve">4. </w:t>
      </w:r>
      <w:r>
        <w:t>В государственной гарантии иностранного государства по возврату государственного экспортного кредита, предоставляемого банком - агентом Правительства Российской Федерации иностранному заемщику - импортеру товаров и услуг или его банку-кредитору, предусматривается обязательство о безусловной уступке российским юридическим лицом - экспортером или банком - агентом Правительства Российской Федерации своих прав по гарантии (полностью или частично) Правительству Российской Федерации</w:t>
      </w:r>
    </w:p>
    <w:p>
      <w:r>
        <w:rPr>
          <w:b/>
        </w:rPr>
        <w:t xml:space="preserve">6. </w:t>
      </w:r>
      <w:r>
        <w:t>наименование главы 15 изложить в следующей редакции: "Глава 15. ВНЕШНИЕ ДОЛГОВЫЕ ТРЕБОВАНИЯ РОССИЙСКОЙ ФЕДЕРАЦИИ"</w:t>
      </w:r>
    </w:p>
    <w:p>
      <w:r>
        <w:rPr>
          <w:b/>
        </w:rPr>
        <w:t xml:space="preserve">6. </w:t>
      </w:r>
      <w:r>
        <w:t>статьи 122 - 123 изложить в следующей редакции: "Статья 122. Внешние долговые требования Российской Федерации 1. Внешними долговыми требованиями Российской Федерации являются финансовые обязательства иностранных государств и (или) иностранных юридических лиц перед Российской Федерацией как кредитором, включая долговые требования, возникшие в связи с предоставлением банком - агентом Правительства Российской Федерации государственных экспортных кредитов иностранным заемщикам или их банкам-кредиторам, а также долговые требования юридических лиц - экспортеров бывшего СССР к иностранным юридическим лицам, возникшие до 1 января 1991 года в связи с экспортом из бывшего СССР товаров и услуг, осуществлявшимся за счет средств бюджета бывшего СССР</w:t>
      </w:r>
    </w:p>
    <w:p>
      <w:r>
        <w:rPr>
          <w:b/>
        </w:rPr>
        <w:t>Статья 123. Объем долга иностранных государств и (или) иностранных юридических лиц перед Российской Федерацией</w:t>
      </w:r>
    </w:p>
    <w:p>
      <w:r>
        <w:rPr>
          <w:b/>
        </w:rPr>
        <w:t xml:space="preserve">1. </w:t>
      </w:r>
      <w:r>
        <w:t>Внешние долговые требования Российской Федерации формируют долг иностранных государств и (или) иностранных юридических лиц перед Российской Федерацией</w:t>
      </w:r>
    </w:p>
    <w:p>
      <w:r>
        <w:rPr>
          <w:b/>
        </w:rPr>
        <w:t xml:space="preserve">2. </w:t>
      </w:r>
      <w:r>
        <w:t>Под объемом долга иностранных государств и (или) иностранных юридических лиц перед Российской Федерацией понимается: номинальная сумма долга иностранных государств и (или) иностранных юридических лиц перед Российской Федерацией по предоставленным бывшим СССР и Российской Федерацией кредитам за счет средств бюджетов бывшего СССР и Российской Федерации соответственно; номинальная сумма долга иностранных юридических лиц перед Российской Федерацией, возникшая до 1 января 1991 года в связи с экспортом из бывшего СССР товаров и услуг за счет средств бюджета бывшего СССР; номинальная сумма долга иностранных государств и (или) иностранных юридических лиц перед Российской Федерацией, по которому у Российской Федерации имеются права требования по договорам об уступке прав требования; номинальная сумма долга иностранных юридических лиц по предоставленным им банком - агентом Правительства Российской Федерации государственным экспортным кредитам</w:t>
      </w:r>
    </w:p>
    <w:p>
      <w:r>
        <w:rPr>
          <w:b/>
        </w:rPr>
        <w:t xml:space="preserve">3. </w:t>
      </w:r>
      <w:r>
        <w:t>Сведения о номинальной сумме долга иностранных государств и (или) иностранных юридических лиц перед Российской Федерацией предоставляются по состоянию на конец отчетного финансового года в составе документов и материалов к проекту федерального закона об исполнении федерального бюджета за отчетный финансовый год.";</w:t>
      </w:r>
    </w:p>
    <w:p>
      <w:r>
        <w:rPr>
          <w:b/>
        </w:rPr>
        <w:t xml:space="preserve">2. </w:t>
      </w:r>
      <w:r>
        <w:t>Программа предоставления государственных финансовых и государственных экспортных кредитов на очередной финансовый год и плановый период утверждается при рассмотрении Государственной Думой проекта федерального закона о федеральном бюджете на очередной финансовый год и плановый период во втором чтении в качестве отдельного приложения к указанному закону</w:t>
      </w:r>
    </w:p>
    <w:p>
      <w:r>
        <w:rPr>
          <w:b/>
        </w:rPr>
        <w:t xml:space="preserve">3. </w:t>
      </w:r>
      <w:r>
        <w:t>В случае неутверждения Государственной Думой очередной программы предоставления государственных финансовых и государственных экспортных кредитов на очередной финансовый год и плановый период действие ранее утвержденной программы продлевается на очередной финансовый год и плановый период</w:t>
      </w:r>
    </w:p>
    <w:p>
      <w:r>
        <w:rPr>
          <w:b/>
        </w:rPr>
        <w:t xml:space="preserve">3. </w:t>
      </w:r>
      <w:r>
        <w:t>статью 124 признать утратившей силу</w:t>
      </w:r>
    </w:p>
    <w:p>
      <w:r>
        <w:rPr>
          <w:b/>
        </w:rPr>
        <w:t xml:space="preserve">3. </w:t>
      </w:r>
      <w:r>
        <w:t>статьи 125 - 128 изложить в следующей редакции: "Статья 125. Программа предоставления государственных финансовых и государственных экспортных кредитов 1. Программа предоставления государственных финансовых и государственных экспортных кредитов представляет собой перечень государственных финансовых кредитов и государственных экспортных кредитов на очередной финансовый год и плановый период с указанием по каждому из них:</w:t>
      </w:r>
    </w:p>
    <w:p>
      <w:r>
        <w:rPr>
          <w:b/>
        </w:rPr>
        <w:t xml:space="preserve">3. </w:t>
      </w:r>
      <w:r>
        <w:t>наименования иностранного государства и (или) иностранного юридического лица - получателя государственного финансового кредита и (или) государственного экспортного кредита</w:t>
      </w:r>
    </w:p>
    <w:p>
      <w:r>
        <w:rPr>
          <w:b/>
        </w:rPr>
        <w:t xml:space="preserve">3. </w:t>
      </w:r>
      <w:r>
        <w:t>наименования гаранта возврата государственного финансового кредита и (или) государственного экспортного кредита, если условиями договора о предоставлении государственного финансового кредита и (или) государственного экспортного кредита предусматривается наличие гарантии</w:t>
      </w:r>
    </w:p>
    <w:p>
      <w:r>
        <w:rPr>
          <w:b/>
        </w:rPr>
        <w:t xml:space="preserve">3. </w:t>
      </w:r>
      <w:r>
        <w:t>целей предоставления государственного финансового кредита и (или) государственного экспортного кредита</w:t>
      </w:r>
    </w:p>
    <w:p>
      <w:r>
        <w:rPr>
          <w:b/>
        </w:rPr>
        <w:t xml:space="preserve">3. </w:t>
      </w:r>
      <w:r>
        <w:t>общей суммы государственного финансового кредита и (или) государственного экспортного кредита на весь срок использования</w:t>
      </w:r>
    </w:p>
    <w:p>
      <w:r>
        <w:rPr>
          <w:b/>
        </w:rPr>
        <w:t xml:space="preserve">3. </w:t>
      </w:r>
      <w:r>
        <w:t>срока использования государственного финансового кредита и (или) государственного экспортного кредита</w:t>
      </w:r>
    </w:p>
    <w:p>
      <w:r>
        <w:rPr>
          <w:b/>
        </w:rPr>
        <w:t xml:space="preserve">3. </w:t>
      </w:r>
      <w:r>
        <w:t>процентной ставки по государственному финансовому кредиту и (или) государственному экспортному кредиту</w:t>
      </w:r>
    </w:p>
    <w:p>
      <w:r>
        <w:rPr>
          <w:b/>
        </w:rPr>
        <w:t xml:space="preserve">3. </w:t>
      </w:r>
      <w:r>
        <w:t>срока погашения государственного финансового кредита и (или) государственного экспортного кредита</w:t>
      </w:r>
    </w:p>
    <w:p>
      <w:r>
        <w:rPr>
          <w:b/>
        </w:rPr>
        <w:t xml:space="preserve">3. </w:t>
      </w:r>
      <w:r>
        <w:t>прогноза объема бюджетных средств, направленных на оплату товаров и услуг для государственного экспортного кредита</w:t>
      </w:r>
    </w:p>
    <w:p>
      <w:r>
        <w:rPr>
          <w:b/>
        </w:rPr>
        <w:t xml:space="preserve">3. </w:t>
      </w:r>
      <w:r>
        <w:t>прогноза объема предоставления денежных средств для государственного финансового кредита</w:t>
      </w:r>
    </w:p>
    <w:p>
      <w:r>
        <w:rPr>
          <w:b/>
        </w:rPr>
        <w:t>Статья 126. Заключение соглашений и договоров о предоставлении государственных финансовых и (или) государственных экспортных кредитов и внесение изменений в программу предоставления государственных финансовых и государственных экспортных кредитов</w:t>
      </w:r>
    </w:p>
    <w:p>
      <w:r>
        <w:rPr>
          <w:b/>
        </w:rPr>
        <w:t xml:space="preserve">1. </w:t>
      </w:r>
      <w:r>
        <w:t>Соглашения и договоры о предоставлении государственных финансовых и государственных экспортных кредитов могут быть заключены при условии: если указанные государственные финансовые и (или) государственные экспортные кредиты включены в программу предоставления государственных финансовых и государственных экспортных кредитов в соответствии со статьей 125 настоящего Кодекса; если исполнение обязательств Российской Федерации по предоставлению указанных государственных финансовых и (или) государственных экспортных кредитов не требует увеличения объема средств на исполнение программы предоставления государственных финансовых и государственных экспортных кредитов</w:t>
      </w:r>
    </w:p>
    <w:p>
      <w:r>
        <w:rPr>
          <w:b/>
        </w:rPr>
        <w:t xml:space="preserve">2. </w:t>
      </w:r>
      <w:r>
        <w:t>В случае неиспользования иностранным заемщиком государственного финансового и (или) государственного экспортного кредита бюджетные средства, предусмотренные на предоставление указанных государственных финансовых и государственных экспортных кредитов, перераспределяются Правительством Российской Федерации между иностранными заемщиками, включенными в программу предоставления государственных финансовых и государственных экспортных кредитов на очередной финансовый год и плановый период</w:t>
      </w:r>
    </w:p>
    <w:p>
      <w:r>
        <w:rPr>
          <w:b/>
        </w:rPr>
        <w:t>Статья 127. Реструктуризация и списание долга иностранного государства и (или) иностранного юридического лица перед Российской Федерацией</w:t>
      </w:r>
    </w:p>
    <w:p>
      <w:r>
        <w:rPr>
          <w:b/>
        </w:rPr>
        <w:t xml:space="preserve">1. </w:t>
      </w:r>
      <w:r>
        <w:t>Под реструктуризацией долга иностранного государства и (или) иностранного юридического лица перед Российской Федерацией в целях настоящего Кодекса понимается пересмотр условий погашения указанного долга. Реструктуризация долга иностранного государства и (или) иностранного юридического лица перед Российской Федерацией может быть осуществлена с частичным списанием сумм основного долга и начисленных процентов</w:t>
      </w:r>
    </w:p>
    <w:p>
      <w:r>
        <w:rPr>
          <w:b/>
        </w:rPr>
        <w:t xml:space="preserve">2. </w:t>
      </w:r>
      <w:r>
        <w:t>Договор о реструктуризации и (или) списании долга иностранного государства перед Российской Федерацией подлежит ратификации, за исключением реструктуризации и (или) списания этого долга в рамках участия Российской Федерации в международных финансовых организациях и финансовых клубах на условиях, общих и единых для всех участников указанных организаций и клубов, а также за исключением реструктуризации и (или) списания долга иностранного государства и (или) иностранного юридического лица перед Российской Федерацией, предусмотренного федеральным законом о федеральном бюджете на очередной финансовый год и плановый период</w:t>
      </w:r>
    </w:p>
    <w:p>
      <w:r>
        <w:rPr>
          <w:b/>
        </w:rPr>
        <w:t>Статья 128. Уступка прав требования по внешним долговым требованиям Российской Федерации к иностранным государствам и (или) иностранным юридическим лицам</w:t>
      </w:r>
    </w:p>
    <w:p>
      <w:r>
        <w:t>Уступка прав требования по внешним долговым требованиям Российской Федерации к иностранным государствам и (или) иностранным юридическим лицам может быть осуществлена Правительством Российской Федерации в соответствии с законодательством Российской Федерации."; 104) статью 129 изложить в следующей редакции: "Статья 129. Формы межбюджетных трансфертов, предоставляемых из федерального бюджета Межбюджетные трансферты из федерального бюджета бюджетам бюджетной системы Российской Федерации предоставляются в форме: дотаций на выравнивание бюджетной обеспеченности субъектов Российской Федерации; субсидий бюджетам субъектов Российской Федерации; субвенций бюджетам субъектов Российской Федерации; иных межбюджетных трансфертов бюджетам субъектов Российской Федерации; межбюджетных трансфертов бюджетам государственных внебюджетных фондов."; 105) в статье 130: а) в пункте 1 слова "из Федерального фонда компенсаций" и слова "и органами местного самоуправления" исключить; б) пункт 2 изложить в следующей редакции: "2. Субъекты Российской Федерации, в бюджетах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превышала 5 процентов объема собственных доходов консолидированного бюджета субъекта Российской Федерации, не имеют права заключать указанные в статье 2151 настоящего Кодекса соглашения о кассовом обслуживании исполнения бюджета субъекта Российской Федерации, бюджетов территориальных государственных внебюджетных фондов и бюджетов входящих в его состав муниципальных образований исполнительным органом государственной власти субъекта Российской Федерации."; в) пункты 3 - 6 изложить в следующей редакции: "3. Субъекты Российской Федерации, в бюджетах которых доля межбюджетных трансфертов из федерального бюджета (за исключением субвенций) в течение двух из трех последних отчетных финансовых лет превышала 20 процентов объема собственных доходов консолидированного бюджета субъекта Российской Федерации, не имеют права: 1) устанавливать и исполнять расходные обязательства, не связанные с решением вопросов, отнесенных Конституцией Российской Федерации и федеральными законами к полномочиям органов государственной власти субъектов Российской Федерации; 2) превышать установленные Правительством Российской Федерации нормативы формирования расходов на оплату труда государственных гражданских служащих субъекта Российской Федерации и (или) содержание органов государственной власти субъекта Российской Федерации.</w:t>
      </w:r>
    </w:p>
    <w:p>
      <w:r>
        <w:rPr>
          <w:b/>
        </w:rPr>
        <w:t xml:space="preserve">4. </w:t>
      </w:r>
      <w:r>
        <w:t>В субъектах Российской Федерации, в бюджетах которых доля межбюджетных трансфертов (за исключением субвенций) из федерального бюджета в течение двух из трех последних отчетных финансовых лет превышала 60 процентов объема собственных доходов консолидированного бюджета субъекта Российской Федерации, осуществляются следующие дополнительные к установленным пунктом 3 настоящей статьи меры: абзац; (Утратил силу - Федеральный закон от 18.07.2017 № 172-ФЗ) 2) организация исполнения бюджета субъекта Российской Федерации с открытием и ведением лицевых счетов главным распорядителям, распорядителям, получателям средств бюджета субъекта Российской Федерации и главным администраторам (администраторам) источников финансирования дефицита бюджета субъекта Российской Федерации в органах Федерального казначейства;</w:t>
      </w:r>
    </w:p>
    <w:p>
      <w:r>
        <w:rPr>
          <w:b/>
        </w:rPr>
        <w:t xml:space="preserve">5. </w:t>
      </w:r>
      <w:r>
        <w:t>При несоблюдении органами государственной власти субъектов Российской Федерации условий предоставления межбюджетных трансфертов из федерального бюджета, определенных бюджетным законодательством Российской Федерации, а также при нарушении предельных значений, установленных пунктами 2 и 3 статьи 921 и статьей 107 настоящего Кодекса, Министерство финансов Российской Федерации вправе принять решение о приостановлении (сокращении) в установленном им порядке предоставления межбюджетных трансфертов (за исключением субвенций) соответствующим бюджетам субъектов Российской Федерации до приведения в соответствие с требованиями настоящей статьи положений, обуславливающих условия предоставления межбюджетных трансфертов</w:t>
      </w:r>
    </w:p>
    <w:p>
      <w:r>
        <w:rPr>
          <w:b/>
        </w:rPr>
        <w:t xml:space="preserve">6. </w:t>
      </w:r>
      <w:r>
        <w:t>Операции с межбюджетными трансфертами, предоставляемыми из федерального бюджета в форме субвенций и межбюджетных субсидий в рамках исполнения бюджетов субъектов Российской Федерации, осуществляются в порядке, установленном федеральным законом о федеральном бюджете на очередной финансовый год и плановый период и (или) принятыми в соответствии с ним нормативными правовыми актами Правительства Российской Федерации."; г) дополнить пунктом 7 следующего содержания: "7. Бюджетам субъектов Российской Федерации могут предоставляться межбюджетные трансферты для предоставления межбюджетных трансфертов бюджетам отдельных муниципальных образований в случаях и порядке, установленных федеральными законами."; д) дополнить пунктом 8 следующего содержания: "8. В случае, если не позднее 1 июля текущего финансового года законом субъекта Российской Федерации принято решение об отказе, полностью или частично, от получения в очередном финансовом году межбюджетных трансфертов из федерального бюджета (за исключением субвенций), ограничения и меры, предусмотренные настоящим Кодексом и иными федеральными законами, в очередном финансовом году в отношении данного субъекта Российской Федерации применяются исходя из расчетного сокращения доли межбюджетных трансфертов из федерального бюджета (за исключением субвенций) в собственных доходах консолидированного бюджета субъекта Российской Федерации, определенного им путем отнесения к одному или распределения между несколькими из трех последних финансовых лет общей величины уменьшаемых межбюджетных трансфертов в очередном финансовом году.";</w:t>
      </w:r>
    </w:p>
    <w:p>
      <w:r>
        <w:rPr>
          <w:b/>
        </w:rPr>
        <w:t xml:space="preserve">2. </w:t>
      </w:r>
      <w:r>
        <w:t>В составе федерального бюджета могут предусматриваться субсидии бюджетам субъектов Российской Федерации на выравнивание обеспеченности субъектов Российской Федерации в целях реализации ими их отдельных расходных обязательств</w:t>
      </w:r>
    </w:p>
    <w:p>
      <w:r>
        <w:rPr>
          <w:b/>
        </w:rPr>
        <w:t xml:space="preserve">3. </w:t>
      </w:r>
      <w:r>
        <w:t>Цели и условия предоставления и расходования субсидий бюджетам субъектов Российской Федерации из федерального бюджета, критерии отбора субъектов Российской Федерации для предоставления указанных межбюджетных субсидий и их распределения между субъектами Российской Федерации устанавливаются федеральными законами и (или) принятыми в соответствии с ними нормативными правовыми актами Правительства Российской Федерации на срок не менее трех лет. Выделение субсидий из федерального бюджета бюджетам субъектов Российской Федерации (за исключением субсидий за счет средств резервных фондов Президента Российской Федерации и Правительства Российской Федерации) на цели и (или) в соответствии с условиями, не предусмотренными федеральными законами и (или) нормативными правовыми актами Правительства Российской Федерации, не допускается."; в) дополнить пунктом 4 следующего содержания: "4. Распределение субсидий бюджетам субъектов Российской Федерации устанавливается федеральными законами о федеральном бюджете и (или) принятыми в соответствии с ними нормативными правовыми актами Правительства Российской Федерации. При этом допускается утверждение не распределенного между субъектами Российской Федерации объема субсидий в размере не более 5 процентов общего объема соответствующей субсидии, утвержденного на первый год планового периода, и не более 10 процентов общего объема указанной субсидии, утвержденного на второй год планового периода. Абзац. (Утратил силу - Федеральный закон от 18.07.2017 № 178-ФЗ) 108) дополнить статьей 1321 следующего содержания: "Статья 1321. Иные межбюджетные трансферты, предоставляемые из федерального бюджета В случаях и порядке, которые предусмотрены федеральными законами и (или) принятыми в соответствии с ними нормативными правовыми актами Правительства Российской Федерации, бюджетам бюджетной системы Российской Федерации могут быть предоставлены иные межбюджетные трансферты.";</w:t>
      </w:r>
    </w:p>
    <w:p>
      <w:r>
        <w:rPr>
          <w:b/>
        </w:rPr>
        <w:t xml:space="preserve">4. </w:t>
      </w:r>
      <w:r>
        <w:t>В муниципальных образованиях, в бюджетах которых доля межбюджетных трансфертов из бюджетов субъектов Российской Федерации (за исключением субвенций) и (или) налоговых доходов по дополнительным нормативам отчислений в течение двух из трех последних отчетных финансовых лет превышала 70 процентов объема собственных доходов местных бюджетов, осуществляются следующие дополнительные к установленным пунктом 3 настоящей статьи меры</w:t>
      </w:r>
    </w:p>
    <w:p>
      <w:r>
        <w:rPr>
          <w:b/>
        </w:rPr>
        <w:t xml:space="preserve">5. </w:t>
      </w:r>
      <w:r>
        <w:t>При несоблюдении органами местного самоуправления условий предоставления межбюджетных трансфертов из бюджета субъекта Российской Федерации, определенных бюджетным законодательством Российской Федерации, а также при нарушении предельных значений, установленных пунктом 3 статьи 921 и статьи 107 настоящего Кодекса, финансовые органы субъектов Российской Федерации вправе принять решение о приостановлении (сокращении) в установленном ими порядке предоставления межбюджетных трансфертов (за исключением субвенций) соответствующим местным бюджетам до приведения в соответствие с требованиями настоящей статьи положений, обуславливающих условия предоставления межбюджетных трансфертов."; г) дополнить пунктом 6 следующего содержания: "6. В случае, если не позднее 1 сентября текущего финансового года представительным органом муниципального образования принято решение об отказе, полностью или частично, от получения в очередном финансовом году межбюджетных трансфертов из других бюджетов бюджетной системы Российской Федерации (за исключением субвенций) или от налоговых доходов по дополнительным нормативам отчислений, предусмотренные настоящим Кодексом и иными федеральными законами ограничения и меры в очередном финансовом году применяются исходя из расчетного сокращения доли межбюджетных трансфертов из других бюджетов бюджетной системы Российской Федерации (за исключением субвенций) и (или) налоговых доходов по дополнительным нормативам отчислений в собственных доходах местного бюджета, определенного им путем отнесения к одному или распределения между несколькими из трех последних отчетных финансовых лет общей величины уменьшаемых межбюджетных трансфертов (налоговых доходов по дополнительным нормативам отчислений) в очередном финансовом году.";</w:t>
      </w:r>
    </w:p>
    <w:p>
      <w:r>
        <w:rPr>
          <w:b/>
        </w:rPr>
        <w:t xml:space="preserve">2. </w:t>
      </w:r>
      <w:r>
        <w:t>В составе бюджета субъекта Российской Федерации могут предусматриваться субсидии местным бюджетам на выравнивание обеспеченности муниципальных образований по реализации ими их отдельных расходных обязательств</w:t>
      </w:r>
    </w:p>
    <w:p>
      <w:r>
        <w:rPr>
          <w:b/>
        </w:rPr>
        <w:t xml:space="preserve">3. </w:t>
      </w:r>
      <w:r>
        <w:t>Цели и условия предоставления и расходования субсидий местным бюджетам из бюджета субъекта Российской Федерации, критерии отбора муниципальных образований для предоставления указанных субсидий и их распределение между муниципальными образованиями устанавливаются законами субъекта Российской Федерации и (или) нормативными правовыми актами высшего исполнительного органа государственной власти субъекта Российской Федерации. Выделение субсидий из бюджета субъекта Российской Федерации местным бюджетам (за исключением субсидий за счет средств резервного фонда высшего исполнительного органа государственной власти субъекта Российской Федерации) на цели и (или) в соответствии с условиями, не предусмотренными законами субъекта Российской Федерации и (или) нормативными правовыми актами высшего исполнительного органа государственной власти субъекта Российской Федерации, не допускается</w:t>
      </w:r>
    </w:p>
    <w:p>
      <w:r>
        <w:rPr>
          <w:b/>
        </w:rPr>
        <w:t xml:space="preserve">4. </w:t>
      </w:r>
      <w:r>
        <w:t>Распределение субсидий местным бюджетам из бюджета субъекта Российской Федерации между муниципальными образованиями устанавливается законами субъектов Российской Федерации и (или) нормативными правовыми актами высшего исполнительного органа государственной власти субъекта Российской Федерации.";</w:t>
      </w:r>
    </w:p>
    <w:p>
      <w:r>
        <w:rPr>
          <w:b/>
        </w:rPr>
        <w:t xml:space="preserve">2. </w:t>
      </w:r>
      <w:r>
        <w:t>Субвенции местным бюджетам из бюджета субъекта Российской Федерации формируются в бюджете субъекта Российской Федерации за счет</w:t>
      </w:r>
    </w:p>
    <w:p>
      <w:r>
        <w:rPr>
          <w:b/>
        </w:rPr>
        <w:t xml:space="preserve">3. </w:t>
      </w:r>
      <w:r>
        <w:t>Субвенции местным бюджетам из бюджета субъекта Российской Федерации распределяются в соответствии с едиными для каждого вида субвенции методиками, утверждаемыми законом субъекта Российской Федерации в соответствии с требованиями настоящего Кодекса, между всеми муниципальными образованиями субъекта Российской Федерации, органы местного самоуправления которых осуществляют переданные им отдельные государственные полномочия, пропорционально численности населения (отдельных групп населения), потребителей соответствующих государственных (муниципальных) услуг, другим показателям и с учетом нормативов формирования бюджетных ассигнований на исполнение соответствующих обязательств и объективных условий, влияющих на стоимость государственных (муниципальных) услуг в муниципальных образованиях. Использование при распределении субвенций местным бюджетам из бюджета субъекта Российской Федерации показателей, характеризующих собственные доходы местных бюджетов, не допускается. В части, касающейся распределения субвенций местным бюджетам из бюджета субъекта Российской Федерации, предоставляемых за счет субвенций бюджетам субъектов Российской Федерации из федерального бюджета, указанные методики должны соответствовать требованиям нормативных правовых актов федеральных органов государственной власти, наделяющих органы местного самоуправления отдельными полномочиями федеральных органов государственной власти</w:t>
      </w:r>
    </w:p>
    <w:p>
      <w:r>
        <w:rPr>
          <w:b/>
        </w:rPr>
        <w:t xml:space="preserve">4. </w:t>
      </w:r>
      <w:r>
        <w:t>В случае наделения отдельными государственными полномочиями органов местного самоуправления поселений законом субъекта Российской Федерации органы местного самоуправления муниципальных районов могут быть наделены полномочиями органов государственной власти субъектов Российской Федерации по расчету и предоставлению субвенций бюджетам поселений. Указанным законом должны быть установлены соответствующие требованиям настоящей статьи порядок (методика) расчета субвенций бюджетам муниципальных районов и порядок (методика) расчета органами местного самоуправления муниципальных районов субвенций из бюджетов муниципальных районов бюджетам поселений на осуществление соответствующих государственных полномочий</w:t>
      </w:r>
    </w:p>
    <w:p>
      <w:r>
        <w:rPr>
          <w:b/>
        </w:rPr>
        <w:t xml:space="preserve">5. </w:t>
      </w:r>
      <w:r>
        <w:t>Распределение субвенций местным бюджетам из бюджета субъекта Российской Федерации утверждается законом о бюджете субъекта Российской Федерации по каждому муниципальному образованию и виду субвенции. В случае наделения органов местного самоуправления муниципальных районов полномочиями по расчету и предоставлению субвенций бюджетам поселений распределение указанных субвенций между бюджетами поселений утверждается решением представительного органа муниципального района о бюджете муниципального района. При этом допускается утверждение не распределенной между муниципальными образованиями субвенции местным бюджетам из бюджета субъекта Российской Федерации в объеме, не превышающем 5 процентов общего объема соответствующей субвенции, которая может быть распределена между местными бюджетами в порядке, установленном высшим исполнительным органом государственной власти субъекта Российской Федерации, на те же цели в процессе исполнения бюджета субъекта Российской Федерации без внесения изменений в закон субъекта Российской Федерации о бюджете субъекта Российской Федерации</w:t>
      </w:r>
    </w:p>
    <w:p>
      <w:r>
        <w:rPr>
          <w:b/>
        </w:rPr>
        <w:t xml:space="preserve">6. </w:t>
      </w:r>
      <w:r>
        <w:t>Субвенции местным бюджетам из бюджета субъекта Российской Федерации, финансовое обеспечение которых осуществляется за счет субвенций из федерального бюджета, расходуются в порядке, установленном Правительством Российской Федерации. Субвенции местным бюджетам из бюджета субъекта Российской Федерации, финансовое обеспечение которых осуществляется за счет собственных доходов и источников финансирования дефицита бюджета субъекта Российской Федерации, расходуются в порядке, установленном высшим исполнительным органом государственной власти субъекта Российской Федерации.";</w:t>
      </w:r>
    </w:p>
    <w:p>
      <w:r>
        <w:rPr>
          <w:b/>
        </w:rPr>
        <w:t xml:space="preserve">2. </w:t>
      </w:r>
      <w:r>
        <w:t>Бюджетами государственных внебюджетных фондов Российской Федерации являются</w:t>
      </w:r>
    </w:p>
    <w:p>
      <w:r>
        <w:rPr>
          <w:b/>
        </w:rPr>
        <w:t xml:space="preserve">3. </w:t>
      </w:r>
      <w:r>
        <w:t>Бюджетами территориальных государственных внебюджетных фондов являются бюджеты территориальных фондов обязательного медицинского страхования.";</w:t>
      </w:r>
    </w:p>
    <w:p>
      <w:r>
        <w:rPr>
          <w:b/>
        </w:rPr>
        <w:t xml:space="preserve">2. </w:t>
      </w:r>
      <w:r>
        <w:t>Бюджеты государственных внебюджетных фондов Российской Федерации по представлению Правительства Российской Федерации принимаются в форме федеральных законов не позднее принятия федерального закона о федеральном бюджете на очередной финансовый год и плановый период</w:t>
      </w:r>
    </w:p>
    <w:p>
      <w:r>
        <w:rPr>
          <w:b/>
        </w:rPr>
        <w:t xml:space="preserve">3. </w:t>
      </w:r>
      <w:r>
        <w:t>В случае внесения проекта бюджета государственного внебюджетного фонда Российской Федерации на очередной финансовый год и плановый период с дефицитом утверждаются источники финансирования дефицита бюджета</w:t>
      </w:r>
    </w:p>
    <w:p>
      <w:r>
        <w:rPr>
          <w:b/>
        </w:rPr>
        <w:t xml:space="preserve">4. </w:t>
      </w:r>
      <w:r>
        <w:t>Проекты бюджетов государственных внебюджетных фондов Российской Федерации на очередной финансовый год и плановый период, внесенные Правительством Российской Федерации в Государственную Думу, должны содержать показатели доходов и расходов в соответствии со статьями 146 и 147 настоящего Кодекса</w:t>
      </w:r>
    </w:p>
    <w:p>
      <w:r>
        <w:rPr>
          <w:b/>
        </w:rPr>
        <w:t xml:space="preserve">5. </w:t>
      </w:r>
      <w:r>
        <w:t>В Государственной Думе проекты бюджетов государственных внебюджетных фондов Российской Федерации в течение трех дней направляются Советом Государственной Думы или в период парламентских каникул Председателем Государственной Думы Президенту Российской Федерации, в Совет Федерации, другим субъектам права законодательной инициативы, в комитеты Государственной Думы для внесения замечаний и предложений, а также в Счетную палату Российской Федерации на заключение. Государственная Дума в соответствии с Регламентом Государственной Думы направляет проекты бюджетов государственных внебюджетных фондов Российской Федерации в комитет Государственной Думы, ответственный за рассмотрение бюджета (далее - Комитет по бюджету), и определяет профильные комитеты по соответствующим проектам бюджетов государственных внебюджетных фондов Российской Федерации. На пленарном заседании Государственной Думы проекты федеральных законов о бюджетах государственных внебюджетных фондов Российской Федерации должны быть рассмотрены в первом чтении до рассмотрения проекта федерального закона о федеральном бюджете во втором чтении</w:t>
      </w:r>
    </w:p>
    <w:p>
      <w:r>
        <w:rPr>
          <w:b/>
        </w:rPr>
        <w:t xml:space="preserve">6. </w:t>
      </w:r>
      <w:r>
        <w:t>Предметом рассмотрения проектов федеральных законов о бюджетах государственных внебюджетных фондов Российской Федерации на очередной финансовый год и плановый период в первом чтении являются основные характеристики бюджетов, к которым относятся: прогнозируемый в очередном финансовом году и плановом периоде общий объем доходов с указанием поступлений из других бюджетов бюджетной системы Российской Федерации; общий объем расходов в очередном финансовом году и плановом периоде; предельный объем дефицита бюджета государственного внебюджетного фонда Российской Федерации и (или) источники его финансирования либо предельный объем профицита бюджета государственного внебюджетного фонда Российской Федерации в очередном финансовом году и плановом периоде</w:t>
      </w:r>
    </w:p>
    <w:p>
      <w:r>
        <w:rPr>
          <w:b/>
        </w:rPr>
        <w:t xml:space="preserve">7. </w:t>
      </w:r>
      <w:r>
        <w:t>Предметом рассмотрения проектов федеральных законов о бюджетах государственных внебюджетных фондов Российской Федерации на очередной финансовый год и плановый период во втором чтении являются: распределение расходов на очередной финансовый год и плановый период по разделам, подразделам, целевым статьям и видам расходов бюджетов; текстовые статьи проектов федеральных законов о бюджетах государственных внебюджетных фондов Российской Федерации на очередной финансовый год и плановый период</w:t>
      </w:r>
    </w:p>
    <w:p>
      <w:r>
        <w:rPr>
          <w:b/>
        </w:rPr>
        <w:t xml:space="preserve">8. </w:t>
      </w:r>
      <w:r>
        <w:t>Рассмотрение поправок по предмету второго чтения проводится в Комитете по бюджету, профильном комитете. Комитет по бюджету готовит таблицы поправок и направляет их в профильные комитеты, которые рассматривают и представляют результаты рассмотрения поправок в Комитет по бюджету. Комитет по бюджету, рассмотрев указанные материалы, принимает решение и формирует сводные таблицы поправок, рекомендованных к принятию или отклонению, выносимых на рассмотрение Государственной Думы. Порядок взаимодействия комитетов Государственной Думы при рассмотрении проектов федеральных законов о бюджетах государственных внебюджетных фондов Российской Федерации и порядок согласования разногласий между комитетами Государственной Думы определяются Регламентом Государственной Думы. Государственная Дума рассматривает проекты федеральных законов о бюджетах государственных внебюджетных фондов Российской Федерации во втором чтении в течение 35 дней после их принятия в первом чтении</w:t>
      </w:r>
    </w:p>
    <w:p>
      <w:r>
        <w:rPr>
          <w:b/>
        </w:rPr>
        <w:t xml:space="preserve">9. </w:t>
      </w:r>
      <w:r>
        <w:t>Государственная Дума рассматривает в третьем чтении проекты федеральных законов о бюджетах государственных внебюджетных фондов Российской Федерации на очередной финансовый год и плановый период в течение 15 дней со дня их принятия во втором чтении. При рассмотрении в третьем чтении проекты федеральных законов о бюджетах государственных внебюджетных фондов Российской Федерации на очередной финансовый год и плановый период принимаются в целом. Принятые Государственной Думой федеральные законы о бюджетах государственных внебюджетных фондов Российской Федерации на очередной финансовый год и плановый период в течение пяти дней со дня их принятия передаются на рассмотрение в Совет Федерации</w:t>
      </w:r>
    </w:p>
    <w:p>
      <w:r>
        <w:rPr>
          <w:b/>
        </w:rPr>
        <w:t xml:space="preserve">10. </w:t>
      </w:r>
      <w:r>
        <w:t>Внесение изменений в федеральные законы о бюджетах государственных внебюджетных фондов Российской Федерации осуществляется в порядке, предусмотренном для внесения изменений в федеральный закон о федеральном бюджете</w:t>
      </w:r>
    </w:p>
    <w:p>
      <w:r>
        <w:rPr>
          <w:b/>
        </w:rPr>
        <w:t xml:space="preserve">11. </w:t>
      </w:r>
      <w:r>
        <w:t>Проекты бюджетов территориальных государственных внебюджетных фондов представляются высшими исполнительными органами государственной власти субъектов Российской Федерации на рассмотрение законодательных (представительных) органов государственной власти субъектов Российской Федерации одновременно с проектами законов субъектов Российской Федерации о бюджетах субъектов Российской Федерации и утверждаются в форме законов субъектов Российской Федерации не позднее принятия законов субъектов Российской Федерации о бюджетах субъектов Российской Федерации. Порядок рассмотрения проектов законов субъектов Российской Федерации о бюджетах территориальных государственных внебюджетных фондов устанавливается законами соответствующих субъектов Российской Федерации</w:t>
      </w:r>
    </w:p>
    <w:p>
      <w:r>
        <w:rPr>
          <w:b/>
        </w:rPr>
        <w:t xml:space="preserve">12. </w:t>
      </w:r>
      <w:r>
        <w:t>Счетная палата Российской Федерации, органы государственного финансового контроля, созданные законодательными (представительными) органами государственной власти субъектов Российской Федерации, проводят экспертизу проектов бюджетов соответственно государственных внебюджетных фондов Российской Федерации и территориальных государственных внебюджетных фондов.";</w:t>
      </w:r>
    </w:p>
    <w:p>
      <w:r>
        <w:rPr>
          <w:b/>
        </w:rPr>
        <w:t xml:space="preserve">4. </w:t>
      </w:r>
      <w:r>
        <w:t>представление финансовым органом субъекта Российской Федерации в Министерство финансов Российской Федерации в установленном им порядке документов и материалов, необходимых для подготовки заключения о соответствии требованиям бюджетного законодательства Российской Федерации внесенного в законодательный (представительный) орган субъекта Российской Федерации проекта бюджета субъекта Российской Федерации на очередной финансовый год (на очередной финансовый год и плановый период)</w:t>
      </w:r>
    </w:p>
    <w:p>
      <w:r>
        <w:rPr>
          <w:b/>
        </w:rPr>
        <w:t xml:space="preserve">4. </w:t>
      </w:r>
      <w:r>
        <w:t>проведение ежегодной внешней проверки годового отчета об исполнении бюджета субъекта Российской Федерации Счетной палатой Российской Федерации или Федеральной службой финансово-бюджетного надзора</w:t>
      </w:r>
    </w:p>
    <w:p>
      <w:r>
        <w:rPr>
          <w:b/>
        </w:rPr>
        <w:t xml:space="preserve">4. </w:t>
      </w:r>
      <w:r>
        <w:t>иные меры, установленные федеральными законами</w:t>
      </w:r>
    </w:p>
    <w:p>
      <w:r>
        <w:rPr>
          <w:b/>
        </w:rPr>
        <w:t xml:space="preserve">6. </w:t>
      </w:r>
      <w:r>
        <w:t>в статье 131:</w:t>
      </w:r>
    </w:p>
    <w:p>
      <w:r>
        <w:rPr>
          <w:b/>
        </w:rPr>
        <w:t xml:space="preserve">6. </w:t>
      </w:r>
      <w:r>
        <w:t>в статье 132:</w:t>
      </w:r>
    </w:p>
    <w:p>
      <w:r>
        <w:rPr>
          <w:b/>
        </w:rPr>
        <w:t xml:space="preserve">6. </w:t>
      </w:r>
      <w:r>
        <w:t>наименование изложить в следующей редакции: "Статья 131. Дотации на выравнивание бюджетной обеспеченности субъектов Российской Федерации"</w:t>
      </w:r>
    </w:p>
    <w:p>
      <w:r>
        <w:rPr>
          <w:b/>
        </w:rPr>
        <w:t xml:space="preserve">6. </w:t>
      </w:r>
      <w:r>
        <w:t>пункт 1 изложить в следующей редакции: "1. Дотации на выравнивание бюджетной обеспеченности субъектов Российской Федерации предусматриваются в составе федерального бюджета и распределяются между субъектами Российской Федерации в соответствии с единой методикой, утверждаемой Правительством Российской Федерации в соответствии с требованиями настоящего Кодекса."</w:t>
      </w:r>
    </w:p>
    <w:p>
      <w:r>
        <w:rPr>
          <w:b/>
        </w:rPr>
        <w:t xml:space="preserve">6. </w:t>
      </w:r>
      <w:r>
        <w:t>в пункте 2: слова "Объем Федерального фонда финансовой поддержки субъектов Российской Федерации, подлежащий утверждению на очередной финансовый год, определяется путем умножения объема указанного Фонда, подлежавшего утверждению на текущий финансовый год, на прогнозируемый в очередном финансовом году уровень инфляции (индекс потребительских цен)" заменить словами "Дотации на выравнивание бюджетной обеспеченности субъектов Российской Федерации образуют Федеральный фонд финансовой поддержки субъектов Российской Федерации"; дополнить абзацами следующего содержания: "Общий объем дотаций на выравнивание бюджетной обеспеченности субъектов Российской Федерации определяется исходя из необходимости достижения минимального уровня расчетной бюджетной обеспеченности субъектов Российской Федерации. Минимальный уровень расчетной бюджетной обеспеченности субъектов Российской Федерации с учетом дотаций на выравнивание бюджетной обеспеченности субъектов Российской Федерации на очередной финансовый год и плановый период определяется в порядке, установленном Правительством Российской Федерации. Объем дотаций на выравнивание бюджетной обеспеченности субъектов Российской Федерации, подлежащих утверждению на очередной финансовый год и плановый период, не может быть менее общего объема указанных дотаций, утвержденных на текущий финансовый год."</w:t>
      </w:r>
    </w:p>
    <w:p>
      <w:r>
        <w:rPr>
          <w:b/>
        </w:rPr>
        <w:t xml:space="preserve">6. </w:t>
      </w:r>
      <w:r>
        <w:t>пункт 3 изложить в следующей редакции: "3. Проект распределения дотаций на выравнивание бюджетной обеспеченности субъектов Российской Федерации между субъектами Российской Федерации вносится в Государственную Думу в составе проекта федерального закона о федеральном бюджете на очередной финансовый год и плановый период и утверждается при рассмотрении проекта указанного федерального закона во втором чтении. При этом допускается утверждение на плановый период нераспределенного между субъектами Российской Федерации объема дотаций на выравнивание бюджетной обеспеченности субъектов Российской Федерации в размере не более 15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
        <w:rPr>
          <w:b/>
        </w:rPr>
        <w:t xml:space="preserve">6. </w:t>
      </w:r>
      <w:r>
        <w:t>в пункте 4 слова "из Федерального фонда финансовой поддержки" заменить словами "на выравнивание бюджетной обеспеченности"</w:t>
      </w:r>
    </w:p>
    <w:p>
      <w:r>
        <w:rPr>
          <w:b/>
        </w:rPr>
        <w:t xml:space="preserve">6. </w:t>
      </w:r>
      <w:r>
        <w:t>пункт 5 признать утратившим силу</w:t>
      </w:r>
    </w:p>
    <w:p>
      <w:r>
        <w:rPr>
          <w:b/>
        </w:rPr>
        <w:t xml:space="preserve">6. </w:t>
      </w:r>
      <w:r>
        <w:t>в пункте 6 слово "бюджетных" заменить словами "государственных и муниципальных"</w:t>
      </w:r>
    </w:p>
    <w:p>
      <w:r>
        <w:rPr>
          <w:b/>
        </w:rPr>
        <w:t xml:space="preserve">6. </w:t>
      </w:r>
      <w:r>
        <w:t>в пункте 7: в абзаце первом слова "из Федерального фонда финансовой поддержки" заменить словами "на выравнивание бюджетной обеспеченности", слова "Федерального фонда финансовой поддержки" заменить словами "дотаций на выравнивание бюджетной обеспеченности"; в абзаце втором слова "из Федерального фонда финансовой поддержки" заменить словами "на выравнивание бюджетной обеспеченности"; абзац третий после слов "на очередной финансовый год" дополнить словами "и плановый период"</w:t>
      </w:r>
    </w:p>
    <w:p>
      <w:r>
        <w:rPr>
          <w:b/>
        </w:rPr>
        <w:t xml:space="preserve">6. </w:t>
      </w:r>
      <w:r>
        <w:t>в пункте 8: в абзаце первом слова "1 августа" заменить словами "1 июля", слова "средств Федерального фонда финансовой поддержки" заменить словами "дотаций на выравнивание бюджетной обеспеченности", после слов "на очередной финансовый год" дополнить словами "и плановый период", слова "1 октября" заменить словами "20 июля"; в абзаце втором слова "из Федерального фонда финансовой поддержки" заменить словами "на выравнивание бюджетной обеспеченности", после слов "на очередной финансовый год" дополнить словами "и плановый период", слова "1 октября" заменить словами "20 июля"; абзац третий признать утратившим силу; в абзаце четвертом слова "из Федерального фонда финансовой поддержки" заменить словами "на выравнивание бюджетной обеспеченности", после слов "на очередной финансовый год" дополнить словами "и плановый период"</w:t>
      </w:r>
    </w:p>
    <w:p>
      <w:r>
        <w:rPr>
          <w:b/>
        </w:rPr>
        <w:t xml:space="preserve">6. </w:t>
      </w:r>
      <w:r>
        <w:t>в пункте 9: слова "из Федерального фонда финансовой поддержки" заменить словами "на выравнивание бюджетной обеспеченности", слова "договором и (или) соглашением" заменить словами "федеральным законом о федеральном бюджете и договором (соглашением)"; дополнить абзацем следующего содержания: "В отношении краев, областей и автономных округов, решение об объединении которых в новый субъект Российской Федерации принято соответствующим федеральным конституционным законом, дотации на выравнивание бюджетной обеспеченности субъектов Российской Федерации для краев, областей, в состав которых входят автономные округа, рассчитываются для бюджета края, области и бюджетов автономных округов раздельно до 1 января 2009 года, если иное не установлено указанным федеральным конституционным законом."</w:t>
      </w:r>
    </w:p>
    <w:p>
      <w:r>
        <w:rPr>
          <w:b/>
        </w:rPr>
        <w:t xml:space="preserve">6. </w:t>
      </w:r>
      <w:r>
        <w:t>наименование изложить в следующей редакции: "Статья 132. Субсидии бюджетам субъектов Российской Федерации из федерального бюджета"</w:t>
      </w:r>
    </w:p>
    <w:p>
      <w:r>
        <w:rPr>
          <w:b/>
        </w:rPr>
        <w:t xml:space="preserve">6. </w:t>
      </w:r>
      <w:r>
        <w:t>пункты 1 - 3 изложить в следующей редакции: "1. Под субсидиями бюджетам субъектов Российской Федерации из федерального бюджета понимаются межбюджетные трансферты, предоставляемые бюджетам субъектов Российской Федерации в целях софинансирования расходных обязательств, возникающих при выполнении полномочий органов государственной власти субъектов Российской Федерации по предметам ведения субъектов Российской Федерации и предметам совместного ведения Российской Федерации и субъектов Российской Федерации, и расходных обязательств по выполнению полномочий органов местного самоуправления по вопросам местного значения. Абзац. (Утратил силу - Федеральный закон от 07.05.2013 № 104-ФЗ)</w:t>
      </w:r>
    </w:p>
    <w:p>
      <w:r>
        <w:rPr>
          <w:b/>
        </w:rPr>
        <w:t xml:space="preserve">3. </w:t>
      </w:r>
      <w:r>
        <w:t>в статье 133:</w:t>
      </w:r>
    </w:p>
    <w:p>
      <w:r>
        <w:rPr>
          <w:b/>
        </w:rPr>
        <w:t xml:space="preserve">3. </w:t>
      </w:r>
      <w:r>
        <w:t>статью 134 признать утратившей силу</w:t>
      </w:r>
    </w:p>
    <w:p>
      <w:r>
        <w:rPr>
          <w:b/>
        </w:rPr>
        <w:t xml:space="preserve">3. </w:t>
      </w:r>
      <w:r>
        <w:t>статью 135 изложить в следующей редакции: "Статья 135. Формы межбюджетных трансфертов, предоставляемых из бюджетов субъектов Российской Федерации Межбюджетные трансферты из бюджетов субъектов Российской Федерации бюджетам бюджетной системы Российской Федерации предоставляются в форме: дотаций на выравнивание бюджетной обеспеченности поселений и дотаций на выравнивание бюджетной обеспеченности муниципальных районов (городских округов); субсидий местным бюджетам; субвенций местным бюджетам и субвенций бюджетам автономных округов, входящих в состав краев, областей, для реализации полномочий органов государственной власти субъектов Российской Федерации, передаваемых на основании договоров между органами государственной власти автономного округа и соответственно органами государственной власти края или области, заключенных в соответствии с законодательством Российской Федерации; иных межбюджетных трансфертов бюджетам бюджетной системы Российской Федерации. Формы, порядок и условия предоставления межбюджетных трансфертов бюджетам внутригородских муниципальных образований из бюджетов субъектов Российской Федерации - городов федерального значения Москвы и Санкт-Петербурга устанавливаются законами указанных субъектов Российской Федерации."</w:t>
      </w:r>
    </w:p>
    <w:p>
      <w:r>
        <w:rPr>
          <w:b/>
        </w:rPr>
        <w:t xml:space="preserve">3. </w:t>
      </w:r>
      <w:r>
        <w:t>в статье 136:</w:t>
      </w:r>
    </w:p>
    <w:p>
      <w:r>
        <w:rPr>
          <w:b/>
        </w:rPr>
        <w:t xml:space="preserve">3. </w:t>
      </w:r>
      <w:r>
        <w:t>наименование изложить в следующей редакции: "Статья 133. Субвенции бюджетам субъектов Российской Федерации из федерального бюджета"</w:t>
      </w:r>
    </w:p>
    <w:p>
      <w:r>
        <w:rPr>
          <w:b/>
        </w:rPr>
        <w:t xml:space="preserve">3. </w:t>
      </w:r>
      <w:r>
        <w:t>пункт 1 изложить в следующей редакции: "1. Под субвенциями бюджетам субъектов Российской Федерации из федерального бюджета понимаются межбюджетные трансферты, предоставляемые бюджетам субъектов Российской Федерации в целях финансового обеспечения расходных обязательств субъектов Российской Федерации и (или) муниципальных образований, возникающих при выполнении полномочий Российской Федерации, переданных для осуществления органам государственной власти субъектов Российской Федерации и (или) органам местного самоуправления в установленном порядке. Абзац. (Утратил силу - Федеральный закон от 07.05.2013 № 104-ФЗ) Субвенции бюджетам субъектов Российской Федерации из федерального бюджета распределяются между субъектами Российской Федерации в соответствии с методиками, утверждаемыми Правительством Российской Федерации в соответствии с требованиями настоящего Кодекса, федеральных законов и нормативных правовых актов Президента Российской Федерации и Правительства Российской Федерации."</w:t>
      </w:r>
    </w:p>
    <w:p>
      <w:r>
        <w:rPr>
          <w:b/>
        </w:rPr>
        <w:t xml:space="preserve">3. </w:t>
      </w:r>
      <w:r>
        <w:t>пункт 2 изложить в следующей редакции: "2. Проект распределения субвенций бюджетам субъектов Российской Федерации из федерального бюджета между субъектами Российской Федерации вносится в Государственную Думу в проекте федерального закона о федеральном бюджете на очередной финансовый год и плановый период и утверждается при рассмотрении проекта указанного федерального закона во втором чтении. При этом допускается утверждение не распределенной между субъектами Российской Федерации субвенции в объеме, не превышающем 5 процентов общего объема соответствующей субвенции, которая может быть распределена между субъектами Российской Федерации в порядке, установленном Правительством Российской Федерации, на те же цели в процессе исполнения федерального бюджета без внесения изменений в федеральный закон о федеральном бюджете."</w:t>
      </w:r>
    </w:p>
    <w:p>
      <w:r>
        <w:rPr>
          <w:b/>
        </w:rPr>
        <w:t xml:space="preserve">3. </w:t>
      </w:r>
      <w:r>
        <w:t>в пункте 3: в абзацах первом и втором слова "из Федерального фонда компенсаций" заменить словами "бюджетам субъектов Российской Федерации из федерального бюджета"; абзац третий изложить в следующей редакции: "Указанные субвенции предоставляются бюджетам субъектов Российской Федерации для предоставления субвенций местным бюджетам в порядке, предусмотренном статьей 140 настоящего Кодекса. Субъекты Российской Федерации вправе предоставлять субвенции бюджетам муниципальных районов для предоставления их бюджетам поселений, входящих в их состав."</w:t>
      </w:r>
    </w:p>
    <w:p>
      <w:r>
        <w:rPr>
          <w:b/>
        </w:rPr>
        <w:t xml:space="preserve">3. </w:t>
      </w:r>
      <w:r>
        <w:t>в пункте 4: в абзаце первом слова "из Федерального фонда компенсаций" заменить словами "бюджетам субъектов Российской Федерации из федерального бюджета", слова "бюджетных услуг, лиц, имеющих право на получение трансфертов населению, другим показателям с учетом объективных условий, влияющих на стоимость предоставления бюджетных услуг (объем выплат)" заменить словами "государственных (муниципальных) услуг, другим показателям с учетом нормативов формирования бюджетных ассигнований на исполнение соответствующих обязательств и объективных условий, влияющих на стоимость государственных (муниципальных) услуг"; в абзаце втором слова "из Федерального фонда компенсаций" заменить словами "бюджетам субъектов Российской Федерации из федерального бюджета"</w:t>
      </w:r>
    </w:p>
    <w:p>
      <w:r>
        <w:rPr>
          <w:b/>
        </w:rPr>
        <w:t xml:space="preserve">3. </w:t>
      </w:r>
      <w:r>
        <w:t>в пункте 5: абзацы первый и второй изложить в следующей редакции: "5. Методики (проекты методик) распределения субвенций бюджетам субъектов Российской Федерации из федерального бюджета представляются Правительством Российской Федерации в составе документов и материалов, вносимых в Государственную Думу одновременно с проектом федерального закона о федеральном бюджете на очередной финансовый год и плановый период. Главные распорядители средств федерального бюджета до 1 июля текущего финансового года направляют высшим исполнительным органам государственной власти субъектов Российской Федерации методики (проекты методик) распределения субвенций бюджетам субъектов Российской Федерации из федерального бюджета, а также исходные данные для проведения расчетов распределения субвенций бюджетам субъектов Российской Федерации из федерального бюджета на очередной финансовый год и плановый период и до 20 июля текущего финансового года проводят сверку указанных исходных данных с высшими исполнительными органами государственной власти субъектов Российской Федерации в установленном соответствующим главным распорядителем средств федерального бюджета порядке."; в абзаце третьем слова "из Федерального фонда компенсаций" заменить словами "бюджетам субъектов Российской Федерации из федерального бюджета", слова "после 1 октября" заменить словами "и плановый период после 20 июля"; абзац четвертый признать утратившим силу; абзац пятый изложить в следующей редакции: "Внесение изменений во внесенный Правительством Российской Федерации проект распределения субвенций бюджетам субъектов Российской Федерации из федерального бюджета при рассмотрении проекта федерального закона о федеральном бюджете на очередной финансовый год и плановый период без внесения соответствующих изменений и дополнений в методики (проекты методик) распределения указанных субвенций и (или) изменения общего объема субвенций бюджетам субъектов Российской Федерации из федерального бюджета и их распределение по видам субвенций не допускаются."</w:t>
      </w:r>
    </w:p>
    <w:p>
      <w:r>
        <w:rPr>
          <w:b/>
        </w:rPr>
        <w:t xml:space="preserve">3. </w:t>
      </w:r>
      <w:r>
        <w:t>пункт 6 признать утратившим силу</w:t>
      </w:r>
    </w:p>
    <w:p>
      <w:r>
        <w:rPr>
          <w:b/>
        </w:rPr>
        <w:t xml:space="preserve">3. </w:t>
      </w:r>
      <w:r>
        <w:t>в пункте 1 слова "из региональных фондов компенсаций" исключить</w:t>
      </w:r>
    </w:p>
    <w:p>
      <w:r>
        <w:rPr>
          <w:b/>
        </w:rPr>
        <w:t xml:space="preserve">3. </w:t>
      </w:r>
      <w:r>
        <w:t>пункт 2 изложить в следующей редакции: "2. Муниципальные образования, в бюджетах которых доля межбюджетных трансфертов из других бюджетов бюджетной системы Российской Федерации (за исключением субвенций) и (или) налоговых доходов по дополнительным нормативам отчислений в течение двух из трех последних отчетных финансовых лет превышала 10 процентов собственных доходов местного бюджета, начиная с очередного финансового года не имеют права превышать установленные высшим исполнительным органом государственной власти субъекта Российской Федерации нормативы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(или) содержание органов местного самоуправления."</w:t>
      </w:r>
    </w:p>
    <w:p>
      <w:r>
        <w:rPr>
          <w:b/>
        </w:rPr>
        <w:t xml:space="preserve">3. </w:t>
      </w:r>
      <w:r>
        <w:t>пункты 3 - 5 изложить в следующей редакции: "3. Муниципальные образования, в бюджетах которых доля межбюджетных трансфертов из бюджетов субъектов Российской Федерации (за исключением субвенций) и (или) налоговых доходов по дополнительным нормативам отчислений в течение двух из трех последних отчетных финансовых лет превышала 30 процентов собственных доходов местного бюджета, начиная с очередного финансового года не имеют права устанавливать и исполнять расходные обязательства, не связанные с решением вопросов, отнесенных Конституцией Российской Федерации, федеральными законами, законами субъектов Российской Федерации к полномочиям соответствующих органов местного самоуправления</w:t>
      </w:r>
    </w:p>
    <w:p>
      <w:r>
        <w:rPr>
          <w:b/>
        </w:rPr>
        <w:t xml:space="preserve">4. </w:t>
      </w:r>
      <w:r>
        <w:t>подписание соглашений с финансовым органом субъекта Российской Федерации о мерах по повышению эффективности использования бюджетных средств и увеличению поступлений налоговых и неналоговых доходов местного бюджета</w:t>
      </w:r>
    </w:p>
    <w:p>
      <w:r>
        <w:rPr>
          <w:b/>
        </w:rPr>
        <w:t xml:space="preserve">4. </w:t>
      </w:r>
      <w:r>
        <w:t>представление местной администрацией в высший исполнительный орган государственной власти субъекта Российской Федерации в установленном им порядке документов и материалов, необходимых для подготовки заключения о соответствии требованиям бюджетного законодательства Российской Федерации внесенного в представительный орган муниципального образования проекта местного бюджета на очередной финансовый год (очередной финансовый год и плановый период)</w:t>
      </w:r>
    </w:p>
    <w:p>
      <w:r>
        <w:rPr>
          <w:b/>
        </w:rPr>
        <w:t xml:space="preserve">4. </w:t>
      </w:r>
      <w:r>
        <w:t>проведение не реже одного раза в два года внешней проверки годового отчета об исполнении местного бюджета контрольными органами субъекта Российской Федерации</w:t>
      </w:r>
    </w:p>
    <w:p>
      <w:r>
        <w:rPr>
          <w:b/>
        </w:rPr>
        <w:t xml:space="preserve">4. </w:t>
      </w:r>
      <w:r>
        <w:t>иные меры, установленные федеральными законами</w:t>
      </w:r>
    </w:p>
    <w:p>
      <w:r>
        <w:rPr>
          <w:b/>
        </w:rPr>
        <w:t xml:space="preserve">5. </w:t>
      </w:r>
      <w:r>
        <w:t>в статье 137:</w:t>
      </w:r>
    </w:p>
    <w:p>
      <w:r>
        <w:rPr>
          <w:b/>
        </w:rPr>
        <w:t xml:space="preserve">5. </w:t>
      </w:r>
      <w:r>
        <w:t>в статье 138:</w:t>
      </w:r>
    </w:p>
    <w:p>
      <w:r>
        <w:rPr>
          <w:b/>
        </w:rPr>
        <w:t xml:space="preserve">5. </w:t>
      </w:r>
      <w:r>
        <w:t>статью 139 изложить в следующей редакции: "Статья 139. Субсидии местным бюджетам из бюджета субъекта Российской Федерации 1. Под субсидиями местным бюджетам из бюджета субъекта Российской Федерации понимаются межбюджетные трансферты, предоставляемые бюджетам муниципальных образований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 Абзац. (Утратил силу - Федеральный закон от 07.05.2013 № 104-ФЗ)</w:t>
      </w:r>
    </w:p>
    <w:p>
      <w:r>
        <w:rPr>
          <w:b/>
        </w:rPr>
        <w:t xml:space="preserve">5. </w:t>
      </w:r>
      <w:r>
        <w:t>наименование изложить в следующей редакции: "Статья 137. Дотации на выравнивание бюджетной обеспеченности поселений"</w:t>
      </w:r>
    </w:p>
    <w:p>
      <w:r>
        <w:rPr>
          <w:b/>
        </w:rPr>
        <w:t xml:space="preserve">5. </w:t>
      </w:r>
      <w:r>
        <w:t>пункт 1 изложить в следующей редакции: "1. Дотации на выравнивание бюджетной обеспеченности поселений предусматриваются в бюджете субъекта Российской Федерации в целях выравнивания финансовых возможностей поселений по осуществлению органами местного самоуправления полномочий по решению вопросов местного значения исходя из численности жителей и (или) бюджетной обеспеченности. Дотации на выравнивание бюджетной обеспеченности поселений образуют региональный фонд финансовой поддержки поселений. Порядок распределения дотаций на выравнивание бюджетной обеспеченности поселений, в том числе порядок расчета и установления заменяющих указанные дотации дополнительных нормативов отчислений от налога на доходы физических лиц в местные бюджеты, утверждается законом субъекта Российской Федерации в соответствии с требованиями настоящего Кодекса."</w:t>
      </w:r>
    </w:p>
    <w:p>
      <w:r>
        <w:rPr>
          <w:b/>
        </w:rPr>
        <w:t xml:space="preserve">5. </w:t>
      </w:r>
      <w:r>
        <w:t>в пункте 2 слова "регионального фонда финансовой поддержки" заменить словами "дотаций на выравнивание бюджетной обеспеченности", слова "на очередной финансовый год" исключить</w:t>
      </w:r>
    </w:p>
    <w:p>
      <w:r>
        <w:rPr>
          <w:b/>
        </w:rPr>
        <w:t xml:space="preserve">5. </w:t>
      </w:r>
      <w:r>
        <w:t>в абзаце первом пункта 3 слова "из регионального фонда финансовой поддержки" заменить словами "на выравнивание бюджетной обеспеченности"</w:t>
      </w:r>
    </w:p>
    <w:p>
      <w:r>
        <w:rPr>
          <w:b/>
        </w:rPr>
        <w:t xml:space="preserve">5. </w:t>
      </w:r>
      <w:r>
        <w:t>в пункте 4: в абзаце первом слова "из регионального фонда финансовой поддержки" заменить словами "на выравнивание бюджетной обеспеченности"; в абзаце втором слова "(части расчетного объема дотации) поселению из регионального фонда финансовой поддержки поселений" заменить словами "на выравнивание бюджетной обеспеченности поселений (части расчетного объема дотации)"; абзац третий после слов "в течение" дополнить словом "текущего"; в абзаце четвертом слова "(части расчетной дотации) из регионального фонда финансовой поддержки поселений" заменить словами "на выравнивание бюджетной обеспеченности поселений (части расчетной дотации)"; в абзаце пятом слова "(части расчетной дотации) из регионального фонда финансовой поддержки поселений" заменить словами "на выравнивание бюджетной обеспеченности поселений (части расчетной дотации)", слова "финансовой помощи" заменить словами "межбюджетных трансфертов"</w:t>
      </w:r>
    </w:p>
    <w:p>
      <w:r>
        <w:rPr>
          <w:b/>
        </w:rPr>
        <w:t xml:space="preserve">5. </w:t>
      </w:r>
      <w:r>
        <w:t>в пункте 5: в абзаце первом слова "дотаций поселениям" заменить словами "дотаций бюджетам поселений"; абзац третий изложить в следующей редакции: "В случае наделения органов местного самоуправления муниципальных районов полномочиями органов государственной власти субъекта Российской Федерации, указанными в абзаце первом настоящего пункта, дотации на выравнивание бюджетной обеспеченности поселений в части, касающейся предоставления дотаций поселениям, находящимся на территории муниципальных районов, в составе бюджета субъекта Российской Федерации не предусматриваются. При этом дотации на выравнивание бюджетной обеспеченности поселений, подлежащие перечислению в бюджеты поселений, входящих в состав территории муниципальных районов, включаются в состав регионального фонда компенсаций и распределяются между бюджетами муниципальных районов исходя из численности жителей в расчете на одного жителя в соответствии с единой методикой."; в абзаце четвертом слова "направляются в районный фонд финансовой поддержки" заменить словами "включаются в дотации на выравнивание бюджетной обеспеченности"</w:t>
      </w:r>
    </w:p>
    <w:p>
      <w:r>
        <w:rPr>
          <w:b/>
        </w:rPr>
        <w:t xml:space="preserve">5. </w:t>
      </w:r>
      <w:r>
        <w:t>пункт 6 изложить в следующей редакции: "6. Распределение дотаций на выравнивание бюджетной обеспеченности поселений между поселениями и (или) заменяющие их дополнительные нормативы отчислений от налога на доходы физических лиц в бюджеты поселений утверждаются законом субъекта Российской Федерации о бюджете субъекта Российской Федерации. В случае наделения представительных органов муниципальных районов полномочиями органов государственной власти субъектов Российской Федерации по расчету и предоставлению дотаций на выравнивание бюджетной обеспеченности поселений из бюджета субъекта Российской Федерации распределение указанных дотаций между поселениями соответствующего района и (или) заменяющие их дополнительные нормативы отчислений от налога на доходы физических лиц утверждаются решением представительного органа муниципального района о бюджете муниципального района."</w:t>
      </w:r>
    </w:p>
    <w:p>
      <w:r>
        <w:rPr>
          <w:b/>
        </w:rPr>
        <w:t xml:space="preserve">5. </w:t>
      </w:r>
      <w:r>
        <w:t>наименование изложить в следующей редакции: "Статья 138. Дотации на выравнивание бюджетной обеспеченности муниципальных районов (городских округов)"</w:t>
      </w:r>
    </w:p>
    <w:p>
      <w:r>
        <w:rPr>
          <w:b/>
        </w:rPr>
        <w:t xml:space="preserve">5. </w:t>
      </w:r>
      <w:r>
        <w:t>пункт 1 изложить в следующей редакции: "1. Дотации на выравнивание бюджетной обеспеченности муниципальных районов (городских округов) предусматриваются в бюджете субъекта Российской Федерации в целях выравнивания бюджетной обеспеченности муниципальных районов (городских округов). Дотации на выравнивание бюджетной обеспеченности муниципальных районов (городских округов) образуют региональный фонд финансовой поддержки муниципальных районов (городских округов). Порядок и методика распределения дотаций на выравнивание бюджетной обеспеченности муниципальных районов (городских округов), в том числе порядок расчета и установления заменяющих часть указанных дотаций дополнительных нормативов отчислений от налога на доходы физических лиц в местные бюджеты, утверждаются законом субъекта Российской Федерации в соответствии с требованиями настоящего Кодекса."</w:t>
      </w:r>
    </w:p>
    <w:p>
      <w:r>
        <w:rPr>
          <w:b/>
        </w:rPr>
        <w:t xml:space="preserve">5. </w:t>
      </w:r>
      <w:r>
        <w:t>в пункте 2 слова "регионального фонда финансовой поддержки" заменить словами "дотаций на выравнивание бюджетной обеспеченности", слова "на очередной финансовый год" исключить</w:t>
      </w:r>
    </w:p>
    <w:p>
      <w:r>
        <w:rPr>
          <w:b/>
        </w:rPr>
        <w:t xml:space="preserve">5. </w:t>
      </w:r>
      <w:r>
        <w:t>в пункте 3: в абзаце первом слова "из регионального фонда финансовой поддержки" заменить словами "на выравнивание бюджетной обеспеченности"; в абзаце втором слова "бюджетных услуг (объем выплат)" заменить словами "муниципальных услуг"; в абзаце третьем слова "перечня бюджетных услуг и" исключить, слова "их предоставления" заменить словами "предоставления муниципальных услуг"; в абзаце пятом слова "из регионального фонда финансовой поддержки" заменить словами "на выравнивание бюджетной обеспеченности"; в абзаце шестом слова "из регионального фонда финансовой поддержки" заменить словами "на выравнивание бюджетной обеспеченности", слова "на очередной финансовый год" исключить</w:t>
      </w:r>
    </w:p>
    <w:p>
      <w:r>
        <w:rPr>
          <w:b/>
        </w:rPr>
        <w:t xml:space="preserve">5. </w:t>
      </w:r>
      <w:r>
        <w:t>в пункте 4: в абзацах первом и третьем слова "из регионального фонда финансовой поддержки" заменить словами "на выравнивание бюджетной обеспеченности"; (Абзац утратил силу в части внесения изменения в абзац третий - Федеральный закон от 30.12.2008 № 310-ФЗ) абзац; (Утратил силу - Федеральный закон от 30.12.2008 № 310-ФЗ) абзац; (Утратил силу - Федеральный закон от 30.12.2008 № 310-ФЗ) абзац; (Утратил силу - Федеральный закон от 30.12.2008 № 310-ФЗ)</w:t>
      </w:r>
    </w:p>
    <w:p>
      <w:r>
        <w:rPr>
          <w:b/>
        </w:rPr>
        <w:t xml:space="preserve">5. </w:t>
      </w:r>
      <w:r>
        <w:t>в пункте 5 слова "из регионального фонда финансовой поддержки" заменить словами "на выравнивание бюджетной обеспеченности", слова "на очередной финансовый год" исключить</w:t>
      </w:r>
    </w:p>
    <w:p>
      <w:r>
        <w:rPr>
          <w:b/>
        </w:rPr>
        <w:t xml:space="preserve">4. </w:t>
      </w:r>
      <w:r>
        <w:t>дополнить статьей 1391 следующего содержания: "Статья 1391. Иные межбюджетные трансферты, предоставляемые из бюджета субъекта Российской Федерации местным бюджетам В случаях и порядке, предусмотренных законами субъектов Российской Федерации и принимаемыми в соответствии с ними иными нормативными правовыми актами органов государственной власти субъектов Российской Федерации, местным бюджетам могут быть предоставлены иные межбюджетные трансферты из бюджета субъекта Российской Федерации, в том числе в форме дотаций, в пределах 10 процентов общего объема межбюджетных трансфертов местным бюджетам из бюджета субъекта Российской Федерации (за исключением субвенций)."</w:t>
      </w:r>
    </w:p>
    <w:p>
      <w:r>
        <w:rPr>
          <w:b/>
        </w:rPr>
        <w:t xml:space="preserve">4. </w:t>
      </w:r>
      <w:r>
        <w:t>статью 140 изложить в следующей редакции: "Статья 140. Субвенции местным бюджетам из бюджета субъекта Российской Федерации 1. Под субвенциями местным бюджетам из бюджета субъекта Российской Федерации понимаются межбюджетные трансферты, предоставляемые местным бюджетам в целях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 Абзац. (Утратил силу - Федеральный закон от 07.05.2013 № 104-ФЗ)</w:t>
      </w:r>
    </w:p>
    <w:p>
      <w:r>
        <w:rPr>
          <w:b/>
        </w:rPr>
        <w:t xml:space="preserve">2. </w:t>
      </w:r>
      <w:r>
        <w:t>субвенций бюджетам субъектов Российской Федерации из федерального бюджета на осуществление органами местного самоуправления отдельных полномочий федеральных органов государственной власти</w:t>
      </w:r>
    </w:p>
    <w:p>
      <w:r>
        <w:rPr>
          <w:b/>
        </w:rPr>
        <w:t xml:space="preserve">2. </w:t>
      </w:r>
      <w:r>
        <w:t>собственных доходов и источников финансирования дефицита бюджета субъекта Российской Федерации в объеме, необходимом для осуществления органами местного самоуправления отдельных полномочий органов государственной власти субъекта Российской Федерации</w:t>
      </w:r>
    </w:p>
    <w:p>
      <w:r>
        <w:rPr>
          <w:b/>
        </w:rPr>
        <w:t xml:space="preserve">6. </w:t>
      </w:r>
      <w:r>
        <w:t>статью 141 признать утратившей силу</w:t>
      </w:r>
    </w:p>
    <w:p>
      <w:r>
        <w:rPr>
          <w:b/>
        </w:rPr>
        <w:t xml:space="preserve">6. </w:t>
      </w:r>
      <w:r>
        <w:t>статью 142 изложить в следующей редакции: "Статья 142. Формы межбюджетных трансфертов, предоставляемых из местных бюджетов Межбюджетные трансферты из местных бюджетов предоставляются в форме: дотаций из бюджетов муниципальных районов на выравнивание бюджетной обеспеченности поселений; субсидий, перечисляемых из бюджетов поселений в бюджеты муниципальных районов на решение вопросов местного значения межмуниципального характера; субсидий, перечисляемых в бюджеты субъектов Российской Федерации для формирования региональных фондов финансовой поддержки поселений и региональных фондов финансовой поддержки муниципальных районов (городских округов); иных межбюджетных трансфертов. Межбюджетные трансферты из бюджетов муниципальных районов бюджетам поселений (за исключением субвенций) предоставляются при условии соблюдения соответствующими органами местного самоуправления поселений бюджетного законодательства Российской Федерации и законодательства Российской Федерации о налогах и сборах."</w:t>
      </w:r>
    </w:p>
    <w:p>
      <w:r>
        <w:rPr>
          <w:b/>
        </w:rPr>
        <w:t xml:space="preserve">6. </w:t>
      </w:r>
      <w:r>
        <w:t>в статье 1421:</w:t>
      </w:r>
    </w:p>
    <w:p>
      <w:r>
        <w:rPr>
          <w:b/>
        </w:rPr>
        <w:t xml:space="preserve">6. </w:t>
      </w:r>
      <w:r>
        <w:t>в статье 1422:</w:t>
      </w:r>
    </w:p>
    <w:p>
      <w:r>
        <w:rPr>
          <w:b/>
        </w:rPr>
        <w:t xml:space="preserve">6. </w:t>
      </w:r>
      <w:r>
        <w:t>в статье 1423:</w:t>
      </w:r>
    </w:p>
    <w:p>
      <w:r>
        <w:rPr>
          <w:b/>
        </w:rPr>
        <w:t xml:space="preserve">6. </w:t>
      </w:r>
      <w:r>
        <w:t>главу 16 дополнить статьей 1424 следующего содержания: "Статья 1424. Иные межбюджетные трансферты бюджетам поселений из бюджетов муниципальных районов В случаях и порядке, предусмотренных муниципальными правовыми актами представительного органа муниципального района, принимаемыми в соответствии с требованиями настоящего Кодекса и соответствующими им законами субъекта Российской Федерации, бюджетам поселений могут быть предоставлены иные межбюджетные трансферты из бюджета муниципального района."</w:t>
      </w:r>
    </w:p>
    <w:p>
      <w:r>
        <w:rPr>
          <w:b/>
        </w:rPr>
        <w:t xml:space="preserve">6. </w:t>
      </w:r>
      <w:r>
        <w:t>наименование главы 17 изложить в следующей редакции: "Глава 17. БЮДЖЕТЫ ГОСУДАРСТВЕННЫХ ВНЕБЮДЖЕТНЫХ ФОНДОВ"</w:t>
      </w:r>
    </w:p>
    <w:p>
      <w:r>
        <w:rPr>
          <w:b/>
        </w:rPr>
        <w:t xml:space="preserve">6. </w:t>
      </w:r>
      <w:r>
        <w:t>статью 143 признать утратившей силу</w:t>
      </w:r>
    </w:p>
    <w:p>
      <w:r>
        <w:rPr>
          <w:b/>
        </w:rPr>
        <w:t xml:space="preserve">6. </w:t>
      </w:r>
      <w:r>
        <w:t>статью 144 изложить в следующей редакции: "Статья 144. Состав бюджетов государственных внебюджетных фондов 1. В состав бюджетов государственных внебюджетных фондов входят бюджеты государственных внебюджетных фондов Российской Федерации и бюджеты территориальных государственных внебюджетных фондов</w:t>
      </w:r>
    </w:p>
    <w:p>
      <w:r>
        <w:rPr>
          <w:b/>
        </w:rPr>
        <w:t xml:space="preserve">6. </w:t>
      </w:r>
      <w:r>
        <w:t>наименование изложить в следующей редакции: "Статья 1421. Порядок предоставления дотаций на выравнивание бюджетной обеспеченности поселений из бюджета муниципального района"</w:t>
      </w:r>
    </w:p>
    <w:p>
      <w:r>
        <w:rPr>
          <w:b/>
        </w:rPr>
        <w:t xml:space="preserve">6. </w:t>
      </w:r>
      <w:r>
        <w:t>пункт 1 изложить в следующей редакции: "1. Дотации на выравнивание бюджетной обеспеченности поселений из бюджета муниципального района предоставляются поселениям, входящим в состав данного муниципального района, в соответствии с муниципальными правовыми актами представительного органа муниципального района, принимаемыми в соответствии с требованиями настоящего Кодекса и соответствующими им законами субъекта Российской Федерации. Дотации на выравнивание бюджетной обеспеченности поселений из бюджета муниципального района образуют районный фонд финансовой поддержки поселений."</w:t>
      </w:r>
    </w:p>
    <w:p>
      <w:r>
        <w:rPr>
          <w:b/>
        </w:rPr>
        <w:t xml:space="preserve">6. </w:t>
      </w:r>
      <w:r>
        <w:t>в пункте 2: абзац первый признать утратившим силу; в абзаце втором слово "образования" заменить словами "определения объемов", слова "из указанных фондов" заменить словами "на выравнивание бюджетной обеспеченности поселений из бюджета муниципального района"</w:t>
      </w:r>
    </w:p>
    <w:p>
      <w:r>
        <w:rPr>
          <w:b/>
        </w:rPr>
        <w:t xml:space="preserve">6. </w:t>
      </w:r>
      <w:r>
        <w:t>пункт 3 изложить в следующей редакции: "3. Объем и распределение дотаций на выравнивание бюджетной обеспеченности поселений из бюджета муниципального района утверждаются решением представительного органа муниципального района о бюджете муниципального района на очередной финансовый год (очередной финансовый год и плановый период)."</w:t>
      </w:r>
    </w:p>
    <w:p>
      <w:r>
        <w:rPr>
          <w:b/>
        </w:rPr>
        <w:t xml:space="preserve">6. </w:t>
      </w:r>
      <w:r>
        <w:t>в пункте 4: в абзаце первом слова "из районного фонда финансовой поддержки поселений" заменить словами "на выравнивание бюджетной обеспеченности поселений из бюджета муниципального района"; абзац; (Утратил силу - Федеральный закон от 29.11.2014 № 383-ФЗ)</w:t>
      </w:r>
    </w:p>
    <w:p>
      <w:r>
        <w:rPr>
          <w:b/>
        </w:rPr>
        <w:t xml:space="preserve">6. </w:t>
      </w:r>
      <w:r>
        <w:t>пункт 5 признать утратившим силу</w:t>
      </w:r>
    </w:p>
    <w:p>
      <w:r>
        <w:rPr>
          <w:b/>
        </w:rPr>
        <w:t xml:space="preserve">6. </w:t>
      </w:r>
      <w:r>
        <w:t>наименование изложить в следующей редакции: "Статья 1422. Субсидии бюджету субъекта Российской Федерации из местных бюджетов"</w:t>
      </w:r>
    </w:p>
    <w:p>
      <w:r>
        <w:rPr>
          <w:b/>
        </w:rPr>
        <w:t xml:space="preserve">6. </w:t>
      </w:r>
      <w:r>
        <w:t>в абзаце первом пункта 1 слова "перечисление в бюджет" заменить словами "предоставление бюджету", слово "субвенций" заменить словом "субсидий", слово "или" заменить словами "и (или)", после слова "отчетном" дополнить словом "финансовом"</w:t>
      </w:r>
    </w:p>
    <w:p>
      <w:r>
        <w:rPr>
          <w:b/>
        </w:rPr>
        <w:t xml:space="preserve">6. </w:t>
      </w:r>
      <w:r>
        <w:t>в пункте 2: в абзаце первом слова "перечисления субвенций" заменить словами "предоставления субсидий бюджету субъекта Российской Федерации из местных бюджетов"; в абзаце втором слово "Субвенции" заменить словом "Субсидии", слова "зачисляются в региональный фонд" заменить словами "учитываются в доходах бюджета субъекта Российской Федерации и в бюджетных ассигнованиях регионального фонда"; в абзаце третьем слова "из регионального фонда финансовой поддержки" заменить словами "на выравнивание бюджетной обеспеченности", слово "субвенции" заменить словом "субсидии", слова "зачисляются в региональный фонд" заменить словами "учитываются в доходах бюджета субъекта Российской Федерации и в бюджетных ассигнованиях регионального фонда"; в абзаце четвертом слово "Субвенции" заменить словом "Субсидии", слова "зачисляются в региональный фонд" заменить словами "учитываются в доходах бюджета субъекта Российской Федерации и в бюджетных ассигнованиях регионального фонда"</w:t>
      </w:r>
    </w:p>
    <w:p>
      <w:r>
        <w:rPr>
          <w:b/>
        </w:rPr>
        <w:t xml:space="preserve">6. </w:t>
      </w:r>
      <w:r>
        <w:t>в пункте 3: в абзаце первом слово "субвенций" заменить словом "субсидий"; в абзаце втором слово "субвенции" заменить словом "субсидии", слова "последнем отчетном" заменить словами "отчетном финансовом"; в абзаце третьем слово "субвенции" заменить словами "межбюджетной субсидии"</w:t>
      </w:r>
    </w:p>
    <w:p>
      <w:r>
        <w:rPr>
          <w:b/>
        </w:rPr>
        <w:t xml:space="preserve">6. </w:t>
      </w:r>
      <w:r>
        <w:t>в пункте 4 слово "субвенций" заменить словами "межбюджетных субсидий", слова "на очередной финансовый год" исключить</w:t>
      </w:r>
    </w:p>
    <w:p>
      <w:r>
        <w:rPr>
          <w:b/>
        </w:rPr>
        <w:t xml:space="preserve">6. </w:t>
      </w:r>
      <w:r>
        <w:t>в пункте 5: абзац первый изложить в следующей редакции: "5. Межбюджетные субсидии, указанные в пункте 4 настоящей статьи, предусматриваются в местном бюджете в соответствии с законом субъекта Российской Федерации о бюджете субъекта Российской Федерации. В случае невыполнения представительным органом муниципального образования указанных требований сумма межбюджетных субсидий взыскивается за счет отчислений от федеральных и региональных налогов и сборов, налогов, предусмотренных специальными налоговыми режимами, подлежащих зачислению в бюджет муниципального образования, в порядке, определяемом финансовым органом субъекта Российской Федерации с соблюдением общих требований, установленных Министерством финансов Российской Федерации."; в абзаце втором слово "субвенций" заменить словом "субсидий"</w:t>
      </w:r>
    </w:p>
    <w:p>
      <w:r>
        <w:rPr>
          <w:b/>
        </w:rPr>
        <w:t xml:space="preserve">6. </w:t>
      </w:r>
      <w:r>
        <w:t>в наименовании слово "субвенций" заменить словом "субсидий"</w:t>
      </w:r>
    </w:p>
    <w:p>
      <w:r>
        <w:rPr>
          <w:b/>
        </w:rPr>
        <w:t xml:space="preserve">6. </w:t>
      </w:r>
      <w:r>
        <w:t>в пункте 1 слово "субвенции" заменить словами "межбюджетные субсидии"</w:t>
      </w:r>
    </w:p>
    <w:p>
      <w:r>
        <w:rPr>
          <w:b/>
        </w:rPr>
        <w:t xml:space="preserve">6. </w:t>
      </w:r>
      <w:r>
        <w:t>в пункте 2 слово "субвенций" заменить словами "межбюджетных субсидий", слово "нормативным" заменить словом "муниципальным"</w:t>
      </w:r>
    </w:p>
    <w:p>
      <w:r>
        <w:rPr>
          <w:b/>
        </w:rPr>
        <w:t xml:space="preserve">6. </w:t>
      </w:r>
      <w:r>
        <w:t>в пункте 3 слово "субвенций" заменить словами "межбюджетных субсидий", слово "соответствующих" и слова "на очередной финансовый год" исключить, после слов "для всех" дополнить словом "соответствующих", слова "бюджетных услуг" заменить словами "муниципальных услуг"</w:t>
      </w:r>
    </w:p>
    <w:p>
      <w:r>
        <w:rPr>
          <w:b/>
        </w:rPr>
        <w:t xml:space="preserve">6. </w:t>
      </w:r>
      <w:r>
        <w:t>пункт 4 изложить в следующей редакции: "4. В случае невыполнения органом местного самоуправления поселения решения представительного органа муниципального района о бюджете муниципального района в части перечисления межбюджетных субсидий в бюджет муниципального района сумма межбюджетных субсидий взыскивается за счет доходов от федеральных налогов и сборов, налогов, предусмотренных специальными налоговыми режимами, региональных и местных налогов, подлежащих зачислению в местный бюджет, в порядке, определяемом финансовым органом муниципального района с соблюдением общих требований, установленных Министерством финансов Российской Федерации."</w:t>
      </w:r>
    </w:p>
    <w:p>
      <w:r>
        <w:rPr>
          <w:b/>
        </w:rPr>
        <w:t xml:space="preserve">2. </w:t>
      </w:r>
      <w:r>
        <w:t>бюджет Пенсионного фонда Российской Федерации</w:t>
      </w:r>
    </w:p>
    <w:p>
      <w:r>
        <w:rPr>
          <w:b/>
        </w:rPr>
        <w:t xml:space="preserve">2. </w:t>
      </w:r>
      <w:r>
        <w:t>бюджет Фонда социального страхования Российской Федерации</w:t>
      </w:r>
    </w:p>
    <w:p>
      <w:r>
        <w:rPr>
          <w:b/>
        </w:rPr>
        <w:t xml:space="preserve">2. </w:t>
      </w:r>
      <w:r>
        <w:t>бюджет Федерального фонда обязательного медицинского страхования</w:t>
      </w:r>
    </w:p>
    <w:p>
      <w:r>
        <w:rPr>
          <w:b/>
        </w:rPr>
        <w:t xml:space="preserve">3. </w:t>
      </w:r>
      <w:r>
        <w:t>статью 145 изложить в следующей редакции: "Статья 145. Порядок составления, представления и утверждения бюджетов государственных внебюджетных фондов 1. Проекты бюджетов государственных внебюджетных фондов Российской Федерации составляются органами управления указанных фондов на очередной финансовый год и плановый период и представляются в федеральный орган исполнительной власти, осуществляющий выработку государственной политики и нормативное правовое регулирование в сфере здравоохранения и социального развития, для внесения в установленном порядке в Правительство Российской Федерации с проектом федерального закона о тарифах страховых взносов на обязательное социальное страхование от несчастных случаев на производстве и профессиональных заболеваний и другими документами и материалами, представляемыми одновременно с проектами соответствующих бюджетов</w:t>
      </w:r>
    </w:p>
    <w:p>
      <w:r>
        <w:rPr>
          <w:b/>
        </w:rPr>
        <w:t xml:space="preserve">12. </w:t>
      </w:r>
      <w:r>
        <w:t>статьи 146 - 149 изложить в следующей редакции: "Статья 146. Доходы бюджетов государственных внебюджетных фондов 1. В бюджеты государственных внебюджетных фондов подлежат зачислению следующие доходы:</w:t>
      </w:r>
    </w:p>
    <w:p>
      <w:r>
        <w:rPr>
          <w:b/>
        </w:rPr>
        <w:t xml:space="preserve">12. </w:t>
      </w:r>
      <w:r>
        <w:t>в бюджет Пенсионного фонда Российской Федерации: абзац; (Утратил силу - Федеральный закон от 24.07.2009 № 213-ФЗ) неналоговые доходы: страховые взносы на обязательное пенсионное страхование; страховые взносы по дополнительному тарифу для работодателей-организаций, использующих труд членов летных экипажей воздушных судов гражданской авиации; недоимки, пени и штрафы по взносам в Пенсионный фонд Российской Федерации; доходы от размещения средств Пенсионного фонда Российской Федерации; штрафы, санкции, суммы, поступающие в результате возмещения ущерба; безвозмездные поступления: межбюджетные трансферты из федерального бюджета, передаваемые Пенсионному фонду Российской Федерации; безвозмездные поступления от негосударственных пенсионных фондов; прочие поступления</w:t>
      </w:r>
    </w:p>
    <w:p>
      <w:r>
        <w:rPr>
          <w:b/>
        </w:rPr>
        <w:t xml:space="preserve">12. </w:t>
      </w:r>
      <w:r>
        <w:t>в бюджет Фонда социального страхования Российской Федерации: абзац; (Утратил силу - Федеральный закон от 24.07.2009 № 213-ФЗ) абзац; (Утратил силу - Федеральный закон от 24.07.2009 № 213-ФЗ) абзац; (Утратил силу - Федеральный закон от 24.07.2009 № 213-ФЗ) абзац; (Утратил силу - Федеральный закон от 24.07.2009 № 213-ФЗ) абзац; (Утратил силу - Федеральный закон от 24.07.2009 № 213-ФЗ) абзац; (Утратил силу - Федеральный закон от 24.07.2009 № 213-ФЗ) абзац; (Утратил силу - Федеральный закон от 24.07.2009 № 213-ФЗ) абзац. (Утратил силу - Федеральный закон от 24.07.2009 № 213-ФЗ) неналоговые доходы: страховые взносы на обязательное социальное страхование от несчастных случаев на производстве и профессиональных заболеваний; недоимки, пени и штрафы по взносам в Фонд социального страхования Российской Федерации; доходы от размещения временно свободных средств Фонда социального страхования Российской Федерации; штрафы, санкции, суммы, поступающие в результате возмещения ущерба; безвозмездные поступления: межбюджетные трансферты из федерального бюджета, передаваемые Фонду социального страхования Российской Федерации; прочие поступления</w:t>
      </w:r>
    </w:p>
    <w:p>
      <w:r>
        <w:rPr>
          <w:b/>
        </w:rPr>
        <w:t xml:space="preserve">12. </w:t>
      </w:r>
      <w:r>
        <w:t>в бюджет Федерального фонда обязательного медицинского страхования: абзац; (Утратил силу - Федеральный закон от 24.07.2009 № 213-ФЗ) абзац; (Утратил силу - Федеральный закон от 24.07.2009 № 213-ФЗ) абзац; (Утратил силу - Федеральный закон от 24.07.2009 № 213-ФЗ) абзац; (Утратил силу - Федеральный закон от 24.07.2009 № 213-ФЗ) абзац; (Утратил силу - Федеральный закон от 24.07.2009 № 213-ФЗ) абзац; (Утратил силу - Федеральный закон от 24.07.2009 № 213-ФЗ) абзац; (Утратил силу - Федеральный закон от 24.07.2009 № 213-ФЗ) абзац, (Утратил силу - Федеральный закон от 24.07.2009 № 213-ФЗ) неналоговые доходы: недоимки, пени и штрафы по взносам в Федеральный фонд обязательного медицинского страхования; доходы от размещения временно свободных средств Федерального фонда обязательного медицинского страхования; штрафы, санкции, суммы, поступающие в результате возмещения ущерба; безвозмездные поступления: межбюджетные трансферты из федерального бюджета, передаваемые Федеральному фонду обязательного медицинского страхования; прочие поступления</w:t>
      </w:r>
    </w:p>
    <w:p>
      <w:r>
        <w:rPr>
          <w:b/>
        </w:rPr>
        <w:t xml:space="preserve">12. </w:t>
      </w:r>
      <w:r>
        <w:t>в бюджеты территориальных государственных внебюджетных фондов обязательного медицинского страхования: абзац; (Утратил силу - Федеральный закон от 24.07.2009 № 213-ФЗ) абзац; (Утратил силу - Федеральный закон от 24.07.2009 № 213-ФЗ) абзац; (Утратил силу - Федеральный закон от 24.07.2009 № 213-ФЗ) абзац; (Утратил силу - Федеральный закон от 24.07.2009 № 213-ФЗ) абзац; (Утратил силу - Федеральный закон от 24.07.2009 № 213-ФЗ) абзац; (Утратил силу - Федеральный закон от 24.07.2009 № 213-ФЗ) абзац; (Утратил силу - Федеральный закон от 24.07.2009 № 213-ФЗ) абзац. (Утратил силу - Федеральный закон от 24.07.2009 № 213-ФЗ) неналоговые доходы: абзац; (Утратил силу - Федеральный закон от 07.05.2013 № 104-ФЗ) доходы от размещения временно свободных средств территориальных фондов обязательного медицинского страхования; штрафы, санкции, суммы, поступающие в результате возмещения ущерба; безвозмездные поступления: абзац; (Утратил силу - Федеральный закон от 07.05.2013 № 104-ФЗ) межбюджетные трансферты из бюджетов субъектов Российской Федерации, передаваемые территориальным фондам обязательного медицинского страхования, в том числе поступления в качестве страховых взносов на обязательное медицинское страхование неработающего населения; прочие поступления, предусмотренные законодательством Российской Федерации и законодательством субъектов Российской Федерации</w:t>
      </w:r>
    </w:p>
    <w:p>
      <w:r>
        <w:rPr>
          <w:b/>
        </w:rPr>
        <w:t>Статья 147. Расходы бюджетов государственных внебюджетных фондов</w:t>
      </w:r>
    </w:p>
    <w:p>
      <w:r>
        <w:t>Расходы бюджетов государственных внебюджетных фондов осуществляются исключительно на цели, определенные законодательством Российской Федерации, включая законодательство о конкретных видах обязательного социального страхования (пенсионного, социального, медицинского), в соответствии с бюджетами указанных фондов, утвержденными федеральными законами, законами субъектов Российской Федерации.</w:t>
      </w:r>
    </w:p>
    <w:p>
      <w:r>
        <w:rPr>
          <w:b/>
        </w:rPr>
        <w:t>Статья 148. Кассовое обслуживание исполнения бюджетов государственных внебюджетных фондов</w:t>
      </w:r>
    </w:p>
    <w:p>
      <w:r>
        <w:t>Кассовое обслуживание исполнения бюджетов государственных внебюджетных фондов Российской Федерации и бюджетов территориальных государственных внебюджетных фондов осуществляется органами Федерального казначейства.</w:t>
      </w:r>
    </w:p>
    <w:p>
      <w:r>
        <w:rPr>
          <w:b/>
        </w:rPr>
        <w:t>Статья 149. Отчеты об исполнении бюджетов государственных внебюджетных фондов</w:t>
      </w:r>
    </w:p>
    <w:p>
      <w:r>
        <w:rPr>
          <w:b/>
        </w:rPr>
        <w:t xml:space="preserve">1. </w:t>
      </w:r>
      <w:r>
        <w:t>Отчеты об исполнении бюджетов государственных внебюджетных фондов Российской Федерации составляются органами управления фондами и представляются в федеральный орган исполнительной власти, осуществляющий выработку государственной политики и нормативное правовое регулирование в сфере здравоохранения и социального развития, для внесения в установленном порядке в Правительство Российской Федерации. Ежегодно не позднее 15 июня текущего года отчеты об исполнении бюджетов государственных внебюджетных фондов Российской Федерации за отчетный финансовый год представляются Правительством Российской Федерации в Счетную палату Российской Федерации для их внешней проверки</w:t>
      </w:r>
    </w:p>
    <w:p>
      <w:r>
        <w:rPr>
          <w:b/>
        </w:rPr>
        <w:t xml:space="preserve">2. </w:t>
      </w:r>
      <w:r>
        <w:t>Счетная палата Российской Федерации проводит проверку отчетов об исполнении бюджетов государственных внебюджетных фондов Российской Федерации за отчетный финансовый год, готовит заключения на них и не позднее 15 сентября текущего года представляет заключения на соответствующие отчеты об исполнении бюджетов государственных внебюджетных фондов Российской Федерации в Государственную Думу и Совет Федерации, а также направляет их в Правительство Российской Федерации</w:t>
      </w:r>
    </w:p>
    <w:p>
      <w:r>
        <w:rPr>
          <w:b/>
        </w:rPr>
        <w:t xml:space="preserve">3. </w:t>
      </w:r>
      <w:r>
        <w:t>Правительство Российской Федерации представляет в Государственную Думу отчеты об исполнении бюджетов государственных внебюджетных фондов Российской Федерации за отчетный финансовый год не позднее 26 августа текущего года одновременно с проектом федерального закона об исполнении бюджетов государственных внебюджетных фондов Российской Федерации за отчетный финансовый год и иной бюджетной отчетностью об исполнении бюджетов государственных внебюджетных фондов Российской Федерации</w:t>
      </w:r>
    </w:p>
    <w:p>
      <w:r>
        <w:rPr>
          <w:b/>
        </w:rPr>
        <w:t xml:space="preserve">4. </w:t>
      </w:r>
      <w:r>
        <w:t>По результатам рассмотрения годовых отчетов об исполнении бюджетов государственных внебюджетных фондов Российской Федерации Государственная Дума принимает либо отклоняет федеральные законы об исполнении бюджетов государственных внебюджетных фондов Российской Федерации</w:t>
      </w:r>
    </w:p>
    <w:p>
      <w:r>
        <w:rPr>
          <w:b/>
        </w:rPr>
        <w:t xml:space="preserve">5. </w:t>
      </w:r>
      <w:r>
        <w:t>Отчет об исполнении бюджета территориального государственного внебюджетного фонда составляется органом управления фондом и представляется в высший исполнительный орган государственной власти субъекта Российской Федерации. Ежегодно не позднее 15 апреля текущего года высший исполнительный орган государственной власти субъекта Российской Федерации представляет отчет об исполнении бюджета территориального государственного внебюджетного фонда в орган государственного финансового контроля субъекта Российской Федерации, созданный законодательным (представительным) органом государственной власти субъекта Российской Федерации, для подготовки заключения на него</w:t>
      </w:r>
    </w:p>
    <w:p>
      <w:r>
        <w:rPr>
          <w:b/>
        </w:rPr>
        <w:t xml:space="preserve">6. </w:t>
      </w:r>
      <w:r>
        <w:t>Орган государственного финансового контроля субъекта Российской Федерации проводит проверку отчета об исполнении бюджета территориального государственного внебюджетного фонда, готовит заключение на него в течение 1,5 месяца и представляет соответствующее заключение законодательному (представительному) органу государственной власти субъекта Российской Федерации</w:t>
      </w:r>
    </w:p>
    <w:p>
      <w:r>
        <w:rPr>
          <w:b/>
        </w:rPr>
        <w:t xml:space="preserve">7. </w:t>
      </w:r>
      <w:r>
        <w:t>Высший исполнительный орган государственной власти субъекта Российской Федерации представляет отчет об исполнении бюджета территориального государственного внебюджетного фонда законодательному (представительному) органу государственной власти субъекта Российской Федерации за отчетный финансовый год не позднее 1 июня текущего года одновременно с проектом закона субъекта Российской Федерации об исполнении бюджета территориального государственного внебюджетного фонда и иной бюджетной отчетностью об исполнении бюджета территориального государственного внебюджетного фонда.";</w:t>
      </w:r>
    </w:p>
    <w:p>
      <w:r>
        <w:rPr>
          <w:b/>
        </w:rPr>
        <w:t xml:space="preserve">2. </w:t>
      </w:r>
      <w:r>
        <w:t>Особенности бюджетных полномочий участников бюджетного процесса, являющихся федеральными органами государственной власти (государственными органами), устанавливаются настоящим Кодексом и (или) принятыми в соответствии с ним нормативными правовыми актами Президента Российской Федерации и Правительства Российской Федерации</w:t>
      </w:r>
    </w:p>
    <w:p>
      <w:r>
        <w:rPr>
          <w:b/>
        </w:rPr>
        <w:t xml:space="preserve">3. </w:t>
      </w:r>
      <w:r>
        <w:t>Особенности бюджетных полномочий участников бюджетного процесса, являющихся органами государственной власти субъектов Российской Федерации, устанавливаются настоящим Кодексом и принятыми в соответствии с ним законами субъектов Российской Федерации, а также в установленных ими случаях иными нормативными правовыми актами высших исполнительных органов государственной власти субъектов Российской Федерации</w:t>
      </w:r>
    </w:p>
    <w:p>
      <w:r>
        <w:rPr>
          <w:b/>
        </w:rPr>
        <w:t xml:space="preserve">4. </w:t>
      </w:r>
      <w:r>
        <w:t>Особенности бюджетных полномочий участников бюджетного процесса, являющихся органами местного самоуправления, устанавливаются настоящим Кодексом и принятыми в соответствии с ним муниципальными правовыми актами представительных органов муниципальных образований, а также в установленных ими случаях муниципальными правовыми актами местных администраций.";</w:t>
      </w:r>
    </w:p>
    <w:p>
      <w:r>
        <w:rPr>
          <w:b/>
        </w:rPr>
        <w:t xml:space="preserve">1. </w:t>
      </w:r>
      <w:r>
        <w:t>Исполнительные органы государственной власти (исполнительно-распорядительные органы муниципальных образований) обеспечивают составление проекта бюджета (проекта бюджета и среднесрочного финансового плана), вносят его с необходимыми документами и материалами на утверждение законодательных (представительных) органов, разрабатывают и утверждают методики распределения и (или) порядки предоставления межбюджетных трансфертов, обеспечивают исполнение бюджета и составление бюджетной отчетности, представляют отчет об исполнении бюджета на утверждение законодательных (представительных) органов, обеспечивают управление государственным (муниципальным) долгом, осуществляют иные полномочия, определенные настоящим Кодексом и (или) принимаемыми в соответствии с ним нормативными правовыми актами (муниципальными правовыми актами), регулирующими бюджетные правоотношения</w:t>
      </w:r>
    </w:p>
    <w:p>
      <w:r>
        <w:rPr>
          <w:b/>
        </w:rPr>
        <w:t xml:space="preserve">2. </w:t>
      </w:r>
      <w:r>
        <w:t>Финансовые органы составляют проект соответствующего бюджета (проект бюджета и среднесрочного финансового плана), представляют его с необходимыми документами и материалами для внесения в законодательный (представительный) орган, организуют исполнение бюджета, устанавливают порядок составления бюджетной отчетности, осуществляют иные бюджетные полномочия, установленные настоящим Кодексом и (или) принимаемыми в соответствии с ним нормативными правовыми актами (муниципальными правовыми актами), регулирующими бюджетные правоотношения. Финансовые органы или иные уполномоченные органы ежемесячно составляют и представляют отчет о кассовом исполнении бюджета в порядке, установленном Министерством финансов Российской Федерации</w:t>
      </w:r>
    </w:p>
    <w:p>
      <w:r>
        <w:rPr>
          <w:b/>
        </w:rPr>
        <w:t xml:space="preserve">3. </w:t>
      </w:r>
      <w:r>
        <w:t>Федеральное казначейство осуществляет бюджетные полномочия по кассовому обслуживанию исполнения бюджетов бюджетной системы Российской Федерации в соответствии с настоящим Кодексом</w:t>
      </w:r>
    </w:p>
    <w:p>
      <w:r>
        <w:rPr>
          <w:b/>
        </w:rPr>
        <w:t xml:space="preserve">4. </w:t>
      </w:r>
      <w:r>
        <w:t>Органы исполнительной власти (органы местной администрации), являющиеся главными распорядителями (распорядителями) и (или) получателями бюджетных средств, главными администраторами (администраторами) доходов бюджета, главными администраторами (администраторами) источников финансирования дефицита бюджета, осуществляют соответствующие бюджетные полномочия, установленные настоящим Кодексом и принятыми в соответствии с ним правовыми актами</w:t>
      </w:r>
    </w:p>
    <w:p>
      <w:r>
        <w:rPr>
          <w:b/>
        </w:rPr>
        <w:t xml:space="preserve">5. </w:t>
      </w:r>
      <w:r>
        <w:t>Органы исполнительной власти (исполнительно-распорядительные органы муниципальных образований) в условиях военного и чрезвычайного положений осуществляют бюджетные полномочия по решению Президента Российской Федерации в порядке, установленном Правительством Российской Федерации, с учетом особенностей, предусмотренных Федеральным конституционным законом от 30 января 2002 года № 1-ФКЗ "О военном положении", Федеральным конституционным законом от 30 мая 2001 года № 3-ФКЗ "О чрезвычайном положении" и принятыми в соответствии с ними федеральными законами и иными нормативными правовыми актами Российской Федерации.";</w:t>
      </w:r>
    </w:p>
    <w:p>
      <w:r>
        <w:rPr>
          <w:b/>
        </w:rPr>
        <w:t xml:space="preserve">2. </w:t>
      </w:r>
      <w:r>
        <w:t>Распорядитель бюджетных средств обладает следующими бюджетными полномочиями</w:t>
      </w:r>
    </w:p>
    <w:p>
      <w:r>
        <w:rPr>
          <w:b/>
        </w:rPr>
        <w:t xml:space="preserve">2. </w:t>
      </w:r>
      <w:r>
        <w:t>Администратор доходов бюджета обладает следующими бюджетными полномочиями: осуществляет начисление, учет и контроль за правильностью исчисления, полнотой и своевременностью осуществления платежей в бюджет, пеней и штрафов по ним; осуществляет взыскание задолженности по платежам в бюджет, пеней и штрафов;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 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 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 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
        <w:rPr>
          <w:b/>
        </w:rPr>
        <w:t xml:space="preserve">3. </w:t>
      </w:r>
      <w:r>
        <w:t>Бюджетные полномочия администраторов доходов бюджета осуществляются в порядке, установленном законодательством Российской Федерации, а также в соответствии с доведенными до них главными администраторами доходов бюджета, в ведении которых они находятся, правовыми актами, наделяющих их полномочиями администратора доходов бюджета</w:t>
      </w:r>
    </w:p>
    <w:p>
      <w:r>
        <w:rPr>
          <w:b/>
        </w:rPr>
        <w:t xml:space="preserve">4. </w:t>
      </w:r>
      <w:r>
        <w:t>Бюджетные полномочия главных администраторов доходов бюджетов бюджетной системы Российской Федерации, являющихся федеральными органами государственной власти, органами управления государственными внебюджетными фондами Российской Федерации и (или) находящиеся в их ведении бюджетных учреждений, а также Центральным банком Российской Федерации осуществляются в порядке, установленном Правительством Российской Федерации. Бюджетные полномочия главных администраторов доходов бюджетов бюджетной системы Российской Федерации, являющихся органами государственной власти субъектов Российской Федерации, органами управления территориальными государственными внебюджетными фондами и (или) находящимися в их ведении бюджетными учреждениями, осуществляются в порядке, установленном высшими исполнительными органами субъектов Российской Федерации. Бюджетные полномочия главных администраторов доходов бюджетов бюджетной системы Российской Федерации, являющихся органами местного самоуправления и (или) находящимися в их ведении бюджетными учреждениями, осуществляются в порядке, установленном местными администрациями</w:t>
      </w:r>
    </w:p>
    <w:p>
      <w:r>
        <w:rPr>
          <w:b/>
        </w:rPr>
        <w:t xml:space="preserve">5. </w:t>
      </w:r>
      <w:r>
        <w:t>Определение территориальных органов (подразделений) федеральных органов исполнительной власти в качестве главных администраторов доходов бюджетов субъектов Российской Федерации, бюджетов территориальных государственных внебюджетных фондов, местных бюджетов осуществляется в порядке, установленном Правительством Российской Федерации. Определение территориальных органов (подразделений) исполнительной власти субъектов Российской Федерации в качестве главных администраторов доходов местных бюджетов осуществляется в порядке, установленном высшим исполнительным органом государственной власти субъекта Российской Федерации. Определение органов (должностных лиц) местной администрации и иных исполнительно-распорядительных органов муниципальных районов в качестве главных администраторов доходов бюджетов поселений осуществляется в порядке, установленном местной администрацией муниципального района</w:t>
      </w:r>
    </w:p>
    <w:p>
      <w:r>
        <w:rPr>
          <w:b/>
        </w:rPr>
        <w:t xml:space="preserve">7. </w:t>
      </w:r>
      <w:r>
        <w:t>в статье 150:</w:t>
      </w:r>
    </w:p>
    <w:p>
      <w:r>
        <w:rPr>
          <w:b/>
        </w:rPr>
        <w:t xml:space="preserve">7. </w:t>
      </w:r>
      <w:r>
        <w:t>статью 151 признать утратившей силу</w:t>
      </w:r>
    </w:p>
    <w:p>
      <w:r>
        <w:rPr>
          <w:b/>
        </w:rPr>
        <w:t xml:space="preserve">7. </w:t>
      </w:r>
      <w:r>
        <w:t>статью 152 изложить в следующей редакции: "Статья 152. Участники бюджетного процесса 1. Участниками бюджетного процесса являются: Президент Российской Федерации; высшее должностное лицо субъекта Российской Федерации, глава муниципального образования; законодательные (представительные) органы государственной власти и представительные органы местного самоуправления (далее - законодательные (представительные) органы); исполнительные органы государственной власти (исполнительно-распорядительные органы муниципальных образований); Центральный банк Российской Федерации; органы государственного (муниципального) финансового контроля; органы управления государственными внебюджетными фондами; главные распорядители (распорядители) бюджетных средств; главные администраторы (администраторы) доходов бюджета; главные администраторы (администраторы) источников финансирования дефицита бюджета; получатели бюджетных средств</w:t>
      </w:r>
    </w:p>
    <w:p>
      <w:r>
        <w:rPr>
          <w:b/>
        </w:rPr>
        <w:t xml:space="preserve">7. </w:t>
      </w:r>
      <w:r>
        <w:t>в пункте 1 слова "органами, обеспечивающими контроль за исполнением бюджетов соответствующего уровня бюджетной системы Российской Федерации," исключить</w:t>
      </w:r>
    </w:p>
    <w:p>
      <w:r>
        <w:rPr>
          <w:b/>
        </w:rPr>
        <w:t xml:space="preserve">7. </w:t>
      </w:r>
      <w:r>
        <w:t>пункт 2 признать утратившим силу</w:t>
      </w:r>
    </w:p>
    <w:p>
      <w:r>
        <w:rPr>
          <w:b/>
        </w:rPr>
        <w:t xml:space="preserve">4. </w:t>
      </w:r>
      <w:r>
        <w:t>в статье 153:</w:t>
      </w:r>
    </w:p>
    <w:p>
      <w:r>
        <w:rPr>
          <w:b/>
        </w:rPr>
        <w:t xml:space="preserve">4. </w:t>
      </w:r>
      <w:r>
        <w:t>статью 154 изложить в следующей редакции: "Статья 154. Бюджетные полномочия исполнительных органов государственной власти (исполнительно-распорядительных органов муниципальных образований)</w:t>
      </w:r>
    </w:p>
    <w:p>
      <w:r>
        <w:rPr>
          <w:b/>
        </w:rPr>
        <w:t xml:space="preserve">4. </w:t>
      </w:r>
      <w:r>
        <w:t>пункт 1 изложить в следующей редакции: "1. Законодательные (представительные) органы рассматривают и утверждают соответствующие бюджеты и отчеты об их исполнении, осуществляют последующий контроль за исполнением соответствующих бюджетов, формируют и определяют правовой статус органов, осуществляющих контроль за исполнением соответствующих бюджетов, осуществляют другие полномочия в соответствии с настоящим Кодексом и иными правовыми актами бюджетного законодательства Российской Федерации."</w:t>
      </w:r>
    </w:p>
    <w:p>
      <w:r>
        <w:rPr>
          <w:b/>
        </w:rPr>
        <w:t xml:space="preserve">4. </w:t>
      </w:r>
      <w:r>
        <w:t>пункт 2 признать утратившим силу</w:t>
      </w:r>
    </w:p>
    <w:p>
      <w:r>
        <w:rPr>
          <w:b/>
        </w:rPr>
        <w:t xml:space="preserve">5. </w:t>
      </w:r>
      <w:r>
        <w:t>в статье 155:</w:t>
      </w:r>
    </w:p>
    <w:p>
      <w:r>
        <w:rPr>
          <w:b/>
        </w:rPr>
        <w:t xml:space="preserve">5. </w:t>
      </w:r>
      <w:r>
        <w:t>в статье 156:</w:t>
      </w:r>
    </w:p>
    <w:p>
      <w:r>
        <w:rPr>
          <w:b/>
        </w:rPr>
        <w:t xml:space="preserve">5. </w:t>
      </w:r>
      <w:r>
        <w:t>в статье 157:</w:t>
      </w:r>
    </w:p>
    <w:p>
      <w:r>
        <w:rPr>
          <w:b/>
        </w:rPr>
        <w:t xml:space="preserve">5. </w:t>
      </w:r>
      <w:r>
        <w:t>в статье 158:</w:t>
      </w:r>
    </w:p>
    <w:p>
      <w:r>
        <w:rPr>
          <w:b/>
        </w:rPr>
        <w:t xml:space="preserve">5. </w:t>
      </w:r>
      <w:r>
        <w:t>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
        <w:rPr>
          <w:b/>
        </w:rPr>
        <w:t xml:space="preserve">5. </w:t>
      </w:r>
      <w:r>
        <w:t>формирует перечень подведомственных ему распорядителей и получателей бюджетных средств</w:t>
      </w:r>
    </w:p>
    <w:p>
      <w:r>
        <w:rPr>
          <w:b/>
        </w:rPr>
        <w:t xml:space="preserve">5. </w:t>
      </w:r>
      <w:r>
        <w:t>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
        <w:rPr>
          <w:b/>
        </w:rPr>
        <w:t xml:space="preserve">5. </w:t>
      </w:r>
      <w:r>
        <w:t>осуществляет планирование соответствующих расходов бюджета, составляет обоснования бюджетных ассигнований</w:t>
      </w:r>
    </w:p>
    <w:p>
      <w:r>
        <w:rPr>
          <w:b/>
        </w:rPr>
        <w:t xml:space="preserve">5. </w:t>
      </w:r>
      <w:r>
        <w:t>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
        <w:rPr>
          <w:b/>
        </w:rPr>
        <w:t xml:space="preserve">5. </w:t>
      </w:r>
      <w:r>
        <w:t>вносит предложения по формированию и изменению лимитов бюджетных обязательств</w:t>
      </w:r>
    </w:p>
    <w:p>
      <w:r>
        <w:rPr>
          <w:b/>
        </w:rPr>
        <w:t xml:space="preserve">5. </w:t>
      </w:r>
      <w:r>
        <w:t>в наименовании слова "Банка России" заменить словами "Центрального банка Российской Федерации"</w:t>
      </w:r>
    </w:p>
    <w:p>
      <w:r>
        <w:rPr>
          <w:b/>
        </w:rPr>
        <w:t xml:space="preserve">5. </w:t>
      </w:r>
      <w:r>
        <w:t>вносит предложения по формированию и изменению сводной бюджетной росписи</w:t>
      </w:r>
    </w:p>
    <w:p>
      <w:r>
        <w:rPr>
          <w:b/>
        </w:rPr>
        <w:t xml:space="preserve">5. </w:t>
      </w:r>
      <w:r>
        <w:t>определяет порядок утверждения бюджетных смет подведомственных бюджетных учреждений</w:t>
      </w:r>
    </w:p>
    <w:p>
      <w:r>
        <w:rPr>
          <w:b/>
        </w:rPr>
        <w:t xml:space="preserve">5. </w:t>
      </w:r>
      <w:r>
        <w:t>в пункте 1 слова "Банк России" заменить словами "Центральный банк Российской Федерации"</w:t>
      </w:r>
    </w:p>
    <w:p>
      <w:r>
        <w:rPr>
          <w:b/>
        </w:rPr>
        <w:t xml:space="preserve">5. </w:t>
      </w:r>
      <w:r>
        <w:t>формирует государственные (муниципальные) задания</w:t>
      </w:r>
    </w:p>
    <w:p>
      <w:r>
        <w:rPr>
          <w:b/>
        </w:rPr>
        <w:t xml:space="preserve">5. </w:t>
      </w:r>
      <w:r>
        <w:t>в пункте 2 слова "Банк России" заменить словами "Центральный банк Российской Федерации"</w:t>
      </w:r>
    </w:p>
    <w:p>
      <w:r>
        <w:rPr>
          <w:b/>
        </w:rPr>
        <w:t xml:space="preserve">5. </w:t>
      </w:r>
      <w:r>
        <w:t>обеспечивает контроль за соблюдением получателями субвенций, межбюджетных субсидий и иных субсидий, определенных настоящим Кодексом, условий, установленных при их предоставлении; абзац; (Утратил силу - Федеральный закон от 23.07.2013 № 252-ФЗ) 12) формирует бюджетную отчетность главного распорядителя бюджетных средств</w:t>
      </w:r>
    </w:p>
    <w:p>
      <w:r>
        <w:rPr>
          <w:b/>
        </w:rPr>
        <w:t xml:space="preserve">5. </w:t>
      </w:r>
      <w:r>
        <w:t>в пункте 3 слова "Банк России" заменить словами "Центральный банк Российской Федерации"</w:t>
      </w:r>
    </w:p>
    <w:p>
      <w:r>
        <w:rPr>
          <w:b/>
        </w:rPr>
        <w:t xml:space="preserve">5. </w:t>
      </w:r>
      <w:r>
        <w:t>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
        <w:rPr>
          <w:b/>
        </w:rPr>
        <w:t xml:space="preserve">5. </w:t>
      </w:r>
      <w:r>
        <w:t>пункт 1 после слова "привлекаться" дополнить словами "на основании агентского соглашения", слова "средств бюджета на возвратной основе" заменить словами "и возврату бюджетных кредитов"</w:t>
      </w:r>
    </w:p>
    <w:p>
      <w:r>
        <w:rPr>
          <w:b/>
        </w:rPr>
        <w:t xml:space="preserve">5. </w:t>
      </w:r>
      <w:r>
        <w:t>в пункте 2 слова "функции Банка России" заменить словом "функции", слова "Банка России" заменить словами "Центрального банка Российской Федерации"</w:t>
      </w:r>
    </w:p>
    <w:p>
      <w:r>
        <w:rPr>
          <w:b/>
        </w:rPr>
        <w:t xml:space="preserve">5. </w:t>
      </w:r>
      <w:r>
        <w:t>в пункте 3 слова "Банка России" заменить словами "Центрального банка Российской Федерации"</w:t>
      </w:r>
    </w:p>
    <w:p>
      <w:r>
        <w:rPr>
          <w:b/>
        </w:rPr>
        <w:t xml:space="preserve">5. </w:t>
      </w:r>
      <w:r>
        <w:t>в наименовании слово "Органы" заменить словами "Бюджетные полномочия органов"</w:t>
      </w:r>
    </w:p>
    <w:p>
      <w:r>
        <w:rPr>
          <w:b/>
        </w:rPr>
        <w:t xml:space="preserve">5. </w:t>
      </w:r>
      <w:r>
        <w:t>в пункте 1 слово "соответственно" и слова "Российской Федерации, законодательными (представительными) органами субъектов Российской Федерации, представительными органами местного самоуправления" исключить, слова "бюджетов государственных внебюджетных фондов" заменить словами "готовят заключения на годовой отчет об исполнении соответствующих бюджетов", слова "федеральных и региональных" заменить словом "долгосрочных", слова "иных нормативных" и слова ", субъектов Российской Федерации, актов органов местного самоуправления" исключить</w:t>
      </w:r>
    </w:p>
    <w:p>
      <w:r>
        <w:rPr>
          <w:b/>
        </w:rPr>
        <w:t xml:space="preserve">5. </w:t>
      </w:r>
      <w:r>
        <w:t>в пункте 2 слово "соответственно" исключить, слова "органами местного самоуправления" заменить словами "местной администрацией", слова "бюджетов и бюджетов государственных внебюджетных фондов" заменить словами "соответствующих бюджетов бюджетной системы Российской Федерации"</w:t>
      </w:r>
    </w:p>
    <w:p>
      <w:r>
        <w:rPr>
          <w:b/>
        </w:rPr>
        <w:t xml:space="preserve">5. </w:t>
      </w:r>
      <w:r>
        <w:t>пункт 3 изложить в следующей редакции: "3. Полномочия органа государственного (муниципального) финансового контроля, созданного законодательным (представительным) органом, определяются законом (муниципальным правовым актом представительного органа муниципального образования). Полномочия органов государственного (муниципального) финансового контроля, являющихся федеральными органами исполнительной власти, органами исполнительной власти субъектов Российской Федерации, органами (должностными лицами) местных администраций, устанавливаются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
        <w:rPr>
          <w:b/>
        </w:rPr>
        <w:t xml:space="preserve">5. </w:t>
      </w:r>
      <w:r>
        <w:t>дополнить пунктом 4 следующего содержания: "4. Проверка расходов Счетной палаты Российской Федерации за отчетный финансовый год осуществляется в соответствии с Федеральным законом от 11 января 1995 года № 4-ФЗ "О Счетной палате Российской Федерации" (далее - Федеральный закон "О Счетной палате Российской Федерации")."</w:t>
      </w:r>
    </w:p>
    <w:p>
      <w:r>
        <w:rPr>
          <w:b/>
        </w:rPr>
        <w:t xml:space="preserve">5. </w:t>
      </w:r>
      <w:r>
        <w:t>наименование изложить в следующей редакции: "Статья 158. Бюджетные полномочия главного распорядителя (распорядителя) бюджетных средств"</w:t>
      </w:r>
    </w:p>
    <w:p>
      <w:r>
        <w:rPr>
          <w:b/>
        </w:rPr>
        <w:t xml:space="preserve">5. </w:t>
      </w:r>
      <w:r>
        <w:t>пункты 1 и 2 изложить в следующей редакции: "1. Главный распорядитель бюджетных средств обладает следующими бюджетными полномочиями:</w:t>
      </w:r>
    </w:p>
    <w:p>
      <w:r>
        <w:rPr>
          <w:b/>
        </w:rPr>
        <w:t xml:space="preserve">2. </w:t>
      </w:r>
      <w:r>
        <w:t>осуществляет планирование соответствующих расходов бюджета</w:t>
      </w:r>
    </w:p>
    <w:p>
      <w:r>
        <w:rPr>
          <w:b/>
        </w:rPr>
        <w:t xml:space="preserve">2. </w:t>
      </w:r>
      <w:r>
        <w:t>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
        <w:rPr>
          <w:b/>
        </w:rPr>
        <w:t xml:space="preserve">2. </w:t>
      </w:r>
      <w:r>
        <w:t>вносит предложения главному распорядителю бюджетных средств, в ведении которого находится, по формированию и изменению бюджетной росписи</w:t>
      </w:r>
    </w:p>
    <w:p>
      <w:r>
        <w:rPr>
          <w:b/>
        </w:rPr>
        <w:t xml:space="preserve">2. </w:t>
      </w:r>
      <w:r>
        <w:t>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
        <w:rPr>
          <w:b/>
        </w:rPr>
        <w:t xml:space="preserve">2. </w:t>
      </w:r>
      <w:r>
        <w:t>о возмещении вреда, причиненного физическому лицу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по ведомственной принадлежности, в том числе в результате издания актов органов государственной власти, органов местного самоуправления, не соответствующих закону или иному правовому акту</w:t>
      </w:r>
    </w:p>
    <w:p>
      <w:r>
        <w:rPr>
          <w:b/>
        </w:rPr>
        <w:t xml:space="preserve">2. </w:t>
      </w:r>
      <w:r>
        <w:t>предъявляемым в порядке субсидиарной ответственности по денежным обязательствам подведомственных бюджетных учреждений.";</w:t>
      </w:r>
    </w:p>
    <w:p>
      <w:r>
        <w:rPr>
          <w:b/>
        </w:rPr>
        <w:t xml:space="preserve">2. </w:t>
      </w:r>
      <w:r>
        <w:t>статьи 159 и 160 признать утратившими силу</w:t>
      </w:r>
    </w:p>
    <w:p>
      <w:r>
        <w:rPr>
          <w:b/>
        </w:rPr>
        <w:t xml:space="preserve">2. </w:t>
      </w:r>
      <w:r>
        <w:t>дополнить статьями 1601 и 1602 следующего содержания: "Статья 1601. Бюджетные полномочия главного администратора (администратора) доходов бюджета 1. Главный администратор доходов бюджета обладает следующими бюджетными полномочиями: формирует перечень подведомственных ему администраторов доходов бюджета; представляет сведения, необходимые для составления среднесрочного финансового плана и (или) проекта бюджета; представляет сведения для составления и ведения кассового плана; формирует и представляет бюджетную отчетность главного администратора доходов бюджета; 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
        <w:rPr>
          <w:b/>
        </w:rPr>
        <w:t xml:space="preserve">2. </w:t>
      </w:r>
      <w:r>
        <w:t>пункт 3 изложить в следующей редакции: "3. Главный распорядитель средств федерального бюджета, бюджета субъекта Российской Федерации, бюджета муниципального образования выступает в суде соответственно от имени Российской Федерации, субъекта Российской Федерации, муниципального образования в качестве представителя ответчика по искам к Российской Федерации, субъекту Российской Федерации, муниципальному образованию:</w:t>
      </w:r>
    </w:p>
    <w:p>
      <w:r>
        <w:rPr>
          <w:b/>
        </w:rPr>
        <w:t xml:space="preserve">2. </w:t>
      </w:r>
      <w:r>
        <w:t>пункты 4 - 11 признать утратившими силу</w:t>
      </w:r>
    </w:p>
    <w:p>
      <w:r>
        <w:rPr>
          <w:b/>
        </w:rPr>
        <w:t>Статья 160.2. Бюджетные полномочия главного администратора (администратора) источников финансирования дефицита бюджета</w:t>
      </w:r>
    </w:p>
    <w:p>
      <w:r>
        <w:rPr>
          <w:b/>
        </w:rPr>
        <w:t xml:space="preserve">1. </w:t>
      </w:r>
      <w:r>
        <w:t>Главный администратор источников финансирования дефицита бюджета обладает следующими бюджетными полномочиями: формирует перечни подведомственных ему администраторов источников финансирования дефицита бюджета; осуществляет планирование (прогнозирование) поступлений и выплат по источникам финансирования дефицита бюджета;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 абзац; (Утратил силу - Федеральный закон от 23.07.2013 № 252-ФЗ) формирует бюджетную отчетность главного администратора источников финансирования дефицита бюджета</w:t>
      </w:r>
    </w:p>
    <w:p>
      <w:r>
        <w:rPr>
          <w:b/>
        </w:rPr>
        <w:t xml:space="preserve">2. </w:t>
      </w:r>
      <w:r>
        <w:t>Администратор источников финансирования дефицита бюджета обладает следующими бюджетными полномочиями: осуществляет планирование (прогнозирование) поступлений и выплат по источникам финансирования дефицита бюджета; осуществляет контроль за полнотой и своевременностью поступления в бюджет источников финансирования дефицита бюджета; обеспечивает поступления в бюджет и выплаты из бюджета по источникам финансирования дефицита бюджета; формирует и представляет бюджетную отчетность; 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 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
        <w:rPr>
          <w:b/>
        </w:rPr>
        <w:t xml:space="preserve">2. </w:t>
      </w:r>
      <w:r>
        <w:t>Заключение и оплата бюджетным учреждением государственных (муниципальных) контрактов, иных договоров, подлежащих исполнению за счет бюджетных средств, производятся в пределах доведенных ему по кодам классификации расходов соответствующего бюджета лимитов бюджетных обязательств и с учетом принятых и неисполненных обязательств. При нарушении бюджетным учреждением установленного финансовым органом порядка учета бюджетных обязательств санкционирование оплаты денежных обязательств бюджетного учреждения приостанавливается в соответствии с порядком, определенным соответствующим финансовым органом. Нарушение бюджетным учреждением требований настоящей статьи при заключении государственных (муниципальных) контрактов, иных договоров является основанием для признания их судом недействительными по иску соответствующего главного распорядителя (распорядителя) бюджетных средств</w:t>
      </w:r>
    </w:p>
    <w:p>
      <w:r>
        <w:rPr>
          <w:b/>
        </w:rPr>
        <w:t xml:space="preserve">3. </w:t>
      </w:r>
      <w:r>
        <w:t>В случае уменьшения бюджетному учреждению главным распорядителем (распорядителем) бюджетных средств ранее доведенных лимитов бюджетных обязательств, приводящего к невозможности исполнения бюджетным учреждением бюджетных обязательств, вытекающих из заключенных им государственных (муниципальных) контрактов, иных договоров, бюджетное учреждение должно обеспечить согласование новых сроков, а если необходимо, и других условий государственных (муниципальных) контрактов, иных договоров. Сторона государственного (муниципального) контракта, иного договора вправе потребовать от бюджетного учреждения возмещения только фактически понесенного ущерба, непосредственно обусловленного изменением условий государственного (муниципального) контракта, иного договора</w:t>
      </w:r>
    </w:p>
    <w:p>
      <w:r>
        <w:rPr>
          <w:b/>
        </w:rPr>
        <w:t xml:space="preserve">4. </w:t>
      </w:r>
      <w:r>
        <w:t>Субсидии и бюджетные кредиты бюджетным учреждениям не предоставляются. Бюджетное учреждение не имеет права получать кредиты (займы)</w:t>
      </w:r>
    </w:p>
    <w:p>
      <w:r>
        <w:rPr>
          <w:b/>
        </w:rPr>
        <w:t xml:space="preserve">5. </w:t>
      </w:r>
      <w:r>
        <w:t>Бюджетное учреждение самостоятельно выступает в суде в качестве ответчика по своим денежным обязательствам. Бюджетное учреждение обеспечивает исполнение своих денежных обязательств, указанных в исполнительном документе, в пределах доведенных ему лимитов бюджетных обязательств</w:t>
      </w:r>
    </w:p>
    <w:p>
      <w:r>
        <w:rPr>
          <w:b/>
        </w:rPr>
        <w:t xml:space="preserve">6. </w:t>
      </w:r>
      <w:r>
        <w:t>Положения, установленные настоящим Кодексом применительно к бюджетным учреждениям, распространяются на органы государственной власти (государственные органы), органы местного самоуправления (муниципальные органы) и органы управления государственными внебюджетными фондами</w:t>
      </w:r>
    </w:p>
    <w:p>
      <w:r>
        <w:rPr>
          <w:b/>
        </w:rPr>
        <w:t xml:space="preserve">2. </w:t>
      </w:r>
      <w:r>
        <w:t>статьи 161 и 162 изложить в следующей редакции: "Статья 161. Особенности правового положения бюджетных учреждений 1. Бюджетное учреждение осуществляет операции с бюджетными средствами через лицевые счета, открытые ему в соответствии с положениями настоящего Кодекса. Бюджетное учреждение осуществляет операции по расходованию бюджетных средств в соответствии с бюджетной сметой, ведущейся в соответствии с настоящим Кодексом</w:t>
      </w:r>
    </w:p>
    <w:p>
      <w:r>
        <w:rPr>
          <w:b/>
        </w:rPr>
        <w:t>Статья 162. Бюджетные полномочия получателя бюджетных средств</w:t>
      </w:r>
    </w:p>
    <w:p>
      <w:r>
        <w:t>Получатель бюджетных средств обладает следующими бюджетными полномочиями: составляет и исполняет бюджетную смету; принимает и (или) исполняет в пределах доведенных лимитов бюджетных обязательств и (или) бюджетных ассигнований бюджетные обязательства; обеспечивает результативность, целевой характер использования предусмотренных ему бюджетных ассигнований; вносит соответствующему главному распорядителю (распорядителю) бюджетных средств предложения по изменению бюджетной росписи; ведет бюджетный учет либо передает на основании соглашения это полномочие иному государственному (муниципальному) учреждению (централизованной бухгалтерии); формирует и представляет бюджетную отчетность получателя бюджетных средств соответствующему главному распорядителю (распорядителю) бюджетных средств; исполняет иные полномочия, установленные настоящим Кодексом и принятыми в соответствии с ним нормативными правовыми актами (муниципальными правовыми актами), регулирующими бюджетные правоотношения."; 141) статью 163 признать утратившей силу; 142) в статье 164: а) в наименовании слова ", обладающие бюджетными полномочиями" исключить; б) в абзаце первом слова ", обладающие бюджетными полномочиями на федеральном уровне," заменить словами "на федеральном уровне"; в) абзац восьмой признать утратившим силу; г) абзац девятый изложить в следующей редакции: "Центральный банк Российской Федерации;"; д) абзац двенадцатый изложить в следующей редакции: "органы управления государственными внебюджетными фондами Российской Федерации;"; е) в абзаце тринадцатом слова "и распорядители бюджетных средств" заменить словами ", распорядители и получатели средств федерального бюджета"; ж) абзац четырнадцатый признать утратившим силу; з) дополнить абзацами следующего содержания: "главные распорядители, распорядители и получатели средств бюджетов государственных внебюджетных фондов Российской Федерации; главные администраторы (администраторы) доходов федерального бюджета; главные администраторы (администраторы) доходов бюджетов государственных внебюджетных фондов Российской Федерации; главные администраторы (администраторы) источников финансирования дефицита федерального бюджета; главные администраторы (администраторы) источников финансирования дефицита бюджетов государственных внебюджетных фондов Российской Федерации."; 143) статью 165 изложить в следующей редакции: "Статья 165. Бюджетные полномочия Министерства финансов Российской Федерации Министерство финансов Российской Федерации обладает следующими бюджетными полномочиями: на основании и во исполнение настоящего Кодекса, иных актов бюджетного законодательства Российской Федерации, актов Президента Российской Федерации и Правительства Российской Федерации принимает нормативные акты в установленной сфере деятельности; организует составление и составляет проект федерального бюджета, представляет его в Правительство Российской Федерации, принимает участие в разработке проектов бюджетов государственных внебюджетных фондов Российской Федерации; осуществляет методологическое руководство в области составления и исполнения бюджетов бюджетной системы Российской Федерации; разрабатывает и представляет в Правительство Российской Федерации основные направления бюджетной и налоговой политики; ведет реестр расходных обязательств Российской Федерации; разрабатывает прогноз основных параметров бюджетов бюджетной системы Российской Федерации, в том числе прогноз консолидированного бюджета Российской Федерации; получает от федеральных органов исполнительной власти, органов исполнительной власти субъектов Российской Федерации, органов управления государственными внебюджетными фондами Российской Федерации и органов (должностных лиц) местных администраций муниципальных образований материалы, необходимые для составления проекта федерального бюджета, прогноза основных параметров бюджетов бюджетной системы Российской Федерации и прогноза консолидированного бюджета Российской Федерации; проектирует предельные объемы бюджетных ассигнований по главным распорядителям средств федерального бюджета либо субъектам бюджетного планирования; разрабатывает по поручению Правительства Российской Федерации программу государственных внутренних заимствований Российской Федерации, условия выпуска и размещения государственных займов Российской Федерации, выступает в качестве эмитента государственных ценных бумаг Российской Федерации, проводит государственную регистрацию условий эмиссии и обращения государственных ценных бумаг субъектов Российской Федерации и муниципальных ценных бумаг; осуществляет по решению Правительства Российской Федерации сотрудничество с международными финансовыми организациями; разрабатывает по поручению Правительства Российской Федерации программу государственных внешних заимствований Российской Федерации и является уполномоченным Правительством Российской Федерации федеральным органом исполнительной власти, осуществляющим государственные внутренние и внешние заимствования, разрабатывает программу государственных гарантий Российской Федерации в иностранной валюте и программу государственных гарантий Российской Федерации в валюте Российской Федерации; представляет Российскую Федерацию в договорах о предоставлении государственных гарантий Российской Федерации; представляет Правительство Российской Федерации на переговорах о предоставлении государственных гарантий Российской Федерации и предоставляет (выдает) от имени Российской Федерации государственные гарантии Российской Федерации в рамках верхнего предела государственного внутреннего долга, утвержденного федеральным законом о федеральном бюджете; ведет Государственную долговую книгу Российской Федерации; учитывает представляемую органами, ведущими государственные долговые книги субъектов Российской Федерации, информацию о долговых обязательствах, отраженных в соответствующих государственных долговых книгах субъектов Российской Федерации и муниципальных долговых книгах муниципальных образований; осуществляет управление государственным долгом и государственными финансовыми активами Российской Федерации на основании полномочий, предоставленных Правительством Российской Федерации; организует исполнение федерального бюджета, устанавливает порядок составления и ведения сводной бюджетной росписи федерального бюджета, бюджетных росписей главных распорядителей средств федерального бюджета и кассового плана исполнения федерального бюджета; устанавливает порядок составления и ведения бюджетных смет федеральных бюджетных учреждений; устанавливает порядок ведения сводного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составляет и ведет сводную бюджетную роспись федерального бюджета и представляет ее в Федеральное казначейство; представляет в Федеральное казначейство лимиты бюджетных обязательств по главным распорядителям средств федерального бюджета; устанавливает единую методологию бюджетной классификации Российской Федерации и бюджетной отчетности; утверждает коды составных частей бюджетной классификации Российской Федерации, являющиеся в соответствии с настоящим Кодексом едиными для бюджетов бюджетной системы Российской Федерации; разрабатывает проекты методик распределения и порядок предоставления межбюджетных трансфертов из федерального бюджета другим бюджетам бюджетной системы Российской Федерации (за исключением межбюджетных трансфертов, предоставляемых иными главными распорядителями средств федерального бюджета); направляет в финансовые органы субъектов Российской Федерации методики (проекты методик) распределения межбюджетных трансфертов из федерального бюджета другим бюджетам бюджетной системы Российской Федерации (за исключением межбюджетных трансфертов, предоставляемых иными главными распорядителями средств федерального бюджета); обеспечивает предоставление бюджетных кредитов в пределах бюджетных ассигнований, утвержденных федеральным законом о федеральном бюджете, в порядке, установленном Правительством Российской Федерации; осуществляет методологическое руководство подготовкой и устанавливает порядок представления главными распорядителями средств федерального бюджета обоснований бюджетных ассигнований; устанавливает порядок составления бюджетной отчетности федерального бюджета, государственных внебюджетных фондов Российской Федерации и бюджетной отчетности Российской Федерации, представляет в Правительство Российской Федерации бюджетную отчетность Российской Федерации; устанавливает план счетов бюджетного учета и единую методологию бюджетного учета; осуществляет методологическое руководство по бухгалтерскому учету и отчетности юридических лиц независимо от их организационно-правовых форм, если иное не предусмотрено законодательством Российской Федерации; осуществляет нормативное и методическое обеспечение управления средствами Резервного фонда и Фонда будущих поколений и управляет этими средствами в порядке, определяемом Правительством Российской Федерации; обладает правом приостановления предоставления межбюджетных трансфертов в соответствии со статьей 130 настоящего Кодекса; осуществляет проверку финансового состояния принципала и ликвидности (надежности) предоставляемого обеспечения исполнения обязательств принципала, которые могут возникнуть в будущем в связи с предъявлением гарантом, исполнившим в полном объеме или в какой-либо части обязательства по гарантии, регрессных требований к принципалу; устанавливает основания, порядок и условия списания и восстановления в учете задолженности по денежным обязательствам перед Российской Федерацией субъектов Российской Федерации, муниципальных образований, юридических лиц; устанавливает порядок размещения, обращения, обслуживания, выкупа, обмена и погашения государственных займов Российской Федерации, если иное не установлено Правительством Российской Федерации; осуществляет нормативное и методическое обеспечение деятельности по осуществлению государственного (муниципального) финансового контроля федеральными органами исполнительной власти, органами исполнительной власти субъектов Российской Федерации и исполнительно-распорядительными органами (должностными лицами) муниципальных образований; исполняет судебные акты по искам к Российской Федерации в порядке, предусмотренном настоящим Кодексом; осуществляет иные полномочия в соответствии с настоящим Кодексом, иными актами бюджетного законодательства Российской Федерации и актами Президента Российской Федерации и Правительства Российской Федерации."; 144) в статье 166: а) в пункте 1: в абзаце первом слова "дать разрешение (разрешительная надпись) на совершение следующих действий" исключить; в абзаце втором слова "утверждение сводной бюджетной росписи" заменить словами "утверждать сводную бюджетную роспись"; абзацы третий - шестой изложить в следующей редакции: "вносить изменения в сводную бюджетную роспись федерального бюджета; утверждать лимиты бюджетных обязательств для главных распорядителей средств федерального бюджета; вносить изменения в лимиты бюджетных обязательств; давать разрешение на предоставление бюджетных кредитов из федерального бюджета."; абзацы седьмой и восьмой признать утратившими силу; б) (Пункт утратил силу - Федеральный закон от 07.05.2013 № 104-ФЗ) в) в абзаце втором пункта 3 слова "бюджетных средств" заменить словами "средств федерального бюджета"; г) (Пункт утратил силу - Федеральный закон от 07.05.2013 № 104-ФЗ) д) дополнить пунктом 5 следующего содержания: "5. Министр финансов имеет право выносить главным распорядителям средств федерального бюджета и органам управления государственными внебюджетными фондами Российской Федерации обязательные для исполнения предписания о ненадлежащем исполнении бюджета (организации бюджетного процесса)."; 145) статью 1661 изложить в следующей редакции: "Статья 1661. Бюджетные полномочия Федерального казначейства 1. Федеральное казначейство обладает следующими бюджетными полномочиями: производит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по нормативам, действующим в текущем финансовом году, установленным настоящим Кодексом, законом (решением) о бюджете и иными муниципальными правовыми актами, и их перечисление на единые счета соответствующих бюджетов в порядке, установленном Министерством финансов Российской Федерации;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 порядке, установленном Министерством финансов Российской Федерации; открывает в Центральном банке Российской Федерации и кредитных организациях счета по учету средств бюджетов бюджетной системы Российской Федерации, кассовое обслуживание исполнения которых в соответствии с настоящим Кодексом осуществляется Федеральным казначейством, и иные счета для учета средств, предусмотренных законодательством Российской Федерации, устанавливает режим этих счетов в соответствии с настоящим Кодексом; направляет в учреждения Центрального банка Российской Федерации и кредитные организации представления о приостановлении операций в валюте Российской Федерации по счетам, открытым бюджетным учреждениям в учреждениях Центрального банка Российской Федерации и кредитных организациях в нарушение бюджетного законодательства Российской Федерации, в порядке, установленном Министерством финансов Российской Федерации; осуществляет приостановление операций по лицевым счетам, открытым главным распорядителям, распорядителям и получателям средств федерального бюджета в органах Федерального казначейства в предусмотренных бюджетным законодательством Российской Федерации случаях, в порядке, установленном Министерством финансов Российской Федерации; осуществляет управление операциями со средствами на едином счете федерального бюджета в установленном им порядке; устанавливает порядок кассового обслуживания исполнения бюджетов бюджетной системы Российской Федерации в соответствии с настоящим Кодексом; осуществляет в установленном им порядке открытие и ведение лицевых счетов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а также по поручению высшего исполнительного органа государственной власти субъекта Российской Федерации (местной администрации муниципального образования) в соответствии с заключенным соглашением открывает и ведет лицевые счета для учета операций главных администраторов и администраторов источников финансирования дефицита, главных распорядителей, распорядителей и получателей средств бюджетов субъектов Российской Федерации (местных бюджетов); ведет сводный реестр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доводит до главных распорядителей средств федерального бюджета представленные Министерством финансов Российской Федерации бюджетные ассигнования и лимиты бюджетных обязательств; осуществляет составление и ведение кассового плана исполнения федерального бюджета; доводит до главных администраторов источников финансирования дефицита федерального бюджета представленные Министерством финансов Российской Федерации бюджетные ассигнования; доводит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ассигнования и лимиты бюджетных обязательств; доводит до администраторов источников финансирования дефицита федерального бюджета распределенные главным администратором источников финансирования дефицита федерального бюджета бюджетные ассигнования; ведет учет операций по кассовому исполнению федерального бюджета, составляет и представляет в Министерство финансов Российской Федерации информацию и отчет о кассовом исполнении федерального бюджета в соответствии с настоящим Кодексом, иными правовыми актами, регулирующими бюджетные правоотношения; получает от главных распорядителей средств федерального бюджета, главных администраторов источников финансирования дефицита федерального бюджета, главных администраторов доходов федерального бюджета материалы, необходимые для составления бюджетной отчетности об исполнении федерального бюджета; составляет на основании бюджетной отчетности, представленной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бюджетную отчетность об исполнении федерального бюджета и представляет ее в Министерство финансов Российской Федерации; составляет и представляет в Министерство финансов Российской Федерации отчет об исполнении консолидированного бюджета Российской Федерации и бюджетов государственных внебюджетных фондов на основании отчета об исполнении федерального бюджета, отчетности и материалов, представленных органами управления государственных внебюджетных фондов Российской Федерации, финансовыми органами субъектов Российской Федерации;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органах Федерального казначейства; осуществляет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 лицевые счета которых открыты в Федеральном казначействе; осуществляет иные бюджетные полномочия, установленные настоящим Кодексом и (или) принимаемыми в соответствии с ним нормативными правовыми актами Правительства Российской Федерации.</w:t>
      </w:r>
    </w:p>
    <w:p>
      <w:r>
        <w:rPr>
          <w:b/>
        </w:rPr>
        <w:t xml:space="preserve">2. </w:t>
      </w:r>
      <w:r>
        <w:t>В порядке, установленном Федеральным казначейством, отдельные функции финансовых органов субъектов Российской Федерации (финансовых органов муниципальных образований) по исполнению соответствующих бюджетов могут осуществляться органами Федерального казначейства на основании соглашений между ними и высшими исполнительными органами государственной власти субъектов Российской Федерации (местными администрациями муниципальных образований).";</w:t>
      </w:r>
    </w:p>
    <w:p>
      <w:r>
        <w:rPr>
          <w:b/>
        </w:rPr>
        <w:t xml:space="preserve">2. </w:t>
      </w:r>
      <w:r>
        <w:t>Министр финансов несет персональную ответственность за осуществление полномочий, установленных статьей 166 настоящего Кодекса.";</w:t>
      </w:r>
    </w:p>
    <w:p>
      <w:r>
        <w:rPr>
          <w:b/>
        </w:rPr>
        <w:t xml:space="preserve">2. </w:t>
      </w:r>
      <w:r>
        <w:t>Проект федерального бюджета и проекты бюджетов государственных внебюджетных фондов Российской Федерации составляются в порядке, установленном Правительством Российской Федерации, в соответствии с положениями настоящего Кодекса. Проект бюджета субъекта Российской Федерации и проекты бюджетов территориальных государственных внебюджетных фондов составляются в порядке, установленном высшим исполнительным органом государственной власти субъекта Российской Федерации, в соответствии с положениями настоящего Кодекса и принимаемыми с соблюдением его требований законами субъектов Российской Федерации. Проект местного бюджета составляется в порядке, установленном местной администрацией муниципального образования, в соответствии с настоящим Кодексом и принимаемыми с соблюдением его требований муниципальными правовыми актами представительного органа муниципального образования</w:t>
      </w:r>
    </w:p>
    <w:p>
      <w:r>
        <w:rPr>
          <w:b/>
        </w:rPr>
        <w:t xml:space="preserve">3. </w:t>
      </w:r>
      <w:r>
        <w:t>Проект федерального бюджета и проекты бюджетов государственных внебюджетных фондов Российской Федерации составляются и утверждаются сроком на три года - очередной финансовый год и плановый период</w:t>
      </w:r>
    </w:p>
    <w:p>
      <w:r>
        <w:rPr>
          <w:b/>
        </w:rPr>
        <w:t xml:space="preserve">4. </w:t>
      </w:r>
      <w:r>
        <w:t>Проект бюджета субъекта Российской Федерации и проекты территориальных государственных внебюджетных фондов (проекты местных бюджетов) составляются и утверждаются сроком на один год (на очередной финансовый год) или сроком на три года (очередной финансовый год и плановый период) в соответствии с законом субъекта Российской Федерации (муниципальным правовым актом представительного органа муниципального образования), за исключением закона (решения) о бюджете. В случае, если проект бюджета субъекта Российской Федерации (проект бюджета муниципального района, проект бюджета городского округа) составляется и утверждается на очередной финансовый год, высший исполнительный орган государственной власти субъекта Российской Федерации (местная администрация муниципального района, городского округа) разрабатывает и утверждает среднесрочный финансовый план субъекта Российской Федерации (муниципального района, городского округа). В случае, если проект бюджета поселения составляется и утверждается на очередной финансовый год, муниципальным правовым актом представительного органа поселения могут быть предусмотрены разработка и утверждение среднесрочного финансового плана поселения.";</w:t>
      </w:r>
    </w:p>
    <w:p>
      <w:r>
        <w:rPr>
          <w:b/>
        </w:rPr>
        <w:t xml:space="preserve">2. </w:t>
      </w:r>
      <w:r>
        <w:t>Составление проекта бюджета основывается на: Бюджетном послании Президента Российской Федерации; прогнозе социально-экономического развития соответствующей территории; основных направлениях бюджетной и налоговой политики</w:t>
      </w:r>
    </w:p>
    <w:p>
      <w:r>
        <w:rPr>
          <w:b/>
        </w:rPr>
        <w:t xml:space="preserve">2. </w:t>
      </w:r>
      <w:r>
        <w:t>(Пункт утратил силу - Федеральный закон от 03.07.2016 № 345-ФЗ) 147) статью 167 изложить в следующей редакции: "Статья 167. Ответственность Министерства финансов Российской Федерации, министра финансов, Федерального казначейства 1. Министерство финансов Российской Федерации, Федеральное казначейство несут ответственность за осуществление бюджетных полномочий, определенных настоящим Кодексом</w:t>
      </w:r>
    </w:p>
    <w:p>
      <w:r>
        <w:rPr>
          <w:b/>
        </w:rPr>
        <w:t xml:space="preserve">2. </w:t>
      </w:r>
      <w:r>
        <w:t>дополнить статьей 1671 следующего содержания: "Статья 1671. Бюджетные полномочия Счетной палаты Российской Федерации Счетная палата Российской Федерации обладает бюджетными полномочиями, установленными Федеральным законом "О Счетной палате Российской Федерации" и настоящим Кодексом."</w:t>
      </w:r>
    </w:p>
    <w:p>
      <w:r>
        <w:rPr>
          <w:b/>
        </w:rPr>
        <w:t xml:space="preserve">2. </w:t>
      </w:r>
      <w:r>
        <w:t>статью 168 изложить в следующей редакции: "Статья 168. Возложение на органы Федерального казначейства функций по исполнению бюджетов субъектов Российской Федерации и местных бюджетов Высшие исполнительные органы государственной власти субъектов Российской Федерации, местные администрации муниципальных образований вправе осуществлять исполнение соответствующих бюджетов через органы Федерального казначейства на основании соглашений. При этом полномочия органов Федерального казначейства распространяются на организации (включая кредитные организации), осуществляющие операции со средствами соответствующих бюджетов в объеме имеющихся полномочий применительно к средствам федерального бюджета."</w:t>
      </w:r>
    </w:p>
    <w:p>
      <w:r>
        <w:rPr>
          <w:b/>
        </w:rPr>
        <w:t xml:space="preserve">2. </w:t>
      </w:r>
      <w:r>
        <w:t>в статье 1682:</w:t>
      </w:r>
    </w:p>
    <w:p>
      <w:r>
        <w:rPr>
          <w:b/>
        </w:rPr>
        <w:t xml:space="preserve">2. </w:t>
      </w:r>
      <w:r>
        <w:t>в статье 1683:</w:t>
      </w:r>
    </w:p>
    <w:p>
      <w:r>
        <w:rPr>
          <w:b/>
        </w:rPr>
        <w:t xml:space="preserve">2. </w:t>
      </w:r>
      <w:r>
        <w:t>в абзаце шестом пункта 2 статьи 1684 слова "(органов местного самоуправления)" заменить словами "(муниципальных правовых актов органов местного самоуправления)"</w:t>
      </w:r>
    </w:p>
    <w:p>
      <w:r>
        <w:rPr>
          <w:b/>
        </w:rPr>
        <w:t xml:space="preserve">2. </w:t>
      </w:r>
      <w:r>
        <w:t>в статье 1685:</w:t>
      </w:r>
    </w:p>
    <w:p>
      <w:r>
        <w:rPr>
          <w:b/>
        </w:rPr>
        <w:t xml:space="preserve">2. </w:t>
      </w:r>
      <w:r>
        <w:t>в статье 1686:</w:t>
      </w:r>
    </w:p>
    <w:p>
      <w:r>
        <w:rPr>
          <w:b/>
        </w:rPr>
        <w:t xml:space="preserve">2. </w:t>
      </w:r>
      <w:r>
        <w:t>статью 169 изложить в следующей редакции: "Статья 169. Общие положения 1. Проект бюджета составляется на основе прогноза социально-экономического развития в целях финансового обеспечения расходных обязательств</w:t>
      </w:r>
    </w:p>
    <w:p>
      <w:r>
        <w:rPr>
          <w:b/>
        </w:rPr>
        <w:t xml:space="preserve">2. </w:t>
      </w:r>
      <w:r>
        <w:t>в пункте 3: абзац первый после слов "по исполнению долговых" дополнить словами "обязательств в соответствии со статьей 1121 настоящего Кодекса", после слова "отчетном" дополнить словом "финансовом"; абзац второй после слов "по исполнению долговых" дополнить словами "обязательств в соответствии со статьей 1121 настоящего Кодекса"</w:t>
      </w:r>
    </w:p>
    <w:p>
      <w:r>
        <w:rPr>
          <w:b/>
        </w:rPr>
        <w:t xml:space="preserve">2. </w:t>
      </w:r>
      <w:r>
        <w:t>пункт 4 изложить в следующей редакции: "4. Под просроченной задолженностью по исполнению бюджетных обязательств субъекта Российской Федерации (муниципального образования), возникшей в результате решений, действий или бездействия органов государственной власти субъекта Российской Федерации (органов местного самоуправления), понимаются не исполненные в установленный срок бюджетные обязательства субъекта Российской Федерации (муниципального образования), признанные в качестве таковых судом и (или) органами государственной власти субъекта Российской Федерации (органами местного самоуправления), в том числе при представлении в Министерство финансов Российской Федерации (исполнительные органы государственной власти субъекта Российской Федерации) бюджетной отчетности."</w:t>
      </w:r>
    </w:p>
    <w:p>
      <w:r>
        <w:rPr>
          <w:b/>
        </w:rPr>
        <w:t xml:space="preserve">2. </w:t>
      </w:r>
      <w:r>
        <w:t>в пункте 5 слова "государственной власти субъекта Российской Федерации (представительного органа муниципального образования)" исключить</w:t>
      </w:r>
    </w:p>
    <w:p>
      <w:r>
        <w:rPr>
          <w:b/>
        </w:rPr>
        <w:t xml:space="preserve">2. </w:t>
      </w:r>
      <w:r>
        <w:t>в пункте 1: в абзаце втором слово "исполнительным" заменить словами "высшим исполнительным"; в абзаце пятом слова "(органов местного самоуправления)" заменить словами "(муниципальных правовых актов муниципальных образований)"; абзац шестой изложить в следующей редакции: "в случае, если подготовленный временной финансовой администрацией проект закона субъекта Российской Федерации (муниципального правового акта представительного органа муниципального образования) о внесении изменений в закон (решение) о соответствующем бюджете на текущий финансовый год (текущий финансовый год и плановый период) либо проект закона (решения) о соответствующем бюджете на очередной финансовый год (очередной финансовый год и плановый период) не принят в течение одного месяца со дня его представления временной финансовой администрацией в законодательный (представительный) орган государственной власти субъекта Российской Федерации (представительный орган муниципального образования) либо принят с внесением изменений, не согласованных с главой временной финансовой администрации, представляет в Правительство Российской Федерации (высший исполнительный орган государственной власти субъекта Российской Федерации) соответствующие проекты бюджетов для внесения в Государственную Думу (орган законодательной (представительной) власти субъекта Российской Федерации) и утверждения федеральным законом (законом субъекта Российской Федерации);"; в абзаце седьмом слова "(местной администрации)" заменить словами "(муниципальных правовых актов)", дополнить словами "(муниципальных правовых актов местной администрации муниципальных образований)"; абзац восьмой дополнить словами "(муниципальных правовых актов)"</w:t>
      </w:r>
    </w:p>
    <w:p>
      <w:r>
        <w:rPr>
          <w:b/>
        </w:rPr>
        <w:t xml:space="preserve">2. </w:t>
      </w:r>
      <w:r>
        <w:t>в пункте 2: абзац пятый после слов "нормативных правовых актов" дополнить словами "(муниципальных правовых актов)"; в абзаце шестом слова "(органов местного самоуправления)" заменить словами "(муниципальные правовые акты (проекты муниципальных правовых актов)"</w:t>
      </w:r>
    </w:p>
    <w:p>
      <w:r>
        <w:rPr>
          <w:b/>
        </w:rPr>
        <w:t xml:space="preserve">2. </w:t>
      </w:r>
      <w:r>
        <w:t>пункт 1 после слов "на текущий финансовый год" дополнить словами "(текущий финансовый год и плановый период)"</w:t>
      </w:r>
    </w:p>
    <w:p>
      <w:r>
        <w:rPr>
          <w:b/>
        </w:rPr>
        <w:t xml:space="preserve">2. </w:t>
      </w:r>
      <w:r>
        <w:t>пункт 2 после слов "на очередной финансовый год" дополнить словами "(очередной финансовый год и плановый период)"</w:t>
      </w:r>
    </w:p>
    <w:p>
      <w:r>
        <w:rPr>
          <w:b/>
        </w:rPr>
        <w:t xml:space="preserve">2. </w:t>
      </w:r>
      <w:r>
        <w:t>пункт 4 после слов "на текущий финансовый год" дополнить словами "(текущий финансовый год и плановый период)", после слов "на очередной финансовый год" дополнить словами "(очередной финансовый год и плановый период)"</w:t>
      </w:r>
    </w:p>
    <w:p>
      <w:r>
        <w:rPr>
          <w:b/>
        </w:rPr>
        <w:t xml:space="preserve">2. </w:t>
      </w:r>
      <w:r>
        <w:t>пункт 5 после слов "на текущий финансовый год" дополнить словами "(текущий финансовый год и плановый период)", после слов "на очередной финансовый год" дополнить словами "(очередной финансовый год и плановый период)"</w:t>
      </w:r>
    </w:p>
    <w:p>
      <w:r>
        <w:rPr>
          <w:b/>
        </w:rPr>
        <w:t xml:space="preserve">2. </w:t>
      </w:r>
      <w:r>
        <w:t>в пункте 3 слово "сметы" заменить словами "бюджетной сметы"</w:t>
      </w:r>
    </w:p>
    <w:p>
      <w:r>
        <w:rPr>
          <w:b/>
        </w:rPr>
        <w:t xml:space="preserve">2. </w:t>
      </w:r>
      <w:r>
        <w:t>в пункте 4 слова "исполнительные органы государственной" заменить словами "органы исполнительной", слова "(органы местного самоуправления)" заменить словами "(местные администрации муниципальных образований)"</w:t>
      </w:r>
    </w:p>
    <w:p>
      <w:r>
        <w:rPr>
          <w:b/>
        </w:rPr>
        <w:t xml:space="preserve">2. </w:t>
      </w:r>
      <w:r>
        <w:t>пункт 5 признать утратившим силу</w:t>
      </w:r>
    </w:p>
    <w:p>
      <w:r>
        <w:rPr>
          <w:b/>
        </w:rPr>
        <w:t xml:space="preserve">4. </w:t>
      </w:r>
      <w:r>
        <w:t>(Пункт утратил силу - Федеральный закон от 04.10.2014 № 283-ФЗ) 157) в пункте 1 статьи 171 слова "соответствующих органов исполнительной власти" заменить словами "высших исполнительных органов государственной власти", слова "органов местного самоуправления" заменить словами "местных администраций муниципальных образований"</w:t>
      </w:r>
    </w:p>
    <w:p>
      <w:r>
        <w:rPr>
          <w:b/>
        </w:rPr>
        <w:t xml:space="preserve">4. </w:t>
      </w:r>
      <w:r>
        <w:t>статьи 172 и 173 изложить в следующей редакции: "Статья 172. Сведения, необходимые для составления проектов бюджетов 1. В целях своевременного и качественного составления проектов бюджетов соответствующие финансовые органы имеют право получать необходимые сведения от иных финансовых органов, а также от иных органов государственной власти, органов местного самоуправления</w:t>
      </w:r>
    </w:p>
    <w:p>
      <w:r>
        <w:rPr>
          <w:b/>
        </w:rPr>
        <w:t>Статья 173. Прогноз социально-экономического развития</w:t>
      </w:r>
    </w:p>
    <w:p>
      <w:r>
        <w:rPr>
          <w:b/>
        </w:rPr>
        <w:t xml:space="preserve">1. </w:t>
      </w:r>
      <w:r>
        <w:t>Прогноз социально-экономического развития Российской Федерации, субъекта Российской Федерации, муниципального района (городского округа) разрабатывается на период не менее трех лет. Абзац. (Утратил силу - Федеральный закон от 03.12.2012 № 244-ФЗ)</w:t>
      </w:r>
    </w:p>
    <w:p>
      <w:r>
        <w:rPr>
          <w:b/>
        </w:rPr>
        <w:t xml:space="preserve">2. </w:t>
      </w:r>
      <w:r>
        <w:t>Прогноз социально-экономического развития Российской Федерации, субъекта Российской Федерации, муниципального образования ежегодно разрабатывается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Прогноз социально-экономического развития поселения может разрабатываться местной администрацией муниципального района в соответствии с соглашением между местной администрацией поселения и местной администрацией муниципального района</w:t>
      </w:r>
    </w:p>
    <w:p>
      <w:r>
        <w:rPr>
          <w:b/>
        </w:rPr>
        <w:t xml:space="preserve">3. </w:t>
      </w:r>
      <w:r>
        <w:t>Прогноз социально-экономического развития Российской Федерации, субъекта Российской Федерации, муниципального образования одобряется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одновременно с принятием решения о внесении проекта бюджета в законодательный (представительный) орган</w:t>
      </w:r>
    </w:p>
    <w:p>
      <w:r>
        <w:rPr>
          <w:b/>
        </w:rPr>
        <w:t xml:space="preserve">4. </w:t>
      </w:r>
      <w:r>
        <w:t>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 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
        <w:rPr>
          <w:b/>
        </w:rPr>
        <w:t xml:space="preserve">5. </w:t>
      </w:r>
      <w:r>
        <w:t>Изменение прогноза социально-экономического развития Российской Федерации, субъекта Российской Федерации, муниципального образования в ходе составления или рассмотрения проекта бюджета влечет за собой изменение основных характеристик проекта бюджета</w:t>
      </w:r>
    </w:p>
    <w:p>
      <w:r>
        <w:rPr>
          <w:b/>
        </w:rPr>
        <w:t xml:space="preserve">6. </w:t>
      </w:r>
      <w:r>
        <w:t>Разработка прогноза социально-экономического развития Российской Федерации, субъекта Российской Федерации, муниципального района (городского округа) на очередной финансовый год либо на очередной финансовый год и плановый период осуществляется уполномоченным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федеральным органом исполнительной власти, органом исполнительной власти субъекта Российской Федерации, органом (должностным лицом) местной администрации.";</w:t>
      </w:r>
    </w:p>
    <w:p>
      <w:r>
        <w:rPr>
          <w:b/>
        </w:rPr>
        <w:t xml:space="preserve">1. </w:t>
      </w:r>
      <w:r>
        <w:t>Под среднесрочным финансовым планом субъекта Российской Федерации (муниципального образования) понимается документ, содержащий основные параметры бюджета субъекта Российской Федерации (местного бюджета)</w:t>
      </w:r>
    </w:p>
    <w:p>
      <w:r>
        <w:rPr>
          <w:b/>
        </w:rPr>
        <w:t xml:space="preserve">2. </w:t>
      </w:r>
      <w:r>
        <w:t>Среднесрочный финансовый план субъекта Российской Федерации (муниципального образования) ежегодно разрабатывается по форме и в порядке, установленным высшим исполнительным органом государственной власти субъекта Российской Федерации (местной администрацией муниципального образования) с соблюдением положений настоящего Кодекса. Проект среднесрочного финансового плана субъекта Российской Федерации (муниципального образования) утверждается высшим исполнительным органом государственной власти субъекта Российской Федерации (местной администрацией муниципального образования) и представляется в законодательный (представительный) орган одновременно с проектом бюджета. Значения показателей среднесрочного финансового плана субъекта Российской Федерации (муниципального образования) и основных показателей проекта соответствующего бюджета должны соответствовать друг другу</w:t>
      </w:r>
    </w:p>
    <w:p>
      <w:r>
        <w:rPr>
          <w:b/>
        </w:rPr>
        <w:t xml:space="preserve">3. </w:t>
      </w:r>
      <w:r>
        <w:t>Утвержденный среднесрочный финансовый план субъекта Российской Федерации (муниципального образования) должен содержать следующие параметры: прогнозируемый общий объем доходов и расходов соответствующего бюджета и консолидированного бюджета субъекта Российской Федерации (муниципального района); объемы бюджетных ассигнований по главным распорядителям бюджетных средств по разделам, подразделам, целевым статьям и видам расходов классификации расходов бюджетов; распределение в очередном финансовом году и плановом периоде между муниципальными образованиями дотаций на выравнивание бюджетной обеспеченности муниципальных образований; нормативы отчислений от налоговых доходов в местные бюджеты, устанавливаемые (подлежащие установлению) законами субъекта Российской Федерации (муниципальными правовыми актами представительных органов муниципальных образований); дефицит (профицит) бюджета; верхний предел государственного внутреннего долга субъекта Российской Федерации, верхний предел государственного внешнего долга субъекта Российской Федерации (при наличии такового), верхний предел муниципального долга по состоянию на 1 января года, следующего за очередным финансовым годом (очередным финансовым годом и каждым годом планового периода). Среднесрочный финансовый план субъекта Российской Федерации наряду с указанными параметрами должен включать прогнозируемый объем доходов, расходов и дефицита (профицита) территориального государственного внебюджетного фонда. Высшим исполнительным органом государственной власти субъекта Российской Федерации (местной администрацией муниципального образования) может быть предусмотрено утверждение дополнительных показателей среднесрочного финансового плана субъекта Российской Федерации (муниципального образования)</w:t>
      </w:r>
    </w:p>
    <w:p>
      <w:r>
        <w:rPr>
          <w:b/>
        </w:rPr>
        <w:t xml:space="preserve">4. </w:t>
      </w:r>
      <w:r>
        <w:t>Показатели среднесрочного финансового плана субъекта Российской Федерации (муниципального образования) носят индикативный характер и могут быть изменены при разработке и утверждении среднесрочного финансового плана субъекта Российской Федерации (муниципального образования) на очередной финансовый год и плановый период</w:t>
      </w:r>
    </w:p>
    <w:p>
      <w:r>
        <w:rPr>
          <w:b/>
        </w:rPr>
        <w:t xml:space="preserve">5. </w:t>
      </w:r>
      <w:r>
        <w:t>Среднесрочный финансовый план субъекта Российской Федерации (муниципального образования) разрабатывается путем уточнения параметров указанного плана на плановый период и добавления параметров на второй год планового периода. В пояснительной записке к проекту среднесрочного финансового плана субъекта Российской Федерации (муниципального образования) приводится обоснование параметров среднесрочного финансового плана, в том числе их сопоставление с ранее одобренными параметрами с указанием причин планируемых изменений.";</w:t>
      </w:r>
    </w:p>
    <w:p>
      <w:r>
        <w:rPr>
          <w:b/>
        </w:rPr>
        <w:t xml:space="preserve">2. </w:t>
      </w:r>
      <w:r>
        <w:t>Федеральные законы, предусматривающие внесение изменений в законодательство Российской Федерации о налогах и сборах, принятые после дня внесения в Государственную Думу проекта федерального закона о федеральном бюджете на очередной финансовый год и плановый период, приводящие к изменению доходов (расходов) бюджетов бюджетной системы Российской Федерации, должны содержать положения о вступлении в силу указанных федеральных законов не ранее 1 января года, следующего за очередным финансовым годом. Законы субъекта Российской Федерации, предусматривающие внесение изменений в законодательство субъекта Российской Федерации о налогах и сборах, принятые после дня внесения в законодательный (представительный) орган проекта закона о бюджете субъекта Российской Федерации на очередной финансовый год (очередной финансовый год и плановый период), приводящие к изменению доходов (расходов) бюджетов бюджетной системы Российской Федерации, должны содержать положения о вступлении в силу указанных законов субъекта Российской Федерации не ранее 1 января года, следующего за очередным финансовым годом. Нормативные правовые акты представительного органа муниципального образования, предусматривающие внесение изменений в нормативные правовые акты представительного органа муниципального образования о налогах и сборах, принятые после дня внесения в представительный орган проекта решения о местном бюджете на очередной финансовый год (очередной финансовый год и плановый период), приводящие к изменению доходов (расходов) бюджетов бюджетной системы Российской Федерации, должны содержать положения о вступлении в силу указанных нормативных правовых актов представительного органа муниципального образования не ранее 1 января года, следующего за очередным финансовым годом.";</w:t>
      </w:r>
    </w:p>
    <w:p>
      <w:r>
        <w:rPr>
          <w:b/>
        </w:rPr>
        <w:t xml:space="preserve">2. </w:t>
      </w:r>
      <w:r>
        <w:t>Планирование бюджетных ассигнований осуществляется раздельно по бюджетным ассигнованиям на исполнение действующих и принимаемых обязательств. Под бюджетными ассигнованиями на исполнение действующих расходных обязательств понимаются ассигнования, состав и (или) объем которых обусловлены законами, нормативными правовыми актами (муниципальными правовыми актами), договорами и соглашениями, не предлагаемыми (не планируемыми) к изменению в текущем финансовом году, в очередном финансовом году или в плановом периоде, к признанию утратившими силу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заключенные (подлежащие заключению) получателями бюджетных средств во исполнение указанных законов и нормативных правовых актов (муниципальных правовых актов). Под бюджетными ассигнованиями на исполнение принимаемых обязательств понимаются ассигнования, состав и (или) объем которых обусловлены законами, нормативными правовыми актами (муниципальными правовыми актами), договорами и соглашениями, предлагаемыми (планируемыми) к принятию или изменению в текущем финансовом году, в очередном финансовом году или в плановом периоде, к принятию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подлежащие заключению получателями бюджетных средств во исполнение указанных законов и нормативных правовых актов (муниципальных правовых актов)</w:t>
      </w:r>
    </w:p>
    <w:p>
      <w:r>
        <w:rPr>
          <w:b/>
        </w:rPr>
        <w:t xml:space="preserve">3. </w:t>
      </w:r>
      <w:r>
        <w:t>Планирование бюджетных ассигнований на оказание государственных (муниципальных) услуг физическим и юридическим лицам осуществляется с учетом государственного (муниципального) задания на очередной финансовый год (очередной финансовый год и плановый период), а также его выполнения в отчетном финансовом году и текущем финансовом году.";</w:t>
      </w:r>
    </w:p>
    <w:p>
      <w:r>
        <w:rPr>
          <w:b/>
        </w:rPr>
        <w:t xml:space="preserve">2. </w:t>
      </w:r>
      <w:r>
        <w:t>Объем бюджетных ассигнований на реализацию долгосрочных целевых программ (подпрограмм) утверждается законом (решением) о бюджете в составе ведомственной структуры расходов бюджета по соответствующей каждой программе (подпрограмме) целевой статье расходов бюджета в соответствии с нормативным правовым актом Правительства Российской Федерации, высшего исполнительного органа государственной власти субъекта Российской Федерации, муниципальным правовым актом местной администрации муниципального образования, утвердившим программу. Долгосрочные целевые программы, предлагаемые к финансированию начиная с очередного финансового года, подлежат утверждению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не позднее одного месяца до дня внесения проекта закона (решения) о соответствующем бюджете в законодательный (представительный) орган</w:t>
      </w:r>
    </w:p>
    <w:p>
      <w:r>
        <w:rPr>
          <w:b/>
        </w:rPr>
        <w:t xml:space="preserve">3. </w:t>
      </w:r>
      <w:r>
        <w:t>По каждой долгосрочной целевой программе ежегодно проводится оценка эффективности ее реализации. Порядок проведения и критерии указанной оценки устанавливаются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По результатам указанной оценки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не позднее чем за один месяц до дня внесения проекта закона (решения) о бюджете в законодательный (представительный) орган может быть принято решение о сокращении начиная с очередного финансового года бюджетных ассигнований на реализацию программы или о досрочном прекращении ее реализации. В случае принятия данного решения и при наличии заключенных во исполнение соответствующих программ государственных (муниципальных) контрактов в бюджете предусматриваются бюджетные ассигнования на исполнение расходных обязательств, вытекающих из указанных контрактов, по которым сторонами не достигнуто соглашение об их прекращении</w:t>
      </w:r>
    </w:p>
    <w:p>
      <w:r>
        <w:rPr>
          <w:b/>
        </w:rPr>
        <w:t xml:space="preserve">4. </w:t>
      </w:r>
      <w:r>
        <w:t>Долгосрочной целевой программой, реализуемой за счет средств федерального бюджета (бюджета субъекта Российской Федерации), может быть предусмотрено предоставление субсидий бюджету субъекта Российской Федерации (местному бюджету) на реализацию аналогичных долгосрочных целевых программ, реализуемых за счет средств бюджета субъекта Российской Федерации (местных бюджетов). Условия предоставления и методика расчета указанных межбюджетных субсидий устанавливаются соответствующей программой.";</w:t>
      </w:r>
    </w:p>
    <w:p>
      <w:r>
        <w:rPr>
          <w:b/>
        </w:rPr>
        <w:t xml:space="preserve">6. </w:t>
      </w:r>
      <w:r>
        <w:t>статью 174 изложить в следующей редакции: "Статья 174. Среднесрочный финансовый план субъекта Российской Федерации (муниципального образования)</w:t>
      </w:r>
    </w:p>
    <w:p>
      <w:r>
        <w:rPr>
          <w:b/>
        </w:rPr>
        <w:t xml:space="preserve">5. </w:t>
      </w:r>
      <w:r>
        <w:t>дополнить статьей 1741 следующего содержания: "Статья 1741. Прогнозирование доходов бюджета 1. Доходы бюджета прогнозируются на основе прогноза социально-экономического развития территории в условиях действующего на день внесения проекта закона (решения) о бюджете в законодательный (представительный) орган законодательства о налогах и сборах и бюджетного законодательства Российской Федерации, а также законодательства Российской Федерации, законов субъектов Российской Федерации и муниципальных правовых актов представительных органов муниципальных образований, устанавливающих неналоговые доходы бюджетов бюджетной системы Российской Федерации</w:t>
      </w:r>
    </w:p>
    <w:p>
      <w:r>
        <w:rPr>
          <w:b/>
        </w:rPr>
        <w:t xml:space="preserve">2. </w:t>
      </w:r>
      <w:r>
        <w:t>дополнить статьей 1742 следующего содержания: "Статья 1742. Планирование бюджетных ассигнований 1. Планирование бюджетных ассигнований осуществляется в порядке и в соответствии с методикой, устанавливаемой соответствующим финансовым органом</w:t>
      </w:r>
    </w:p>
    <w:p>
      <w:r>
        <w:rPr>
          <w:b/>
        </w:rPr>
        <w:t xml:space="preserve">3. </w:t>
      </w:r>
      <w:r>
        <w:t>(Пункт утратил силу - Федеральный закон от 04.10.2014 № 283-ФЗ) 163) статьи 176, 177 и 178 признать утратившими силу</w:t>
      </w:r>
    </w:p>
    <w:p>
      <w:r>
        <w:rPr>
          <w:b/>
        </w:rPr>
        <w:t xml:space="preserve">3. </w:t>
      </w:r>
      <w:r>
        <w:t>статью 179 изложить в следующей редакции: "Статья 179. Долгосрочные целевые программы 1. Долгосрочные целевые программы (подпрограммы), реализуемые за счет средств федерального бюджета, бюджета субъекта Российской Федерации, местного бюджета, утверждаются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Сроки реализации долгосрочных целевых программ определяются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в устанавливаемом ими порядке. Порядок принятия решений о разработке долгосрочных целевых программ и их формирования и реализации устанавливается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 правовым актом местной администрации муниципального образования</w:t>
      </w:r>
    </w:p>
    <w:p>
      <w:r>
        <w:rPr>
          <w:b/>
        </w:rPr>
        <w:t xml:space="preserve">4. </w:t>
      </w:r>
      <w:r>
        <w:t>дополнить статьями 1791 - 1793 следующего содержания: "Статья 1791. Федеральная адресная инвестиционная программа Бюджетные инвестиции в объекты капитального строительства за счет средств федерального бюджета осуществляются в соответствии с федеральной адресной инвестиционной программой, порядок формирования и реализации которой устанавливается Правительством Российской Федерации</w:t>
      </w:r>
    </w:p>
    <w:p>
      <w:r>
        <w:rPr>
          <w:b/>
        </w:rPr>
        <w:t>Статья 179.2. Инвестиционный фонд Российской Федерации</w:t>
      </w:r>
    </w:p>
    <w:p>
      <w:r>
        <w:rPr>
          <w:b/>
        </w:rPr>
        <w:t xml:space="preserve">1. </w:t>
      </w:r>
      <w:r>
        <w:t>Инвестиционный фонд Российской Федерации - часть средств федерального бюджета, подлежащая использованию в целях реализации инвестиционных проектов, осуществляемых на принципах государственно-частного партнерства</w:t>
      </w:r>
    </w:p>
    <w:p>
      <w:r>
        <w:rPr>
          <w:b/>
        </w:rPr>
        <w:t xml:space="preserve">2. </w:t>
      </w:r>
      <w:r>
        <w:t>Бюджетные ассигнования Инвестиционного фонда Российской Федерации, не использованные в текущем финансовом году, направляются на увеличение размера Инвестиционного фонда Российской Федерации в очередном финансовом году и плановом периоде</w:t>
      </w:r>
    </w:p>
    <w:p>
      <w:r>
        <w:rPr>
          <w:b/>
        </w:rPr>
        <w:t xml:space="preserve">3. </w:t>
      </w:r>
      <w:r>
        <w:t>Порядок формирования и использования бюджетных ассигнований Инвестиционного фонда Российской Федерации устанавливается Правительством Российской Федерации. Абзац (Утратил силу - Федеральный закон от 04.08.2023 № 416-ФЗ) Абзац; (Утратил силу - Федеральный закон от 04.08.2023 № 416-ФЗ) 166) статьи 180 - 183 признать утратившими силу;</w:t>
      </w:r>
    </w:p>
    <w:p>
      <w:r>
        <w:rPr>
          <w:b/>
        </w:rPr>
        <w:t xml:space="preserve">2. </w:t>
      </w:r>
      <w:r>
        <w:t>Порядок и сроки составления проектов бюджетов субъектов Российской Федерации и проектов бюджетов территориальных государственных внебюджетных фондов устанавливаются высшими исполнительными органами государственной власти субъектов Российской Федерации с соблюдением требований, устанавливаемых настоящим Кодексом и законами субъектов Российской Федерации</w:t>
      </w:r>
    </w:p>
    <w:p>
      <w:r>
        <w:rPr>
          <w:b/>
        </w:rPr>
        <w:t xml:space="preserve">3. </w:t>
      </w:r>
      <w:r>
        <w:t>Порядок и сроки составления проектов местных бюджетов устанавливаются местными администрациями с соблюдением требований, устанавливаемых настоящим Кодексом и муниципальными правовыми актами представительных органов муниципальных образований.";</w:t>
      </w:r>
    </w:p>
    <w:p>
      <w:r>
        <w:rPr>
          <w:b/>
        </w:rPr>
        <w:t xml:space="preserve">2. </w:t>
      </w:r>
      <w:r>
        <w:t>В законе (решении) о бюджете должны содержаться нормативы распределения доходов между бюджетами бюджетной системы Российской Федерации в случае, если они не установлены бюджетным законодательством Российской Федерации</w:t>
      </w:r>
    </w:p>
    <w:p>
      <w:r>
        <w:rPr>
          <w:b/>
        </w:rPr>
        <w:t xml:space="preserve">3. </w:t>
      </w:r>
      <w:r>
        <w:t>Законом (решением) о бюджете устанавливаются: перечень главных администраторов доходов бюджета; перечень главных администраторов источников финансирования дефицита бюджета; 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на очередной финансовый год (очередной финансовый год и плановый период); общий объем бюджетных ассигнований, направляемых на исполнение публичных нормативных обязательств;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(очередном финансовом году и плановом периоде); 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на второй год планового периода в объеме не менее 5 процентов общего объема расходов бюджета; источники финансирования дефицита бюджета, установленные статьями 94 (в случае принятия федерального бюджета с дефицитом), 95 и 96 настоящего Кодекса на очередной финансовый год (очередной финансовый год и плановый период); верхний предел государственного (муниципального) внутреннего долга и (или) государственного внешнего долга по состоянию на 1 января года, следующего за очередным финансовым годом (очередным финансовым годом и каждым годом планового периода), с указанием в том числе верхнего предела долга по государственным или муниципальным гарантиям; иные показатели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установленные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w:t>
      </w:r>
    </w:p>
    <w:p>
      <w:r>
        <w:rPr>
          <w:b/>
        </w:rPr>
        <w:t xml:space="preserve">4. </w:t>
      </w:r>
      <w:r>
        <w:t>В случае утверждения бюджета на очередной финансовый год и плановый период проект закона (решения) о бюджете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 Изменение параметров планового периода федерального бюджета и бюджетов государственных внебюджетных фондов Российской Федерации осуществляется в соответствии с настоящим Кодексом. Изменение параметров планового периода бюджета субъекта Российской Федерации и бюджета территориального государственного внебюджетного фонда осуществляется в соответствии с законом субъекта Российской Федерации, изменение параметров планового периода местного бюджета осуществляется в соответствии с муниципальным правовым актом представительного органа муниципального образования. Абзац. (Утратил силу - Федеральный закон от 30.09.2017 № 285-ФЗ)</w:t>
      </w:r>
    </w:p>
    <w:p>
      <w:r>
        <w:rPr>
          <w:b/>
        </w:rPr>
        <w:t xml:space="preserve">5. </w:t>
      </w:r>
      <w:r>
        <w:t>Под условно утверждаемыми (утвержденными) расходами понимаются не распределенные в плановом периоде по разделам, подразделам, целевым статьям и видам расходов в ведомственной структуре расходов бюджета бюджетные ассигнования</w:t>
      </w:r>
    </w:p>
    <w:p>
      <w:r>
        <w:rPr>
          <w:b/>
        </w:rPr>
        <w:t xml:space="preserve">6. </w:t>
      </w:r>
      <w:r>
        <w:t>Законом (решением) о бюджете может быть предусмотрено использование доходов бюджета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законом (решением) о бюджете, сверх соответствующих бюджетных ассигнований и (или) общего объема расходов бюджета</w:t>
      </w:r>
    </w:p>
    <w:p>
      <w:r>
        <w:rPr>
          <w:b/>
        </w:rPr>
        <w:t xml:space="preserve">3. </w:t>
      </w:r>
      <w:r>
        <w:t>статью 184 изложить в следующей редакции: "Статья 184. Порядок и сроки составления проектов бюджетов 1. Порядок и сроки составления проекта федерального бюджета и проектов бюджетов государственных внебюджетных фондов Российской Федерации устанавливаются Правительством Российской Федерации с соблюдением требований, установленных настоящим Кодексом. Согласование показателей прогноза социально-экономического развития Российской Федерации, бюджетных проектировок на очередной финансовый год и плановый период и показателей сводного финансового баланса Российской Федерации осуществляется комиссией, создаваемой в порядке, установленном Правительством Российской Федерации. Внесение Министерством финансов Российской Федерации проекта федерального закона о федеральном бюджете и уполномоченным органом проектов федеральных законов о бюджетах государственных внебюджетных фондов Российской Федерации в Правительство Российской Федерации осуществляется не позднее 15 дней до дня внесения проектов указанных законов в Государственную Думу</w:t>
      </w:r>
    </w:p>
    <w:p>
      <w:r>
        <w:rPr>
          <w:b/>
        </w:rPr>
        <w:t xml:space="preserve">3. </w:t>
      </w:r>
      <w:r>
        <w:t>главу 21 дополнить статьями 1841 и 1842 следующего содержания: "Статья 1841. Общие положения 1. В законе (решении) о бюджете должны содержаться основные характеристики бюджета, к которым относятся общий объем доходов бюджета, общий объем расходов, дефицит (профицит) бюджета</w:t>
      </w:r>
    </w:p>
    <w:p>
      <w:r>
        <w:rPr>
          <w:b/>
        </w:rPr>
        <w:t>Статья 184.2. Документы и материалы, представляемые одновременно с проектом бюджета</w:t>
      </w:r>
    </w:p>
    <w:p>
      <w:r>
        <w:t>Одновременно с проектом закона (решения) о бюджете в законодательный (представительный) орган представляются: основные направления бюджетной и налоговой политики; предварительные итоги социально-экономического развития соответствующей территории за истекший период текущего финансового года и ожидаемые итоги социально-экономического развития соответствующей территории за текущий финансовый год; прогноз социально-экономического развития соответствующей территории; прогноз основных характеристик (общий объем доходов, общий объем расходов, дефицита (профицита) бюджета) консолидированного бюджета соответствующей территории на очередной финансовый год и плановый период либо проект среднесрочного финансового плана; пояснительная записка к проекту бюджета; методики (проекты методик) и расчеты распределения межбюджетных трансфертов; верхний предел государственного (муниципального) долга на конец очередного финансового года (на конец очередного финансового года и конец каждого года планового периода); абзац; (Утратил силу - Федеральный закон от 07.05.2013 № 104-ФЗ) абзац; (Утратил силу - Федеральный закон от 07.05.2013 № 104-ФЗ) абзац; (Утратил силу - Федеральный закон от 07.05.2013 № 104-ФЗ) абзац; (Утратил силу - Федеральный закон от 17.12.2009 № 314-ФЗ) оценка ожидаемого исполнения бюджета на текущий финансовый год; проекты законов о бюджетах государственных внебюджетных фондов; предложенные законодательными (представительными) органами, органами судебной системы, органами государственного (муниципального) финансового контроля, созданными законодательными (представительными) органами,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 иные документы и материалы."; 169) статью 185 изложить в следующей редакции: "Статья 185. Внесение проекта закона (решения) о бюджете на рассмотрение законодательного (представительного) органа 1. Правительство Российской Федерации, высшие исполнительные органы государственной власти субъектов Российской Федерации, местные администрации муниципальных образований вносят на рассмотрение законодательного (представительного) органа соответственно проект федерального закона о федеральном бюджете на очередной финансовый год и плановый период и проекты федеральных законов о бюджетах государственных внебюджетных фондов Российской Федерации на очередной финансовый год и плановый период в сроки, установленные настоящим Кодексом, проект закона субъекта Российской Федерации о бюджете субъекта Российской Федерации на очередной финансовый год (очередной финансовый год и плановый период) и проект закона субъекта Российской Федерации о бюджете территориального государственного внебюджетного фонда в сроки, установленные законом субъекта Российской Федерации, но не позднее 15 октября текущего года, проект решения о местном бюджете в сроки, установленные муниципальным правовым актом представительного органа муниципального образования, но не позднее 15 ноября текущего года.</w:t>
      </w:r>
    </w:p>
    <w:p>
      <w:r>
        <w:rPr>
          <w:b/>
        </w:rPr>
        <w:t xml:space="preserve">2. </w:t>
      </w:r>
      <w:r>
        <w:t>Одновременно с проектом бюджета в законодательный (представительный) орган представляются документы и материалы в соответствии со статьей 1842 настоящего Кодекса.";</w:t>
      </w:r>
    </w:p>
    <w:p>
      <w:r>
        <w:rPr>
          <w:b/>
        </w:rPr>
        <w:t xml:space="preserve">2. </w:t>
      </w:r>
      <w:r>
        <w:t>Указанный проект закона (решения) рассматривается и утверждается законодательным (представительным) органом в срок, не превышающий 15 дней со дня его представления.";</w:t>
      </w:r>
    </w:p>
    <w:p>
      <w:r>
        <w:rPr>
          <w:b/>
        </w:rPr>
        <w:t xml:space="preserve">2. </w:t>
      </w:r>
      <w:r>
        <w:t>статью 186 признать утратившей силу</w:t>
      </w:r>
    </w:p>
    <w:p>
      <w:r>
        <w:rPr>
          <w:b/>
        </w:rPr>
        <w:t xml:space="preserve">2. </w:t>
      </w:r>
      <w:r>
        <w:t>в статье 187:</w:t>
      </w:r>
    </w:p>
    <w:p>
      <w:r>
        <w:rPr>
          <w:b/>
        </w:rPr>
        <w:t xml:space="preserve">2. </w:t>
      </w:r>
      <w:r>
        <w:t>статьи 188 и 189 признать утратившими силу</w:t>
      </w:r>
    </w:p>
    <w:p>
      <w:r>
        <w:rPr>
          <w:b/>
        </w:rPr>
        <w:t xml:space="preserve">2. </w:t>
      </w:r>
      <w:r>
        <w:t>в статье 190:</w:t>
      </w:r>
    </w:p>
    <w:p>
      <w:r>
        <w:rPr>
          <w:b/>
        </w:rPr>
        <w:t xml:space="preserve">2. </w:t>
      </w:r>
      <w:r>
        <w:t>статью 191 изложить в следующей редакции: "Статья 191. Внесение изменений в закон (решение) о бюджете по окончании периода временного управления бюджетом 1. Если закон (решение) о бюджете вступает в силу после начала текущего финансового года и исполнение бюджета до дня вступления в силу указанного закона (решения) осуществляется в соответствии со статьей 190 настоящего Кодекса, в течение одного месяца со дня вступления в силу указанного закона (решения) орган исполнительной власти (местная администрация) представляет на рассмотрение и утверждение законодательного (представительного) органа проект закона (решения) о внесении изменений в закон (решение) о бюджете, уточняющего показатели бюджета с учетом исполнения бюджета за период временного управления бюджетом</w:t>
      </w:r>
    </w:p>
    <w:p>
      <w:r>
        <w:rPr>
          <w:b/>
        </w:rPr>
        <w:t xml:space="preserve">2. </w:t>
      </w:r>
      <w:r>
        <w:t>наименование изложить в следующей редакции: "Статья 187. Порядок рассмотрения проекта закона (решения) о бюджете, бюджете государственного внебюджетного фонда и их утверждения"</w:t>
      </w:r>
    </w:p>
    <w:p>
      <w:r>
        <w:rPr>
          <w:b/>
        </w:rPr>
        <w:t xml:space="preserve">2. </w:t>
      </w:r>
      <w:r>
        <w:t>в пункте 1: абзац второй после слова "бюджета" дополнить словами "и бюджетов государственных внебюджетных фондов Российской Федерации"; абзацы третий и четвертый изложить в следующей редакции: "бюджета субъекта Российской Федерации и бюджетов территориальных государственных внебюджетных фондов - законом субъекта Российской Федерации в соответствии с требованиями настоящего Кодекса; местного бюджета - муниципальным правовым актом представительного органа муниципального образования в соответствии с требованиями настоящего Кодекса."</w:t>
      </w:r>
    </w:p>
    <w:p>
      <w:r>
        <w:rPr>
          <w:b/>
        </w:rPr>
        <w:t xml:space="preserve">2. </w:t>
      </w:r>
      <w:r>
        <w:t>пункт 2 изложить в следующей редакции: "2. Порядок рассмотрения проекта закона (решения) о бюджете и его утверждения, определенный законом субъекта Российской Федерации, муниципальным правовым актом представительного органа муниципального образования, должен предусматривать вступление в силу закона (решения) о бюджете с 1 января очередного финансового года, а также утверждение указанным законом (решением) показателей и характеристик (приложений) в соответствии со статьей 1841 настоящего Кодекса."</w:t>
      </w:r>
    </w:p>
    <w:p>
      <w:r>
        <w:rPr>
          <w:b/>
        </w:rPr>
        <w:t xml:space="preserve">2. </w:t>
      </w:r>
      <w:r>
        <w:t>пункт 1 изложить в следующей редакции: "1. В случае, если закон (решение) о бюджете не вступил в силу с начала текущего финансового года: финансовый орган правомочен 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 иные показатели, определяемые законом (решением) о бюджете, применяются в размерах (нормативах) и порядке, которые были установлены законом (решением) о бюджете на отчетный финансовый год; порядок распределения и (или) предоставления межбюджетных трансфертов другим бюджетам бюджетной системы Российской Федерации сохраняется в виде, определенном на отчетный финансовый год."</w:t>
      </w:r>
    </w:p>
    <w:p>
      <w:r>
        <w:rPr>
          <w:b/>
        </w:rPr>
        <w:t xml:space="preserve">2. </w:t>
      </w:r>
      <w:r>
        <w:t>в пункте 2: в абзаце первом слова "орган, исполняющий бюджет, правомочен осуществлять расходы, распределять доходы и осуществлять заимствования при соблюдении условий" заменить словами "финансовый орган организует исполнение бюджета при соблюдении условий"; в абзаце втором слово "указанный" заменить словом "финансовый"; абзац третий изложить в следующей редакции: "доводить лимиты бюджетных обязательств и бюджетные ассигнования на бюджетные инвестиции и субсидии юридическим и физическим лицам, установленные настоящим Кодексом;"; в абзаце четвертом слова "средства на возвратной основе" заменить словом "кредиты"; абзац пятый признать утратившим силу; в абзаце седьмом слова "органов исполнительной власти и осуществлять расходы из этих фондов" исключить</w:t>
      </w:r>
    </w:p>
    <w:p>
      <w:r>
        <w:rPr>
          <w:b/>
        </w:rPr>
        <w:t xml:space="preserve">2. </w:t>
      </w:r>
      <w:r>
        <w:t>дополнить пунктом 3 следующего содержания: "3. Указанные в пунктах 1 и 2 настоящей статьи ограничения не распространяются на расходы, связанные с выполнением публичных нормативных обязательств, обслуживанием и погашением государственного (муниципального) долга, выполнением международных договоров."</w:t>
      </w:r>
    </w:p>
    <w:p>
      <w:r>
        <w:rPr>
          <w:b/>
        </w:rPr>
        <w:t xml:space="preserve">2. </w:t>
      </w:r>
      <w:r>
        <w:t>в статье 192:</w:t>
      </w:r>
    </w:p>
    <w:p>
      <w:r>
        <w:rPr>
          <w:b/>
        </w:rPr>
        <w:t xml:space="preserve">2. </w:t>
      </w:r>
      <w:r>
        <w:t>наименование изложить в следующей редакции: "Статья 192. Внесение проекта федерального закона о федеральном бюджете на очередной финансовый год и плановый период в Государственную Думу"</w:t>
      </w:r>
    </w:p>
    <w:p>
      <w:r>
        <w:rPr>
          <w:b/>
        </w:rPr>
        <w:t xml:space="preserve">2. </w:t>
      </w:r>
      <w:r>
        <w:t>пункт 1 изложить в следующей редакции: "1. Правительство Российской Федерации вносит на рассмотрение и утверждение в Государственную Думу проект федерального закона о федеральном бюджете на очередной финансовый год и плановый период не позднее 26 августа текущего года."</w:t>
      </w:r>
    </w:p>
    <w:p>
      <w:r>
        <w:rPr>
          <w:b/>
        </w:rPr>
        <w:t xml:space="preserve">2. </w:t>
      </w:r>
      <w:r>
        <w:t>пункты 2 и 3 изложить в следующей редакции: "2. Проект федерального закона о федеральном бюджете на очередной финансовый год и плановый период уточняет показатели утвержденного федерального бюджета планового периода и утверждает показатели второго года планового периода составляемого бюджета. Абзац. (Утратил силу - Федеральный закон от 30.09.2017 № 285-ФЗ) Абзац. (Утратил силу - Федеральный закон от 30.09.2017 № 285-ФЗ) Абзац. (Утратил силу - Федеральный закон от 30.09.2017 № 285-ФЗ)</w:t>
      </w:r>
    </w:p>
    <w:p>
      <w:r>
        <w:rPr>
          <w:b/>
        </w:rPr>
        <w:t xml:space="preserve">2. </w:t>
      </w:r>
      <w:r>
        <w:t>пункт 4 изложить в следующей редакции: "4. Проект федерального закона о федеральном бюджете на очередной финансовый год и плановый период вносится в Государственную Думу одновременно со следующими документами и материалами: основными направлениями бюджетной и налоговой политики на очередной финансовый год и плановый период; предварительными итогами социально-экономического развития Российской Федерации за истекший период текущего финансового года и ожидаемыми итогами социально-экономического развития Российской Федерации за текущий финансовый год; прогнозом социально-экономического развития Российской Федерации на очередной финансовый год и плановый период; оценкой ожидаемого исполнения федерального бюджета за текущий финансовый год; прогнозом основных параметров бюджетной системы Российской Федерации, в том числе консолидированного бюджета Российской Федерации на очередной финансовый год и плановый период; пояснительной запиской к проекту федерального закона о федеральном бюджете на очередной финансовый год и плановый период; расчетами по статьям классификации доходов федерального бюджета и источников финансирования дефицита федерального бюджета на очередной финансовый год и плановый период; реестром расходных обязательств, подлежащих исполнению за счет средств федерального бюджета, в том числе за счет субвенций бюджетам субъектов Российской Федерации; перечнем публичных нормативных обязательств, подлежащих исполнению за счет средств федерального бюджета, и расчетами по ним на очередной финансовый год и плановый период; методиками (проектами методик) и расчетами распределения межбюджетных трансфертов между субъектами Российской Федерации в очередном финансовом году и плановом периоде; абзац; (Утратил силу - Федеральный закон от 07.05.2013 № 104-ФЗ) отчетами о реализации долгосрочных целевых программ; федеральной адресной инвестиционной программой; верхним пределом государственного внешнего долга Российской Федерации по состоянию на конец очередного финансового года и каждого года планового периода по видам долговых обязательств и с разбивкой по отдельным государствам; верхним пределом и проектом структуры государственного внутреннего долга Российской Федерации по состоянию на конец очередного финансового года и каждого года планового периода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