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Федерации, Правительством Республики Болгарии и Правительством Греческой Республики о сотрудничестве при сооружении и эксплуатации нефтепровода Бургас - Александруполис</w:t>
      </w:r>
    </w:p>
    <w:p>
      <w:r>
        <w:rPr>
          <w:b/>
        </w:rPr>
        <w:t>Статья None. Федеральный закон   от 07.06.2007 № 93-ФЗ</w:t>
      </w:r>
    </w:p>
    <w:p>
      <w:r>
        <w:t>О ратификации Соглашения между Правительством Российской Федерации, Правительством Республики Болгарии и Правительством Греческой Республики о сотрудничестве при сооружении и эксплуатации нефтепровода Бургас - Александруполис РОССИЙСКАЯ ФЕДЕРАЦИЯ ФЕДЕРАЛЬНЫЙ ЗАКОН О ратификации Соглашения между Правительством Российской Федерации, Правительством Республики Болгарии и Правительством Греческой Республики о сотрудничестве при сооружении и эксплуатации нефтепровода Бургас - Александруполис Принят Государственной Думой 23 мая 2007 года Одобрен Советом Федерации 25 мая 2007 года Ратифицировать Соглашение между Правительством Российской Федерации, Правительством Республики Болгарии и Правительством Греческой Республики о сотрудничестве при сооружении и эксплуатации нефтепровода Бургас - Александруполис, подписанное в городе Афины 15 марта 2007 года. Президент Российской Федерации В.Путин Москва, Кремль 7 июня 2007 года №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