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"Московская область - 292" словами "Московская область - 318".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Московской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