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"Белгородская область - 66" словами "Белгородская область - 80".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Белгородской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