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5302) изменение, заменив слова "Республика Татарстан (Татарстан) - 168" словами "Республика Татарстан (Татарстан) - 182".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Татарстан (Татарстан)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