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5302) изменение, заменив слова "Усть-Ордынский Бурятский автономный округ - 6" словами "Усть-Ордынский Бурятский автономный округ - 9".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Усть-Ордынском Бурятском автономном округе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