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и Протокола к Соглашению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от 17 октября 2006 года</w:t>
      </w:r>
    </w:p>
    <w:p>
      <w:r>
        <w:rPr>
          <w:b/>
        </w:rPr>
        <w:t>Статья None. Федеральный закон   от 19.06.2007 № 117-ФЗ</w:t>
      </w:r>
    </w:p>
    <w:p>
      <w:r>
        <w:t>О ратификации Соглашения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и Протокола к Соглашению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от 17 октября 2006 года РОССИЙСКАЯ ФЕДЕРАЦИЯ ФЕДЕРАЛЬНЫЙ ЗАКОН О ратификации Соглашения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и Протокола к Соглашению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от 17 октября 2006 года Принят Государственной Думой 23 мая 2007 года Одобрен Советом Федерации 6 июня 2007 года Ратифицировать Соглашение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и Протокол к Соглашению между Правительством Российской Федерации и Правительством Республики Корея о мерах по охране технологий в связи с сотрудничеством в области исследования и использования космического пространства в мирных целях от 17 октября 2006 года, подписанные в городе Сеуле 17 октября 2006 года. Президент Российской Федерации В.Путин Москва, Кремль 19 июня 2007 года № 117-ФЗ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