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18 Федерального закона "О федеральной службе безопасности"</w:t>
      </w:r>
    </w:p>
    <w:p>
      <w:r>
        <w:rPr>
          <w:b/>
        </w:rPr>
        <w:t>Статья None. Федеральный закон   от 05.07.2007 № 124-ФЗ</w:t>
      </w:r>
    </w:p>
    <w:p>
      <w:r>
        <w:t>О внесении изменения в статью 18 Федерального закона "О федеральной службе безопасности" РОССИЙСКАЯ ФЕДЕРАЦИЯ ФЕДЕРАЛЬНЫЙ ЗАКОН О внесении изменения в статью 18 Федерального закона "О федеральной службе безопасности" Принят Государственной Думой 15 июня 2007 года Одобрен Советом Федерации 22 июня 2007 года Внести в статью 18 Федерального закона от 3 апреля 1995 года № 40-ФЗ "О федеральной службе безопасности" (Собрание законодательства Российской Федерации, 1995, № 15, ст. 1269; 2002, № 19, ст. 1794; 2003, № 27, ст. 2700; 2004, № 35, ст. 3607) изменение, дополнив ее частью двенадцатой следующего содержания: "Гражданский персонал органов федеральной службы безопасности, а также дети в возрасте до 18 лет лиц из числа гражданского персонала имеют право на медицинскую помощь в военно-медицинских учреждениях и подразделениях органов федеральной службы безопасности, осуществляемую за счет средств, выделяемых из федерального бюджета на содержание органов федеральной службы безопасности.". Президент Российской Федерации В.Путин Москва, Кремль 5 июля 2007 года № 124-ФЗ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