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вопросам, связанным с осуществлением индивидуального (персонифицированного) учета в системе обязательного пенсионного страхования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13) следующие изменения</w:t>
      </w:r>
    </w:p>
    <w:p>
      <w:r>
        <w:t>в статье 9: абзац пятый пункта 1 изложить в следующей редакции: "при ликвидации, реорганизации юридического лица, прекращении физическим лицом деятельности в качестве индивидуального предпринимателя, снятии с регистрационного учета в качестве страхователя-работодателя адвоката, нотариуса, занимающегося частной практикой;"; в пункте 2: абзац пятый изложить в следующей редакции: "при ликвидации страхователя - юридического лица (прекращении физическим лицом деятельности в качестве индивидуального предпринимателя) он представляет указанные сведения об уволенных в связи с этим застрахованных лицах, работавших у него, в течение одного месяца со дня утверждения промежуточного ликвидационного баланса (принятия решения о прекращении деятельности в качестве индивидуального предпринимателя), но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государственной регистрации при ликвидации юридического лица (прекращении физическим лицом деятельности в качестве индивидуального предпринимателя). При ликвидации страхователя - юридического лица (прекращении физическим лицом деятельности в качестве индивидуального предпринимателя)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от 26 октября 2002 года № 127-ФЗ "О несостоятельности (банкротстве)" (далее - Федеральный закон "О несостоятельности (банкротстве)");"; дополнить абзацами следующего содержания: "при реорганизации страхователя - юридического лица он представляет сведения об уволенных в связи с этим работниках в течение одного месяца со дня утверждения передаточного акта (разделительного баланса), но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государственной регистрации юридического лица, создаваемого путем реорганизации. В случае реорганизации страхователя -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внесения в единый государственный реестр юридических лиц записи о прекращении деятельности присоединенного юридического лица; при прекращении у страхователя-работодателя статуса адвоката, полномочий нотариуса, занимающегося частной практикой, он представляет указанные сведения об уволенных в связи с этим застрахованных лицах, работавших у него, одновременно с заявлением о снятии его с регистрационного учета в качестве страхователя."</w:t>
      </w:r>
    </w:p>
    <w:p>
      <w:r>
        <w:t>пункт 3 статьи 11 изложить в следующей редакции: "3. При ликвидации страхователя - юридического лица (прекращении физическим лицом деятельности в качестве индивидуального предпринимателя) он представляет сведения, предусмотренные пунктом 2 настоящей статьи, в течение одного месяца со дня утверждения промежуточного ликвидационного баланса (принятия решения о прекращении деятельности в качестве индивидуального предпринимателя), но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государственной регистрации при ликвидации юридического лица (прекращении физическим лицом деятельности в качестве индивидуального предпринимателя). При ликвидации страхователя - юридического лица (прекращении физическим лицом деятельности в качестве индивидуального предпринимателя)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"О несостоятельности (банкротстве)". При реорганизации страхователя - юридического лица он представляет сведения, предусмотренные пунктом 2 настоящей статьи, в течение одного месяца со дня утверждения передаточного акта (разделительного баланса), но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государственной регистрации юридического лица, создаваемого путем реорганизации. В случае реорганизации страхователя -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власти, осуществляющий государственную регистрацию юридических лиц и индивидуальных предпринимателей, документов для внесения в единый государственный реестр юридических лиц записи о прекращении деятельности присоединенного юридического лица. При прекращении у страхователя-работодателя статуса адвоката, полномочий нотариуса, занимающегося частной практикой, он представляет сведения, предусмотренные пунктом 2 настоящей статьи, одновременно с заявлением о снятии его с регистрационного учета в качестве страхователя."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2004, № 45, ст. 4377; 2005, № 27, ст. 2722; 2007, № 7, ст. 834) следующие изменения</w:t>
      </w:r>
    </w:p>
    <w:p>
      <w:r>
        <w:t>пункт 1 статьи 5 дополнить подпунктом "и1" следующего содержания: "и1) сведения о том, что юридическое лицо находится в процессе ликвидации;"</w:t>
      </w:r>
    </w:p>
    <w:p>
      <w:r>
        <w:t>пункт 31 статьи 11 после слов "для регистрации" дополнить словами "и снятия с регистрационного учета"</w:t>
      </w:r>
    </w:p>
    <w:p>
      <w:r>
        <w:t>пункт 1 статьи 14 дополнить подпунктом "ж" следующего содержания: "ж)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 (далее - Федеральный закон "Об индивидуальном (персонифицированном) учете в системе обязательного пенсионного страхования")."</w:t>
      </w:r>
    </w:p>
    <w:p>
      <w:r>
        <w:t>пункт 1 статьи 21 дополнить подпунктом "г" следующего содержания: "г)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"Об индивидуальном (персонифицированном) учете в системе обязательного пенсионного страхования"."</w:t>
      </w:r>
    </w:p>
    <w:p>
      <w:r>
        <w:t>пункт 1 статьи 223 дополнить подпунктом "в" следующего содержания: "в)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"Об индивидуальном (персонифицированном) учете в системе обязательного пенсионного страхования"."</w:t>
      </w:r>
    </w:p>
    <w:p>
      <w:r>
        <w:rPr>
          <w:b/>
        </w:rPr>
        <w:t>Статья 3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2003, № 1, ст. 13; № 52, ст. 5037; 2006, № 31, ст. 3436) следующие изменения: 1) абзац восьмой пункта 1 статьи 6 после слов "частные детективы и" дополнить словами "иные лица, занимающиеся частной практикой и не являющиеся индивидуальными предпринимателями,"; 2) статью 11 изложить в следующей редакции: "Статья 11. Регистрация и снятие с регистрационного учета страхователей в органах страховщика 1. Регистрация страхователей является обязательной и осуществляется в территориальных органах страховщика: работодателей - организаций, крестьянских (фермерских) хозяйств, физических лиц, зарегистрированных в качестве индивидуальных предпринимателей (лиц, приравненных к ним в целях настоящего Федерального закона) и самостоятельно уплачивающих страховые взносы в бюджет Пенсионного фонда Российской Федерации, в пятидневный срок со дня представления в территориальные органы страховщика федеральным органом исполнительной власти, осуществляющим государственную регистрацию юридических лиц и индивидуальных предпринимателей,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реестре членов саморегулируемых организаций и представляемых в порядке, определяемом Правительством Российской Федерации; нотариусов, занимающихся частной практикой, по месту их жительства (в случае осуществления ими деятельности не по месту их жительства - по месту осуществления этой деятельности) на основании представляемого в срок не позднее 30 дней со дня получения лицензии на право нотариальной деятельности заявления о регистрации в качестве страхователя и представляемых одновременно с указанным заявлением копий лицензии на право нотариальной деятельности, документов, удостоверяющих личность страхователя, подтверждающих его регистрацию по месту жительства и его постановку на учет в налоговом органе; адвокатов по месту их жительства на основании представляемого в срок не позднее 30 дней со дня выдачи удостоверения адвоката заявления о регистрации в качестве страхователя и представляемых одновременно с указанным заявлением копий удостоверения адвоката, документов, удостоверяющих личность страхователя и подтверждающих его регистрацию по месту жительства; физических лиц, заключивших трудовые договоры с работниками, а также выплачивающих по договорам гражданско-правового характера вознаграждения, на которые в соответствии с законодательством Российской Федерации начисляются страховые взносы, по месту жительства указанных физических лиц на основании заявления о регистрации в качестве страхователя, представляемого в срок не позднее 30 дней со дня заключения соответствующих договоров.</w:t>
      </w:r>
    </w:p>
    <w:p>
      <w:r>
        <w:rPr>
          <w:b/>
        </w:rPr>
        <w:t xml:space="preserve">2. </w:t>
      </w:r>
      <w:r>
        <w:t>Снятие с регистрационного учета страхователей осуществляется по месту регистрации в территориальных органах страховщика: работодателей - организаций, крестьянских (фермерских) хозяйств, физических лиц, зарегистрированных в качестве индивидуальных предпринимателей (лиц, приравненных к ним в целях настоящего Федерального закона) и самостоятельно уплачивающих страховые взносы в бюджет Пенсионного фонда Российской Федерации, в пятидневный срок со дня представления в территориальные органы страховщика федеральным органом исполнительной власти, осуществляющим государственную регистрацию юридических лиц и индивидуальных предпринимателей,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предпринимателей, реестре членов саморегулируемых организаций и представляемых в порядке, определяемом Правительством Российской Федерации; нотариусов, занимающихся частной практикой (в случае сложения полномочий по собственному желанию либо освобождения от полномочий на основании решения суда о лишении права нотариальной деятельности), адвокатов (в случае прекращения статуса адвоката), а также физических лиц, указанных в абзаце пятом пункта 1 настоящей статьи, в четырнадцатидневный срок со дня подачи страхователем заявления о снятии с учета в качестве страхователя</w:t>
      </w:r>
    </w:p>
    <w:p>
      <w:r>
        <w:rPr>
          <w:b/>
        </w:rPr>
        <w:t xml:space="preserve">3. </w:t>
      </w:r>
      <w:r>
        <w:t>Порядок регистрации и снятия с регистрационного учета страхователей, указанных в абзацах третьем - пятом пункта 1 настоящей статьи, и лиц, приравненных к страхователям в целях настоящего Федерального закона, устанавливается страховщиком.";</w:t>
      </w:r>
    </w:p>
    <w:p>
      <w:r>
        <w:rPr>
          <w:b/>
        </w:rPr>
        <w:t xml:space="preserve">3. </w:t>
      </w:r>
      <w:r>
        <w:t>абзац девятый пункта 2 статьи 13 изложить в следующей редакции: "осуществлять регистрацию и снятие с регистрационного учета страхователей;"</w:t>
      </w:r>
    </w:p>
    <w:p>
      <w:r>
        <w:rPr>
          <w:b/>
        </w:rPr>
        <w:t>Статья 4</w:t>
      </w:r>
    </w:p>
    <w:p>
      <w:r>
        <w:t>Пункт 2 статьи 147 Федерального закона от 26 октября 2002 года № 127-ФЗ "О несостоятельности (банкротстве)" (Собрание законодательства Российской Федерации, 2002, № 43, ст. 4190) дополнить абзацем следующего содержания: "документ,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от 1 апреля 1996 года № 27-ФЗ "Об индивидуальном (персонифицированном) учете в системе обязательного пенсионного страхования".".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