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"Республика Саха (Якутия) - 51" словами "Республика Саха (Якутия) - 59".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Саха (Якутия)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